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 божественних пісень</w:t>
      </w:r>
    </w:p>
    <w:p>
      <w:r>
        <w:br/>
        <w:t xml:space="preserve"> ЗМІСТ</w:t>
      </w:r>
    </w:p>
    <w:p>
      <w:r>
        <w:br/>
        <w:t>Всякому місту — звичай і права…&lt;br /&gt;</w:t>
        <w:br/>
        <w:t>В город не піду багатий — на полях я буду жить…&lt;br /&gt;</w:t>
        <w:br/>
        <w:t>Гей, поля, поля зелені…&lt;br /&gt;</w:t>
        <w:br/>
        <w:t>То яка ж та слава нині?…&lt;br /&gt;</w:t>
        <w:br/>
        <w:t>Вже хмара пройшла. Райдуга в небі грає…&lt;br /&gt;</w:t>
        <w:br/>
        <w:t>Бачачи життя осього горе&lt;br /&gt;</w:t>
        <w:br/>
        <w:t>Гей ти, пташко жовтобоко…&lt;br /&gt;</w:t>
        <w:br/>
        <w:t>Гей ти, нудьго проклята! Ся докучлива печаль…&lt;br /&gt;</w:t>
        <w:br/>
        <w:t>Чистий можеш буть собою…&lt;br /&gt;</w:t>
        <w:br/>
        <w:t>Щастя, а де ти живеш? Горлиці, скажіте!…&lt;br /&gt;</w:t>
        <w:br/>
        <w:t>Розпошир удаль зір свій, як і розуму коло…&lt;br /&gt;</w:t>
        <w:br/>
        <w:t>Ми тебе зовсім марнуєм…&lt;br /&gt;</w:t>
        <w:br/>
        <w:t>О спокою наш коханий! Де тебе знайти в наш час?…&lt;br /&gt;</w:t>
        <w:br/>
        <w:t>Їдеш, хочеш нас лишити?…&lt;br /&gt;</w:t>
        <w:br/>
        <w:t>Підіймись на небеса — у версальський хоч би сад…&lt;br /&gt;</w:t>
        <w:br/>
        <w:t>Осінь нам приходить, а весна пройшла…&lt;br /&gt;</w:t>
        <w:br/>
        <w:t>ВСЯКОМУ МІСТУ — ЗВИЧАЙ І ПРАВА…</w:t>
      </w:r>
    </w:p>
    <w:p>
      <w:r>
        <w:br/>
        <w:t>Всякому місту — звичай і права,&lt;br /&gt;</w:t>
        <w:br/>
        <w:t>Всяка тримає свій ум голова;&lt;br /&gt;</w:t>
        <w:br/>
        <w:t>Всякому серцю — любов і тепло,&lt;br /&gt;</w:t>
        <w:br/>
        <w:t>Всякеє горло свій смак віднайшло.&lt;br /&gt;</w:t>
        <w:br/>
        <w:t>Я ж у полоні нав'язливих дум:&lt;br /&gt;</w:t>
        <w:br/>
        <w:t>Лише одне непокоїть мій ум.</w:t>
      </w:r>
    </w:p>
    <w:p>
      <w:r>
        <w:br/>
        <w:t>Панські Петро для чинів тре кутки,&lt;br /&gt;</w:t>
        <w:br/>
        <w:t>Федір-купець обдурити прудкий,&lt;br /&gt;</w:t>
        <w:br/>
        <w:t>Той зводить дім свій на модний манір,&lt;br /&gt;</w:t>
        <w:br/>
        <w:t>Інший гендлює, візьми перевір!&lt;br /&gt;</w:t>
        <w:br/>
        <w:t>Я ж у полоні нав'язливих дум:&lt;br /&gt;</w:t>
        <w:br/>
        <w:t>Лише одне непокоїть мій ум.</w:t>
      </w:r>
    </w:p>
    <w:p>
      <w:r>
        <w:br/>
        <w:t>Той безперервно стягає поля,&lt;br /&gt;</w:t>
        <w:br/>
        <w:t>Сей іноземних заводить телят.&lt;br /&gt;</w:t>
        <w:br/>
        <w:t>Ті на ловецтво готують собак,&lt;br /&gt;</w:t>
        <w:br/>
        <w:t>В сих дім, як вулик, гуде від гуляк.&lt;br /&gt;</w:t>
        <w:br/>
        <w:t>Я ж у полоні нав'язливих дум:&lt;br /&gt;</w:t>
        <w:br/>
        <w:t>Лише одне непокоїть мій ум.</w:t>
      </w:r>
    </w:p>
    <w:p>
      <w:r>
        <w:br/>
        <w:t>Ладить юриста на смак свій права,&lt;br /&gt;</w:t>
        <w:br/>
        <w:t>З диспутів учню тріщить голова,&lt;br /&gt;</w:t>
        <w:br/>
        <w:t>Тих непокоїть Венерин амур [ ],&lt;br /&gt;</w:t>
        <w:br/>
        <w:t>Всяхому голову крутить свій дур.&lt;br /&gt;</w:t>
        <w:br/>
        <w:t>В мене ж турботи тільки одні,&lt;br /&gt;</w:t>
        <w:br/>
        <w:t>Як з ясним розумом вмерти мені.</w:t>
      </w:r>
    </w:p>
    <w:p>
      <w:r>
        <w:br/>
        <w:t>Знаю, що смерть — як коса замашна,&lt;br /&gt;</w:t>
        <w:br/>
        <w:t>Навіть царя не обійде вона.&lt;br /&gt;</w:t>
        <w:br/>
        <w:t>Байдуже смерті, мужик то чи цар,-&lt;br /&gt;</w:t>
        <w:br/>
        <w:t>Все пожере, як солому пожар.&lt;br /&gt;</w:t>
        <w:br/>
        <w:t>Хто ж бо зневажить страшну її сталь?&lt;br /&gt;</w:t>
        <w:br/>
        <w:t>Той, в кого совість, як чистий кришталь…</w:t>
      </w:r>
    </w:p>
    <w:p>
      <w:r>
        <w:br/>
        <w:t>В ГОРОД НЕ ПІДУ БАГАТИЙ — НА ПОЛЯХ Я БУДУ ЖИТЬ…</w:t>
      </w:r>
    </w:p>
    <w:p>
      <w:r>
        <w:br/>
        <w:t>В город не піду багатий — на полях я буду жить,&lt;br /&gt;</w:t>
        <w:br/>
        <w:t>Вік свій буду коротати там, де тихо час біжить.&lt;br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Бо міста хоча й високі, в море розпачу штовхнуть,&lt;br /&gt;</w:t>
        <w:br/>
        <w:t>А ворота і широкі у неволю заведуть.&lt;br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Ні, не хочу їздить в море задля золотих одеж,&lt;br /&gt;</w:t>
        <w:br/>
        <w:t>Бо вони ховають горе, сум і страх, журу без меж.&lt;br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Йти гидую з барабаном завойовувать міста,&lt;br /&gt;</w:t>
        <w:br/>
        <w:t>Чи лякати пишним саном, щоб хилилась дрібнота.&lt;br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Дух мій і наук не хоче, окрім розуму свого,&lt;br /&gt;</w:t>
        <w:br/>
        <w:t>Крім Христа святих пророчень — раю чистого мого&lt;br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І нічого не бажаю, окрім хліба та води,&lt;br /&gt;</w:t>
        <w:br/>
        <w:t>Вбогість я за друга маю — з нею ми давно свати.&lt;br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Мій маєток прежаданий — спокій, воленька свята.&lt;br /&gt;</w:t>
        <w:br/>
        <w:t>Окрім вічності, для мене лиш дорога ся свята.&lt;br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А коли до всього того гріх збороти до кінця,&lt;br /&gt;</w:t>
        <w:br/>
        <w:t>То скажи тоді: якого ж треба прагнути вінця?&lt;br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Здрастуй, любий мій спокою! Ти навіки уже мій!&lt;br /&gt;</w:t>
        <w:br/>
        <w:t>Добре бути нам з тобою: ти для мене, а я твій.&lt;br /&gt;</w:t>
        <w:br/>
        <w:t>О, діброво! О свободо! Я в тобі почав мудріть.&lt;br /&gt;</w:t>
        <w:br/>
        <w:t>І в тобі, моя природо, шлях свій хочу закінчить.</w:t>
      </w:r>
    </w:p>
    <w:p>
      <w:r>
        <w:br/>
        <w:t>ГЕЙ, ПОЛЯ, ПОЛЯ ЗЕЛЕНІ…</w:t>
      </w:r>
    </w:p>
    <w:p>
      <w:r>
        <w:br/>
        <w:t>Гей, поля, поля зелені,&lt;br /&gt;</w:t>
        <w:br/>
        <w:t>Зелом-квітом оздоблені!&lt;br /&gt;</w:t>
        <w:br/>
        <w:t>Гей, долини, і балки,&lt;br /&gt;</w:t>
        <w:br/>
        <w:t>І могили, й пагорки!</w:t>
      </w:r>
    </w:p>
    <w:p>
      <w:r>
        <w:br/>
        <w:t>Гей ви, вод потоки чисті!&lt;br /&gt;</w:t>
        <w:br/>
        <w:t>Береги річок трависті!&lt;br /&gt;</w:t>
        <w:br/>
        <w:t>Гей же, кучері які у дібров сих і гайків!</w:t>
      </w:r>
    </w:p>
    <w:p>
      <w:r>
        <w:br/>
        <w:t>Жайворонок над полями,&lt;br /&gt;</w:t>
        <w:br/>
        <w:t>Соловейко над садами,-&lt;br /&gt;</w:t>
        <w:br/>
        <w:t>Той під хмарами дзвенить, сей же на гіллі лящить.</w:t>
      </w:r>
    </w:p>
    <w:p>
      <w:r>
        <w:br/>
        <w:t>А коли зійшла денниця,&lt;br /&gt;</w:t>
        <w:br/>
        <w:t>То прокинулася птиця.&lt;br /&gt;</w:t>
        <w:br/>
        <w:t>Музика звучить навкруг, у повітрі шум і рух!</w:t>
      </w:r>
    </w:p>
    <w:p>
      <w:r>
        <w:br/>
        <w:t>Тільки сонце визирає —&lt;br /&gt;</w:t>
        <w:br/>
        <w:t>Вівчар вівці виганяє,&lt;br /&gt;</w:t>
        <w:br/>
        <w:t>На сопілочку свою котить трелі по гаю.</w:t>
      </w:r>
    </w:p>
    <w:p>
      <w:r>
        <w:br/>
        <w:t>Пропадайте, думи трудні&lt;br /&gt;</w:t>
        <w:br/>
        <w:t>І міста багатолюдні!&lt;br /&gt;</w:t>
        <w:br/>
        <w:t>Я й на хлібові сухім житиму в раю такім.</w:t>
      </w:r>
    </w:p>
    <w:p>
      <w:r>
        <w:br/>
        <w:t>ТО ЯКА Ж ТА СЛАВА НИНІ?…</w:t>
      </w:r>
    </w:p>
    <w:p>
      <w:r>
        <w:br/>
        <w:t>То яка ж та слава нині?&lt;br /&gt;</w:t>
        <w:br/>
        <w:t>Глянь на бучу в сій годині!&lt;br /&gt;</w:t>
        <w:br/>
        <w:t>Ізраїле! Гідри —звіра,&lt;br /&gt;</w:t>
        <w:br/>
        <w:t>Чи велика в тобі міра,&lt;br /&gt;</w:t>
        <w:br/>
        <w:t>Треба зрозуміти.&lt;br /&gt;</w:t>
        <w:br/>
        <w:t>Булава і скіпетр сяє,&lt;br /&gt;</w:t>
        <w:br/>
        <w:t>Рано вставши,— слава злая,&lt;br /&gt;</w:t>
        <w:br/>
        <w:t>Серце сповнене тривоги,&lt;br /&gt;</w:t>
        <w:br/>
        <w:t>Руки зв'язані і ноги, Як минути сіті?&lt;br /&gt;</w:t>
        <w:br/>
        <w:t>Нині п'яна скаче воля,&lt;br /&gt;</w:t>
        <w:br/>
        <w:t>Рано вставши — марна доля.&lt;br /&gt;</w:t>
        <w:br/>
        <w:t>Ізраїле! Того звіра&lt;br /&gt;</w:t>
        <w:br/>
        <w:t>Де ведуть мета і міра?&lt;br /&gt;</w:t>
        <w:br/>
        <w:t>Треба вже прозріти.&lt;br /&gt;</w:t>
        <w:br/>
        <w:t>Шлють сирени з океану&lt;br /&gt;</w:t>
        <w:br/>
        <w:t>Пісню солодко-оманну,&lt;br /&gt;</w:t>
        <w:br/>
        <w:t>Бідне серце, щоб се чути,&lt;br /&gt;</w:t>
        <w:br/>
        <w:t>Хоче назавжди заснути,&lt;br /&gt;</w:t>
        <w:br/>
        <w:t>Не сягнувши землю.&lt;br /&gt;</w:t>
        <w:br/>
        <w:t>Плоть і світ! О прірво люта!&lt;br /&gt;</w:t>
        <w:br/>
        <w:t>Все в тобі наскрізь отрута,&lt;br /&gt;</w:t>
        <w:br/>
        <w:t>Щелепами позіхаєш&lt;br /&gt;</w:t>
        <w:br/>
        <w:t>і усе підряд ковтаєш.&lt;br /&gt;</w:t>
        <w:br/>
        <w:t>Як минути сіті?&lt;br /&gt;</w:t>
        <w:br/>
        <w:t>Ся пучина всіх ковтає,&lt;br /&gt;</w:t>
        <w:br/>
        <w:t>Ся щелепа всіх з'їдає!&lt;br /&gt;</w:t>
        <w:br/>
        <w:t>Ізраїле! Кита-звіра&lt;br /&gt;</w:t>
        <w:br/>
        <w:t>Де мета, і глузд, і міра?&lt;br /&gt;</w:t>
        <w:br/>
        <w:t>Плоть ту не наситиш!&lt;br /&gt;</w:t>
        <w:br/>
        <w:t>Розпусти свої вітрила,&lt;br /&gt;</w:t>
        <w:br/>
        <w:t>Розуму широкі крила,&lt;br /&gt;</w:t>
        <w:br/>
        <w:t>Пливучи по буйнім морю,&lt;br /&gt;</w:t>
        <w:br/>
        <w:t>Возведи зіниці вгору —&lt;br /&gt;</w:t>
        <w:br/>
        <w:t>Шлях знайдеш правдивий.&lt;br /&gt;</w:t>
        <w:br/>
        <w:t>Краще жити у пустині,&lt;br /&gt;</w:t>
        <w:br/>
        <w:t>Зачинившись у яскині,&lt;br /&gt;</w:t>
        <w:br/>
        <w:t>По безвіддях вік пробути,&lt;br /&gt;</w:t>
        <w:br/>
        <w:t>Знадних голосів не чути.&lt;br /&gt;</w:t>
        <w:br/>
        <w:t>Будь мені Іраклій тщивий&lt;br /&gt;</w:t>
        <w:br/>
        <w:t>Будь Іона прозорливий.&lt;br /&gt;</w:t>
        <w:br/>
        <w:t>Голови всічи зміїні,&lt;br /&gt;</w:t>
        <w:br/>
        <w:t>З китової блювотини&lt;br /&gt;</w:t>
        <w:br/>
        <w:t>Скочить дай на кефу</w:t>
      </w:r>
    </w:p>
    <w:p>
      <w:r>
        <w:br/>
        <w:t>ВЖЕ ХМАРА ПРОЙШЛА. РАЙДУГА В НЕБІ ГРАЄ…</w:t>
      </w:r>
    </w:p>
    <w:p>
      <w:r>
        <w:br/>
        <w:t>Вже хмара пройшла. Райдуга в небі грає.&lt;br /&gt;</w:t>
        <w:br/>
        <w:t>Нудьга пропливла. Цілий світ любо сяє.&lt;br /&gt;</w:t>
        <w:br/>
        <w:t>І весело серцю на сю чисту погоду,&lt;br /&gt;</w:t>
        <w:br/>
        <w:t>Коли світу злого стиха лютий подув.&lt;br /&gt;</w:t>
        <w:br/>
        <w:t>Звабливий наш світ, та для мене — пучина,&lt;br /&gt;</w:t>
        <w:br/>
        <w:t>Пітьма, хмари, лід, повна суму година.&lt;br /&gt;</w:t>
        <w:br/>
        <w:t>Проте вже веселка мені ясно заграла,&lt;br /&gt;</w:t>
        <w:br/>
        <w:t>І щира голубка мені мир здарувала.&lt;br /&gt;</w:t>
        <w:br/>
        <w:t>Печале, прощай! Прощавай, зла утробо!&lt;br /&gt;</w:t>
        <w:br/>
        <w:t>Вже кволості край, бо воскрес я із гроба.&lt;br /&gt;</w:t>
        <w:br/>
        <w:t>Давидова воле! Для мене кефа, земля ти,&lt;br /&gt;</w:t>
        <w:br/>
        <w:t>Веселка і світло, олива, верем'я й життя ти.</w:t>
      </w:r>
    </w:p>
    <w:p>
      <w:r>
        <w:br/>
        <w:t>БАЧАЧИ ЖИТТЯ ОСЬОГО ГОРЕ</w:t>
      </w:r>
    </w:p>
    <w:p>
      <w:r>
        <w:br/>
        <w:t>Бачачи життя осього горе,&lt;br /&gt;</w:t>
        <w:br/>
        <w:t>Що кипить, немов Червоне море,&lt;br /&gt;</w:t>
        <w:br/>
        <w:t>Вихором напасті, туги, бід,&lt;br /&gt;</w:t>
        <w:br/>
        <w:t>Я розслабнув, і жахнувсь, і зблід.&lt;br /&gt;</w:t>
        <w:br/>
        <w:t>Горе сущим у нім!&lt;br /&gt;</w:t>
        <w:br/>
        <w:t>Припинив я, бідний, біг свій скоро&lt;br /&gt;</w:t>
        <w:br/>
        <w:t>Щоб не впасти з фараоном в море.&lt;br /&gt;</w:t>
        <w:br/>
        <w:t>Вже до пристані біжу я, мчу,&lt;br /&gt;</w:t>
        <w:br/>
        <w:t>Плачем, криками кричу&lt;br /&gt;</w:t>
        <w:br/>
        <w:t>І здіймаю руки.&lt;br /&gt;</w:t>
        <w:br/>
        <w:t>Боже! У вогні не дай згоріти!&lt;br /&gt;</w:t>
        <w:br/>
        <w:t>В місті дай мені твоїм пожити —&lt;br /&gt;</w:t>
        <w:br/>
        <w:t>Хай у свій не втягне слід&lt;br /&gt;</w:t>
        <w:br/>
        <w:t>Блудний світ, сей темний світ!&lt;br /&gt;</w:t>
        <w:br/>
        <w:t>О милості бездна!</w:t>
      </w:r>
    </w:p>
    <w:p>
      <w:r>
        <w:br/>
        <w:t>ГЕЙ ТИ, ПТАШКО ЖОВТОБОКО…</w:t>
      </w:r>
    </w:p>
    <w:p>
      <w:r>
        <w:br/>
        <w:t>Гей ти, пташко жовтобоко,&lt;br /&gt;</w:t>
        <w:br/>
        <w:t>Не клади гнізда високо,&lt;br /&gt;</w:t>
        <w:br/>
        <w:t>А клади лиш на лужку,&lt;br /&gt;</w:t>
        <w:br/>
        <w:t>На зеленім моріжку.&lt;br /&gt;</w:t>
        <w:br/>
        <w:t>Яструб ген над головою&lt;br /&gt;</w:t>
        <w:br/>
        <w:t>Висить, хоче ухопить,&lt;br /&gt;</w:t>
        <w:br/>
        <w:t>Вашою живе він кров'ю,&lt;br /&gt;</w:t>
        <w:br/>
        <w:t>Глянь же! Пазури сталить!&lt;br /&gt;</w:t>
        <w:br/>
        <w:t>Стоїть явір над горою,&lt;br /&gt;</w:t>
        <w:br/>
        <w:t>Все киває головою,&lt;br /&gt;</w:t>
        <w:br/>
        <w:t>Буйні вітри повівають,&lt;br /&gt;</w:t>
        <w:br/>
        <w:t>Руки явору ламають.&lt;br /&gt;</w:t>
        <w:br/>
        <w:t>А вербички шумлять низько,&lt;br /&gt;</w:t>
        <w:br/>
        <w:t>Заколишуть мене в снах,&lt;br /&gt;</w:t>
        <w:br/>
        <w:t>Тут тече потічок близько,&lt;br /&gt;</w:t>
        <w:br/>
        <w:t>Видко воду аж до дна.&lt;br /&gt;</w:t>
        <w:br/>
        <w:t>Нащо ж думати-гадати,&lt;br /&gt;</w:t>
        <w:br/>
        <w:t>Що в селі родила мати?&lt;br /&gt;</w:t>
        <w:br/>
        <w:t>То у тих хай мозок рветься,&lt;br /&gt;</w:t>
        <w:br/>
        <w:t>Хто високо вгору пнеться.&lt;br /&gt;</w:t>
        <w:br/>
        <w:t>А я буду собі тихо&lt;br /&gt;</w:t>
        <w:br/>
        <w:t>Коротати милий вік,&lt;br /&gt;</w:t>
        <w:br/>
        <w:t>Так мені мине все лихо —&lt;br /&gt;</w:t>
        <w:br/>
        <w:t>Щасний буду чоловік.</w:t>
      </w:r>
    </w:p>
    <w:p>
      <w:r>
        <w:br/>
        <w:t>ГЕЙ ТИ, НУДЬГО ПРОКЛЯТА! СЯ ДОКУЧЛИВА ПЕЧАЛЬ…</w:t>
      </w:r>
    </w:p>
    <w:p>
      <w:r>
        <w:br/>
        <w:t>Гей ти, нудьго проклята! Ся докучлива печаль&lt;br /&gt;</w:t>
        <w:br/>
        <w:t>Гризе мене затята, як міль плаття чи ржа сталь.&lt;br /&gt;</w:t>
        <w:br/>
        <w:t>Гей ти, скуко, гей ти, муко, люта муко!&lt;br /&gt;</w:t>
        <w:br/>
        <w:t>Де не буду, я з тобою завжди всякий час,&lt;br /&gt;</w:t>
        <w:br/>
        <w:t>Ми — як риба із водою, хто розлучить нас?&lt;br /&gt;</w:t>
        <w:br/>
        <w:t>Гей ти, скуко, гей ти, муко, люта муко!&lt;br /&gt;</w:t>
        <w:br/>
        <w:t>Звіряку злу заколеш, як візьмеш гострий ніж,&lt;br /&gt;</w:t>
        <w:br/>
        <w:t>Нуди ніяк не збореш, хоч меч свій і сталиш.&lt;br /&gt;</w:t>
        <w:br/>
        <w:t>Гей ти, скуко, гей ти, муко, люта муко!&lt;br /&gt;</w:t>
        <w:br/>
        <w:t>Добросердечне слово лиш може врятувать,&lt;br /&gt;</w:t>
        <w:br/>
        <w:t>Що завсігди готове думки всі обійнять.&lt;br /&gt;</w:t>
        <w:br/>
        <w:t>Гей ти, скуко, гей ти, муко, люта муко!&lt;br /&gt;</w:t>
        <w:br/>
        <w:t>Христе, ти — меч верховний, а піхви — наша плоть,&lt;br /&gt;</w:t>
        <w:br/>
        <w:t>Почуй наш крик, сліз повний, дай думи прополоть.&lt;br /&gt;</w:t>
        <w:br/>
        <w:t>Гей ти, скуко, гей ти, муко, люта муко!&lt;br /&gt;</w:t>
        <w:br/>
        <w:t>Твій голос рідний з неба нам буде провіщать,&lt;br /&gt;</w:t>
        <w:br/>
        <w:t>Що блискавкою, громом треба полк нуди прогнать.&lt;br /&gt;</w:t>
        <w:br/>
        <w:t>Геть ти, скуко, геть ти, муко, з димом-чадом!</w:t>
      </w:r>
    </w:p>
    <w:p>
      <w:r>
        <w:br/>
        <w:t>ЧИСТИЙ МОЖЕШ БУТЬ СОБОЮ…</w:t>
      </w:r>
    </w:p>
    <w:p>
      <w:r>
        <w:br/>
        <w:t>Чистий можеш буть собою,&lt;br /&gt;</w:t>
        <w:br/>
        <w:t>То нащо тобі броня&lt;br /&gt;</w:t>
        <w:br/>
        <w:t>І шолом над головою?&lt;br /&gt;</w:t>
        <w:br/>
        <w:t>Не потрібна і війна.&lt;br /&gt;</w:t>
        <w:br/>
        <w:t>Непорочність — ось тобі броня,&lt;br /&gt;</w:t>
        <w:br/>
        <w:t>А невинність — крем'яна стіна.&lt;br /&gt;</w:t>
        <w:br/>
        <w:t>Щит, меч і шолом — буде тобі бог.&lt;br /&gt;</w:t>
        <w:br/>
        <w:t>Світе, світе безпорадний,&lt;br /&gt;</w:t>
        <w:br/>
        <w:t>Вся надія — угорі,&lt;br /&gt;</w:t>
        <w:br/>
        <w:t>Маєш сумнів — то нещадний&lt;br /&gt;</w:t>
        <w:br/>
        <w:t>Вихор розмете на прі.&lt;br /&gt;</w:t>
        <w:br/>
        <w:t>Непорочність — се Сігор, повір,&lt;br /&gt;</w:t>
        <w:br/>
        <w:t>А невинність — ось небесний двір.&lt;br /&gt;</w:t>
        <w:br/>
        <w:t>Там побувай і там почий.&lt;br /&gt;</w:t>
        <w:br/>
        <w:t>Бомб се місто не боїться,&lt;br /&gt;</w:t>
        <w:br/>
        <w:t>Ні підступності, ні стріл.&lt;br /&gt;</w:t>
        <w:br/>
        <w:t>Хитрих мін не застрашиться,&lt;br /&gt;</w:t>
        <w:br/>
        <w:t>Ні пожежі, ані стрільб.&lt;br /&gt;</w:t>
        <w:br/>
        <w:t>Непорочність — ось де діамант,&lt;br /&gt;</w:t>
        <w:br/>
        <w:t>А невинність — ось священний град.&lt;br /&gt;</w:t>
        <w:br/>
        <w:t>Там побувай і там почий.&lt;br /&gt;</w:t>
        <w:br/>
        <w:t>Ворога в сім граді люблять,&lt;br /&gt;</w:t>
        <w:br/>
        <w:t>їм віддружують тепло,&lt;br /&gt;</w:t>
        <w:br/>
        <w:t>Силу для чужого гублять,-&lt;br /&gt;</w:t>
        <w:br/>
        <w:t>І не відають про зло.&lt;br /&gt;</w:t>
        <w:br/>
        <w:t>Де ж такий чудовий, пишний град?&lt;br /&gt;</w:t>
        <w:br/>
        <w:t>Сам ти град, коли в душі є сад,&lt;br /&gt;</w:t>
        <w:br/>
        <w:t>Святому духу храм і град.</w:t>
      </w:r>
    </w:p>
    <w:p>
      <w:r>
        <w:br/>
        <w:t>ЩАСТЯ, А ДЕ ТИ ЖИВЕШ? ГОРЛИЦІ, СКАЖІТЕ!…</w:t>
      </w:r>
    </w:p>
    <w:p>
      <w:r>
        <w:br/>
        <w:t>Щастя, а де ти живеш? Горлиці, скажіте!&lt;br /&gt;</w:t>
        <w:br/>
        <w:t>Вівці у полі пасеш? Голуби, звістіте!&lt;br /&gt;</w:t>
        <w:br/>
        <w:t>О щастя — наш ясний світ, О щастя — наш красний цвіт!&lt;br /&gt;</w:t>
        <w:br/>
        <w:t>Ти мати і дім, появися, покажися!&lt;br /&gt;</w:t>
        <w:br/>
        <w:t>Щастя, а де ти живеш? Мудрії, скажіте!&lt;br /&gt;</w:t>
        <w:br/>
        <w:t>Чи в небі ти пиво п'єш? Книжники, возвістіте!&lt;br /&gt;</w:t>
        <w:br/>
        <w:t>О щастя — наш ясний світ, О щастя — наш красний цвіт!&lt;br /&gt;</w:t>
        <w:br/>
        <w:t>Ти мати і дім, появися, покажися.&lt;br /&gt;</w:t>
        <w:br/>
        <w:t>Книжники мудрі мовчать, птицю ж не спитаєш,&lt;br /&gt;</w:t>
        <w:br/>
        <w:t>Де нашу матір шукать? І чи відшукаєш?&lt;br /&gt;</w:t>
        <w:br/>
        <w:t>О щастя… і т. д.&lt;br /&gt;</w:t>
        <w:br/>
        <w:t>Щастя нема на землі, щастя і в небі не знайти,&lt;br /&gt;</w:t>
        <w:br/>
        <w:t>Не знайти й у вуглі — в іншім треба шукати.&lt;br /&gt;</w:t>
        <w:br/>
        <w:t>О щастя… і т. д.&lt;br /&gt;</w:t>
        <w:br/>
        <w:t>Небо і місяць, земля й зорі всі — прощайте!&lt;br /&gt;</w:t>
        <w:br/>
        <w:t>Гавань ви злобна моя — більше не чекайте!&lt;br /&gt;</w:t>
        <w:br/>
        <w:t>О щастя… і т. д.&lt;br /&gt;</w:t>
        <w:br/>
        <w:t>Я проминув небеса — ще як полетіти?&lt;br /&gt;</w:t>
        <w:br/>
        <w:t>Був у найнижчих низах — ще що повідкрити?&lt;br /&gt;</w:t>
        <w:br/>
        <w:t>О щастя… і т. д.&lt;br /&gt;</w:t>
        <w:br/>
        <w:t>Швидше і швидше лечу, скаче мій олень стрімко,&lt;br /&gt;</w:t>
        <w:br/>
        <w:t>Вище небес хутко мчу: крин зелениться гінко.&lt;br /&gt;</w:t>
        <w:br/>
        <w:t>О щастя, світе наш ясний!&lt;br /&gt;</w:t>
        <w:br/>
        <w:t>О щастя, цвіте наш красний!&lt;br /&gt;</w:t>
        <w:br/>
        <w:t>Ти мати і дім, я бачу і чую тебе!&lt;br /&gt;</w:t>
        <w:br/>
        <w:t>Ласощ його — се гортань, очі голубині,&lt;br /&gt;</w:t>
        <w:br/>
        <w:t>Всеньке — любов і Харрань, руки кришталинні.&lt;br /&gt;</w:t>
        <w:br/>
        <w:t>О щастя… і т. д.&lt;br /&gt;</w:t>
        <w:br/>
        <w:t>Перстом мене не торкай — так не впізнаєш,&lt;br /&gt;</w:t>
        <w:br/>
        <w:t>Зовні мене не шукай — не відшукаєш.&lt;br /&gt;</w:t>
        <w:br/>
        <w:t>0 щастя… і т. д.&lt;br /&gt;</w:t>
        <w:br/>
        <w:t>Гей! Наверни-но свій зір, бо він окриляє!&lt;br /&gt;</w:t>
        <w:br/>
        <w:t>Вище стихії і гір мене підіймає.&lt;br /&gt;</w:t>
        <w:br/>
        <w:t>О щастя… і т. д.&lt;br /&gt;</w:t>
        <w:br/>
        <w:t>Сядемо ж, братику мій, сядем для бесіди,&lt;br /&gt;</w:t>
        <w:br/>
        <w:t>Гарний глагол твій живий чистить усі біди.&lt;br /&gt;</w:t>
        <w:br/>
        <w:t>О щастя, світе наш ясний!&lt;br /&gt;</w:t>
        <w:br/>
        <w:t>О щастя, цвіте наш красний!&lt;br /&gt;</w:t>
        <w:br/>
        <w:t>Ти — мати і дім, бачу і чую я нині.&lt;br /&gt;</w:t>
        <w:br/>
        <w:t>Стадо пасеш ти в кринах, з полудня в горах заснеш,&lt;br /&gt;</w:t>
        <w:br/>
        <w:t>Не в Гергесенських полях — їхніх долинах — живеш.&lt;br /&gt;</w:t>
        <w:br/>
        <w:t>О щастя, світе наш ясний!&lt;br /&gt;</w:t>
        <w:br/>
        <w:t>О щастя, цвіте наш красний!&lt;br /&gt;</w:t>
        <w:br/>
        <w:t>Ти — мати і дім, бачу і чую я нині.</w:t>
      </w:r>
    </w:p>
    <w:p>
      <w:r>
        <w:br/>
        <w:t>РОЗПОШИР УДАЛЬ ЗІР СВІЙ, ЯК І РОЗУМУ КОЛО…</w:t>
      </w:r>
    </w:p>
    <w:p>
      <w:r>
        <w:br/>
        <w:t>Розпошир удаль зір свій, як і розуму коло,&lt;br /&gt;</w:t>
        <w:br/>
        <w:t>Про кінець, що вже близько, згадай,&lt;br /&gt;</w:t>
        <w:br/>
        <w:t>Визначай свою ціль, озирнися навколо,&lt;br /&gt;</w:t>
        <w:br/>
        <w:t>Спостерігши бажань власних край,-&lt;br /&gt;</w:t>
        <w:br/>
        <w:t>На яких же речах ти будинок поклав?&lt;br /&gt;</w:t>
        <w:br/>
        <w:t>Коли камінь — стоятиме дім,&lt;br /&gt;</w:t>
        <w:br/>
        <w:t>Як пісок же під ним — то б хоч як не стояв,&lt;br /&gt;</w:t>
        <w:br/>
        <w:t>Розметнеться за вітром сухим.&lt;br /&gt;</w:t>
        <w:br/>
        <w:t>Всяка плоть пісок той, як у світі сім слава,&lt;br /&gt;</w:t>
        <w:br/>
        <w:t>І жадоба затоплює їх,&lt;br /&gt;</w:t>
        <w:br/>
        <w:t>Полюби шлях вузький, бо загал — то кугава,&lt;br /&gt;</w:t>
        <w:br/>
        <w:t>Боже серця і думань моїх!&lt;br /&gt;</w:t>
        <w:br/>
        <w:t>Коли треба нараз повернути в Сіон,&lt;br /&gt;</w:t>
        <w:br/>
        <w:t>То для чого пускатись у світ?&lt;br /&gt;</w:t>
        <w:br/>
        <w:t>Шлях важкий пролягає в Ієрихон,&lt;br /&gt;</w:t>
        <w:br/>
        <w:t>Град не кинь, де душі маєш цвіт.&lt;br /&gt;</w:t>
        <w:br/>
        <w:t>Як пустився, буває, у сі ти дороги,&lt;br /&gt;</w:t>
        <w:br/>
        <w:t>Доля шлях перепинить завжди,&lt;br /&gt;</w:t>
        <w:br/>
        <w:t>Бо як ступлять хоч раз в теє прірвисько ноги,&lt;br /&gt;</w:t>
        <w:br/>
        <w:t>Розум може не стримать біди.&lt;br /&gt;</w:t>
        <w:br/>
        <w:t>Ну, а ти, який дух усе той же єси,&lt;br /&gt;</w:t>
        <w:br/>
        <w:t>І не всякне число твоїх літ,&lt;br /&gt;</w:t>
        <w:br/>
        <w:t>Дух розбійництва в нас переміси!&lt;br /&gt;</w:t>
        <w:br/>
        <w:t>І зірви з нас трипрокляту сіть!</w:t>
      </w:r>
    </w:p>
    <w:p>
      <w:r>
        <w:br/>
        <w:t>МИ ТЕБЕ ЗОВСІМ МАРНУЄМ…</w:t>
      </w:r>
    </w:p>
    <w:p>
      <w:r>
        <w:br/>
        <w:t>Ми тебе зовсім марнуєм,&lt;br /&gt;</w:t>
        <w:br/>
        <w:t>О щасливий час життя!&lt;br /&gt;</w:t>
        <w:br/>
        <w:t>Мов тягар на спині чуєм,&lt;br /&gt;</w:t>
        <w:br/>
        <w:t>А згадай про вороття.&lt;br /&gt;</w:t>
        <w:br/>
        <w:t>Наче прожитий час та й поверне назад.&lt;br /&gt;</w:t>
        <w:br/>
        <w:t>Наче річки до своїх та й повернуть струмків,&lt;br /&gt;</w:t>
        <w:br/>
        <w:t>Наче зможем життю хоч би рік ще додать,&lt;br /&gt;</w:t>
        <w:br/>
        <w:t>Наче вік наш з безмежної кількості днів.&lt;br /&gt;</w:t>
        <w:br/>
        <w:t>Нащо, нащо ж так бажати&lt;br /&gt;</w:t>
        <w:br/>
        <w:t>Жити літ до вісімсот?&lt;br /&gt;</w:t>
        <w:br/>
        <w:t>Мастаки ми засівати&lt;br /&gt;</w:t>
        <w:br/>
        <w:t>Бур'янами свій город.&lt;br /&gt;</w:t>
        <w:br/>
        <w:t>Краще мить чесно жить, аніж день в мислях злих,&lt;br /&gt;</w:t>
        <w:br/>
        <w:t>Краще в святі день пробути, аніж в будні рік,&lt;br /&gt;</w:t>
        <w:br/>
        <w:t>Краще чистий рік один, аніж десять брудних,&lt;br /&gt;</w:t>
        <w:br/>
        <w:t>Краще десять літ корисних, ніж безплідний вік.&lt;br /&gt;</w:t>
        <w:br/>
        <w:t>Кинь, добродію, неробство,&lt;br /&gt;</w:t>
        <w:br/>
        <w:t>Дорожити варто днем,&lt;br /&gt;</w:t>
        <w:br/>
        <w:t>За порожнім ворохобством&lt;br /&gt;</w:t>
        <w:br/>
        <w:t>Час безслідно промайне.&lt;br /&gt;</w:t>
        <w:br/>
        <w:t>Не наше то вже, що пройшло мимо нас,&lt;br /&gt;</w:t>
        <w:br/>
        <w:t>Не наше, що принесе і прийдешня пора,&lt;br /&gt;</w:t>
        <w:br/>
        <w:t>Сущий день лише наш, а не ранку час,&lt;br /&gt;</w:t>
        <w:br/>
        <w:t>Не знаєм, що принесе вечорова зоря.&lt;br /&gt;</w:t>
        <w:br/>
        <w:t>Як не вмієш так ти жити,&lt;br /&gt;</w:t>
        <w:br/>
        <w:t>То навчись, добро одно,&lt;br /&gt;</w:t>
        <w:br/>
        <w:t>Та не можуть умістити&lt;br /&gt;</w:t>
        <w:br/>
        <w:t>В голову все те майно.&lt;br /&gt;</w:t>
        <w:br/>
        <w:t>Знаю, що життя сповнене брехунів,&lt;br /&gt;</w:t>
        <w:br/>
        <w:t>Знаю, що вельми дурний в світі чоловік,&lt;br /&gt;</w:t>
        <w:br/>
        <w:t>Знаю, чим більш прожив — тим більше здурнів,&lt;br /&gt;</w:t>
        <w:br/>
        <w:t>Знаю, що блазень той, хто заклада собі вік.</w:t>
      </w:r>
    </w:p>
    <w:p>
      <w:r>
        <w:br/>
        <w:t>О СПОКОЮ НАШ КОХАНИЙ! ДЕ ТЕБЕ ЗНАЙТИ В НАШ ЧАС?…</w:t>
      </w:r>
    </w:p>
    <w:p>
      <w:r>
        <w:br/>
        <w:t>О спокою наш коханий! Де тебе знайти в наш час?&lt;br /&gt;</w:t>
        <w:br/>
        <w:t>Ти усім нам прежаданий, врізнобіч розкинув нас.&lt;br /&gt;</w:t>
        <w:br/>
        <w:t>За тобою ген вітрила розгорнули кораблі,&lt;br /&gt;</w:t>
        <w:br/>
        <w:t>Щоб могли тебе ті крила на чужій знайти землі.&lt;br /&gt;</w:t>
        <w:br/>
        <w:t>За тобою марширують, палять, знищують міста,&lt;br /&gt;</w:t>
        <w:br/>
        <w:t>Цілі роки бомбардують, а чи зможе хто дістать?&lt;br /&gt;</w:t>
        <w:br/>
        <w:t>Щонайбільші там печалі, де велично-пишний дім,&lt;br /&gt;</w:t>
        <w:br/>
        <w:t>А найменше в серці жалю у будиночку малім.&lt;br /&gt;</w:t>
        <w:br/>
        <w:t>Невдоволені завжди ми — то печалей джерело!&lt;br /&gt;</w:t>
        <w:br/>
        <w:t>Помислами повні злими — ось бунтарства де зело!&lt;br /&gt;</w:t>
        <w:br/>
        <w:t>Потримаймо дух неситий! Годі мучити свій вік!&lt;br /&gt;</w:t>
        <w:br/>
        <w:t>Не шукай край знаменитий! Будь звичайний чоловік.&lt;br /&gt;</w:t>
        <w:br/>
        <w:t>Бо ж печаль ускрізь літає, по землі і по воді,&lt;br /&gt;</w:t>
        <w:br/>
        <w:t>Швидше блискавок ширяє, знайде і в добрі, й біді.&lt;br /&gt;</w:t>
        <w:br/>
        <w:t>Розбивай нуду неситу, будь в житті такий, як є,&lt;br /&gt;</w:t>
        <w:br/>
        <w:t>Годі червам нас точити, треба знати вже своє.&lt;br /&gt;</w:t>
        <w:br/>
        <w:t>Славні прикладом герої, та побиті на полях,&lt;br /&gt;</w:t>
        <w:br/>
        <w:t>Хто живе в самім спокої, той стражда в старих літах.&lt;br /&gt;</w:t>
        <w:br/>
        <w:t>Бог вділив усіх грунтами — це пропасти може теж.&lt;br /&gt;</w:t>
        <w:br/>
        <w:t>Жереб мій із бідняками, але з мудрістю без меж.</w:t>
      </w:r>
    </w:p>
    <w:p>
      <w:r>
        <w:br/>
        <w:t>ЇДЕШ, ХОЧЕШ НАС ЛИШИТИ?…</w:t>
      </w:r>
    </w:p>
    <w:p>
      <w:r>
        <w:br/>
        <w:t>Їдеш, хочеш нас лишити?&lt;br /&gt;</w:t>
        <w:br/>
        <w:t>Їдь веселий, цілий, ситий,&lt;br /&gt;</w:t>
        <w:br/>
        <w:t>Хай тобі вітри погідні&lt;br /&gt;</w:t>
        <w:br/>
        <w:t>Будуть у путі як рідні,&lt;br /&gt;</w:t>
        <w:br/>
        <w:t>У щасливу путь хай шляхи ведуть!&lt;br /&gt;</w:t>
        <w:br/>
        <w:t>Мандрівні хай зникнуть страхи,&lt;br /&gt;</w:t>
        <w:br/>
        <w:t>Спіте, подорожні прахи,&lt;br /&gt;</w:t>
        <w:br/>
        <w:t>А слухняні добрі коні&lt;br /&gt;</w:t>
        <w:br/>
        <w:t>Хай несуть, як по долоні,&lt;br /&gt;</w:t>
        <w:br/>
        <w:t>І щасливий слід — як гладенький лід!&lt;br /&gt;</w:t>
        <w:br/>
        <w:t>Хмари чорні, геть, невірні!&lt;br /&gt;</w:t>
        <w:br/>
        <w:t>Не плещіть, дощі надмірні.&lt;br /&gt;</w:t>
        <w:br/>
        <w:t>Не печи, вар полуденний,&lt;br /&gt;</w:t>
        <w:br/>
        <w:t>Місяцем будь озаренний.&lt;br /&gt;</w:t>
        <w:br/>
        <w:t>У щасливу путь ночі хай ведуть!&lt;br /&gt;</w:t>
        <w:br/>
        <w:t>Той твої направить ноги,&lt;br /&gt;</w:t>
        <w:br/>
        <w:t>Хто дав землю і дороги&lt;br /&gt;</w:t>
        <w:br/>
        <w:t>І що ген сидить високо,-&lt;br /&gt;</w:t>
        <w:br/>
        <w:t>Хай твій шлях хоронить око.&lt;br /&gt;</w:t>
        <w:br/>
        <w:t>Твій нехай відхід благословить вхід.&lt;br /&gt;</w:t>
        <w:br/>
        <w:t>Тож радій, країно, з того!&lt;br /&gt;</w:t>
        <w:br/>
        <w:t>Приймеш мужа ти святого.&lt;br /&gt;</w:t>
        <w:br/>
        <w:t>Кинь же заздрісні звичаї!&lt;br /&gt;</w:t>
        <w:br/>
        <w:t>Щасний, хто його пізнає.&lt;br /&gt;</w:t>
        <w:br/>
        <w:t>На ясний вінець добрий хай кінець.</w:t>
      </w:r>
    </w:p>
    <w:p>
      <w:r>
        <w:br/>
        <w:t>ПІДІЙМИСЬ НА НЕБЕСА — У ВЕРСАЛЬСЬКИЙ ХОЧ БИ САД…</w:t>
      </w:r>
    </w:p>
    <w:p>
      <w:r>
        <w:br/>
        <w:t>Підіймись на небеса — у версальський хоч би сад,&lt;br /&gt;</w:t>
        <w:br/>
        <w:t>Одягни одежу злотну,&lt;br /&gt;</w:t>
        <w:br/>
        <w:t>Шапку царськую добротну,&lt;br /&gt;</w:t>
        <w:br/>
        <w:t>Як у серці нуда, буде скрізь тобі біда.&lt;br /&gt;</w:t>
        <w:br/>
        <w:t>Проживи хоч триста літ, проживи хоч цілий світ,&lt;br /&gt;</w:t>
        <w:br/>
        <w:t>Що тобі те помагає,&lt;br /&gt;</w:t>
        <w:br/>
        <w:t>Коли серденько ридає?&lt;br /&gt;</w:t>
        <w:br/>
        <w:t>Як у серці нуда, буде підлість і біда.&lt;br /&gt;</w:t>
        <w:br/>
        <w:t>Хоч всю землю завоюй, над усім хоч зацарюй,&lt;br /&gt;</w:t>
        <w:br/>
        <w:t>Що тобі те помагає,&lt;br /&gt;</w:t>
        <w:br/>
        <w:t>Коли вся душа ридає?&lt;br /&gt;</w:t>
        <w:br/>
        <w:t>Як у серці нуда, буде підлість і біда.&lt;br /&gt;</w:t>
        <w:br/>
        <w:t>Тож про місяць знать дарма, є там люди чи нема,&lt;br /&gt;</w:t>
        <w:br/>
        <w:t>Кинь Коперникові сфери,&lt;br /&gt;</w:t>
        <w:br/>
        <w:t>В серця свого глянь печери!&lt;br /&gt;</w:t>
        <w:br/>
        <w:t>Як знання в нутрі твоїм — то веселий будеш з ним.&lt;br /&gt;</w:t>
        <w:br/>
        <w:t>Бог найкращий астроном і найкращий економ.&lt;br /&gt;</w:t>
        <w:br/>
        <w:t>Вічная природа-мати&lt;br /&gt;</w:t>
        <w:br/>
        <w:t>Зайвини не може мати.&lt;br /&gt;</w:t>
        <w:br/>
        <w:t>Найпотрібніше тобі ти знайдеш лиш у собі.&lt;br /&gt;</w:t>
        <w:br/>
        <w:t>Подивися, як живеш: друга у собі знайдеш,&lt;br /&gt;</w:t>
        <w:br/>
        <w:t>Стрінеш там ти іншу волю,&lt;br /&gt;</w:t>
        <w:br/>
        <w:t>Стрінеш в злій блаженну долю:&lt;br /&gt;</w:t>
        <w:br/>
        <w:t>У тюрмі твоїй там світ, у болоті твоїм — цвіт.&lt;br /&gt;</w:t>
        <w:br/>
        <w:t>Правду Августин трима: пекла не було й нема,&lt;br /&gt;</w:t>
        <w:br/>
        <w:t>Воля — пекло перекляте,&lt;br /&gt;</w:t>
        <w:br/>
        <w:t>Воля — піч пащекувата.&lt;br /&gt;</w:t>
        <w:br/>
        <w:t>Тож візьми її до рук — і ні пекла, ані мук.&lt;br /&gt;</w:t>
        <w:br/>
        <w:t>Воле! О неситий ад! Трута ти, а всі — то ядь.&lt;br /&gt;</w:t>
        <w:br/>
        <w:t>Пащею ти позіхаєш&lt;br /&gt;</w:t>
        <w:br/>
        <w:t>І підряд усіх ковтаєш.&lt;br /&gt;</w:t>
        <w:br/>
        <w:t>Вбий же знак глупоти — пекло здужаєш ти.&lt;br /&gt;</w:t>
        <w:br/>
        <w:t>Боже! Слів живих улий! Хто без тебе не смутний?&lt;br /&gt;</w:t>
        <w:br/>
        <w:t>Радість ти життя єдина,&lt;br /&gt;</w:t>
        <w:br/>
        <w:t>Рай, солодкість безупинна!&lt;br /&gt;</w:t>
        <w:br/>
        <w:t>Вбий ти волю злу у нас, твій зцілить нас чистий глас!&lt;br /&gt;</w:t>
        <w:br/>
        <w:t>Дай нам силу своїх слів! Славимо царя царів!&lt;br /&gt;</w:t>
        <w:br/>
        <w:t>Всесвіт весь співа про тебе,&lt;br /&gt;</w:t>
        <w:br/>
        <w:t>Створений законом неба,-&lt;br /&gt;</w:t>
        <w:br/>
        <w:t>Що потрібне, те легке, непотрібне ж є важке!</w:t>
      </w:r>
    </w:p>
    <w:p>
      <w:r>
        <w:br/>
        <w:t>ОСІНЬ НАМ ПРИХОДИТЬ, А ВЕСНА ПРОЙШЛА…</w:t>
      </w:r>
    </w:p>
    <w:p>
      <w:r>
        <w:br/>
        <w:t>Осінь нам приходить, а весна пройшла,&lt;br /&gt;</w:t>
        <w:br/>
        <w:t>Кози діти родять, як весна прийшла.&lt;br /&gt;</w:t>
        <w:br/>
        <w:t>Ледве літо запалало, а козля вже цапом стало,&lt;br /&gt;</w:t>
        <w:br/>
        <w:t>Цап бородатий!&lt;br /&gt;</w:t>
        <w:br/>
        <w:t>Гей, забудемо печалі! Вік утіхи дасть нам мало,&lt;br /&gt;</w:t>
        <w:br/>
        <w:t>Засолоджуйсь, життя!&lt;br /&gt;</w:t>
        <w:br/>
        <w:t>Хто журбу приховає хоч би і на дні,&lt;br /&gt;</w:t>
        <w:br/>
        <w:t>Зразу й умирає — губить свої дні,&lt;br /&gt;</w:t>
        <w:br/>
        <w:t>Гей-но, радосте, втіхо, серце спить собі тихо,&lt;br /&gt;</w:t>
        <w:br/>
        <w:t>Пряме ж ти, життя!&lt;br /&gt;</w:t>
        <w:br/>
        <w:t>Не красне довготою, а красне добротою,&lt;br /&gt;</w:t>
        <w:br/>
        <w:t>Як та пісня, життя!&lt;br /&gt;</w:t>
        <w:br/>
        <w:t>Бог мій милосердий, я його люблю,&lt;br /&gt;</w:t>
        <w:br/>
        <w:t>Бо то камінь твердий, сум, прецінь терплю.&lt;br /&gt;</w:t>
        <w:br/>
        <w:t>Він живий, не вмирає, бо живе з ним, палає&lt;br /&gt;</w:t>
        <w:br/>
        <w:t>І душа моя.&lt;br /&gt;</w:t>
        <w:br/>
        <w:t>А кого забуває, той печалі хай має,&lt;br /&gt;</w:t>
        <w:br/>
        <w:t>Бо ото сирота!&lt;br /&gt;</w:t>
        <w:br/>
        <w:t>Солодощів бажаєш? Вбий ти завидь усю,&lt;br /&gt;</w:t>
        <w:br/>
        <w:t>Вдовольняйся, чим маєш,— і осягнеш красу.&lt;br /&gt;</w:t>
        <w:br/>
        <w:t>Плюнь на гробнії прахи й на дитячії страхи,&lt;br /&gt;</w:t>
        <w:br/>
        <w:t>Смерть — то спокій лише.&lt;br /&gt;</w:t>
        <w:br/>
        <w:t>Жив отак у Афінах, жив отак в Палестині&lt;br /&gt;</w:t>
        <w:br/>
        <w:t>Епікур — Христос.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 божественних пісень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