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Рубаї</w:t>
      </w:r>
    </w:p>
    <w:p>
      <w:r>
        <w:br/>
        <w:t xml:space="preserve"> Чотири речі нам потрібні, щоб невеселих збуться дум:&lt;br /&gt;</w:t>
        <w:br/>
        <w:t>Здорове тіло, добра вдача, ім'я хороше, світлий ум.&lt;br /&gt;</w:t>
        <w:br/>
        <w:t>Кого Всевишній обдарує цими дарами чотирма,&lt;br /&gt;</w:t>
        <w:br/>
        <w:t>Той завжди радуватись має і проганять од себе сум.</w:t>
      </w:r>
    </w:p>
    <w:p>
      <w:r>
        <w:br/>
        <w:t>* * *</w:t>
      </w:r>
    </w:p>
    <w:p>
      <w:r>
        <w:br/>
        <w:t>Себе в руках весь час тримати — от справжнє благородство.&lt;br /&gt;</w:t>
        <w:br/>
        <w:t>Глухих, сліпих не ображати — от справжнє благородство.&lt;br /&gt;</w:t>
        <w:br/>
        <w:t>Не благородство — наступити на груди бідному, що впав,&lt;br /&gt;</w:t>
        <w:br/>
        <w:t>Ні, руку впалому подати — от справжнє благородство!</w:t>
      </w:r>
    </w:p>
    <w:p>
      <w:r>
        <w:br/>
        <w:t>* * *</w:t>
      </w:r>
    </w:p>
    <w:p>
      <w:r>
        <w:br/>
        <w:t>Ей, Рудакі, од кайданів печалі звільнись!&lt;br /&gt;</w:t>
        <w:br/>
        <w:t>Завжди веселий, вперед безтурботно дивись!&lt;br /&gt;</w:t>
        <w:br/>
        <w:t>Думаєш, тільки тобі одному так погано?&lt;br /&gt;</w:t>
        <w:br/>
        <w:t>В цілому світі не краще! Живи й не журись!</w:t>
      </w:r>
    </w:p>
    <w:p>
      <w:r>
        <w:br/>
        <w:t>* * *</w:t>
      </w:r>
    </w:p>
    <w:p>
      <w:r>
        <w:br/>
        <w:t>Малим задовольняйсь, душею не криви,&lt;br /&gt;</w:t>
        <w:br/>
        <w:t>Будь вільний, нахилять не квапся голови.&lt;br /&gt;</w:t>
        <w:br/>
        <w:t>В добрі — забудь себе і не вдавайся в тугу,&lt;br /&gt;</w:t>
        <w:br/>
        <w:t>В нужді — про себе дбай і весело живи!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Рубаї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