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Розстріляне безсмертя</w:t>
      </w:r>
    </w:p>
    <w:p>
      <w:r>
        <w:br/>
        <w:t xml:space="preserve"> РОЗСТРІЛЯНЕ БЕЗСМЕРТЯ&lt;br /&gt;</w:t>
        <w:br/>
        <w:t>(Поема)&lt;br /&gt;</w:t>
        <w:br/>
        <w:t>Безумство бурі світової&lt;br /&gt;</w:t>
        <w:br/>
        <w:t>одгуркотіло вже давно...&lt;br /&gt;</w:t>
        <w:br/>
        <w:t>Ти знов стоїш переді мною&lt;br /&gt;</w:t>
        <w:br/>
        <w:t>й в поему просишся, Махно!..</w:t>
      </w:r>
    </w:p>
    <w:p>
      <w:r>
        <w:br/>
        <w:t>Ти просиш (зір твій, наче жало...)&lt;br /&gt;</w:t>
        <w:br/>
        <w:t>поему написать нову,&lt;br /&gt;</w:t>
        <w:br/>
        <w:t>бо першая давно пропала&lt;br /&gt;</w:t>
        <w:br/>
        <w:t>в сумних архівах ГПУ.</w:t>
      </w:r>
    </w:p>
    <w:p>
      <w:r>
        <w:br/>
        <w:t>О, скільки гроз гуло в поеті,&lt;br /&gt;</w:t>
        <w:br/>
        <w:t>герою нещасливий мій,&lt;br /&gt;</w:t>
        <w:br/>
        <w:t>коли побачив на портреті&lt;br /&gt;</w:t>
        <w:br/>
        <w:t>тебе я в куртці шкіряній!..</w:t>
      </w:r>
    </w:p>
    <w:p>
      <w:r>
        <w:br/>
        <w:t>Тепер не знаю, як ти, де ти?..&lt;br /&gt;</w:t>
        <w:br/>
        <w:t>Горить душа моя в огні...&lt;br /&gt;</w:t>
        <w:br/>
        <w:t>Я проти тебе йшов в багнети&lt;br /&gt;</w:t>
        <w:br/>
        <w:t>іще в далекі юні дні.</w:t>
      </w:r>
    </w:p>
    <w:p>
      <w:r>
        <w:br/>
        <w:t>Ішли махновці в смерть юрбою.&lt;br /&gt;</w:t>
        <w:br/>
        <w:t>Чи був це яв, чи дикий сон?.,&lt;br /&gt;</w:t>
        <w:br/>
        <w:t>їх у бою під Лозовою&lt;br /&gt;</w:t>
        <w:br/>
        <w:t>ми захопили у полон.</w:t>
      </w:r>
    </w:p>
    <w:p>
      <w:r>
        <w:br/>
        <w:t>Той сніг... Крові багряні маки...&lt;br /&gt;</w:t>
        <w:br/>
        <w:t>Та церква... Тіні чорні ґав...&lt;br /&gt;</w:t>
        <w:br/>
        <w:t>Де я, смуглявий гайдамака,&lt;br /&gt;</w:t>
        <w:br/>
        <w:t>багнетне коло замикав.</w:t>
      </w:r>
    </w:p>
    <w:p>
      <w:r>
        <w:br/>
        <w:t>Як їх стріляли, як кололи&lt;br /&gt;</w:t>
        <w:br/>
        <w:t>штиками в стегна чи в плече!..&lt;br /&gt;</w:t>
        <w:br/>
        <w:t>А я дививсь... і чорним болем&lt;br /&gt;</w:t>
        <w:br/>
        <w:t>стискалось серце гаряче...</w:t>
      </w:r>
    </w:p>
    <w:p>
      <w:r>
        <w:br/>
        <w:t>Така була судьба поета...&lt;br /&gt;</w:t>
        <w:br/>
        <w:t>Махно, я зовсім їй не рад.&lt;br /&gt;</w:t>
        <w:br/>
        <w:t>Я проти тебе йшов в багнети&lt;br /&gt;</w:t>
        <w:br/>
        <w:t>в борні за Єлисаветград!</w:t>
      </w:r>
    </w:p>
    <w:p>
      <w:r>
        <w:br/>
        <w:t>Гули дроти... був сніг — не трави...&lt;br /&gt;</w:t>
        <w:br/>
        <w:t>Десь коні грізно: туп-тупу...&lt;br /&gt;</w:t>
        <w:br/>
        <w:t>А я, політкурсант смуглявий,&lt;br /&gt;</w:t>
        <w:br/>
        <w:t>стою в дозорі у степу.</w:t>
      </w:r>
    </w:p>
    <w:p>
      <w:r>
        <w:br/>
        <w:t>Блукала смерть у білих гонах,&lt;br /&gt;</w:t>
        <w:br/>
        <w:t>я бачив тінь її страшну...&lt;br /&gt;</w:t>
        <w:br/>
        <w:t>І у Петлюри, і в червоних&lt;br /&gt;</w:t>
        <w:br/>
        <w:t>любив я дівчину одну.</w:t>
      </w:r>
    </w:p>
    <w:p>
      <w:r>
        <w:br/>
        <w:t>Цього не викреслиш із серця...&lt;br /&gt;</w:t>
        <w:br/>
        <w:t>Що з вами, очі голубі?..&lt;br /&gt;</w:t>
        <w:br/>
        <w:t>Весь світ стогнав в гігантськім герці,&lt;br /&gt;</w:t>
        <w:br/>
        <w:t>й земля кипіла в боротьбі...</w:t>
      </w:r>
    </w:p>
    <w:p>
      <w:r>
        <w:br/>
        <w:t>А ми, з гвинтівками, курсанти,&lt;br /&gt;</w:t>
        <w:br/>
        <w:t>немов незлічені полки,&lt;br /&gt;</w:t>
        <w:br/>
        <w:t>хоч мало нас, ішли на банди,&lt;br /&gt;</w:t>
        <w:br/>
        <w:t>на чорний прапор твій в штики!</w:t>
      </w:r>
    </w:p>
    <w:p>
      <w:r>
        <w:br/>
        <w:t>І входив штик в живіт, як в вату,&lt;br /&gt;</w:t>
        <w:br/>
        <w:t>як голка в масло, в крик — "оа!.."&lt;br /&gt;</w:t>
        <w:br/>
        <w:t>Я знав, що ти куркуль проклятий,&lt;br /&gt;</w:t>
        <w:br/>
        <w:t>оскаженілий буржуа!</w:t>
      </w:r>
    </w:p>
    <w:p>
      <w:r>
        <w:br/>
        <w:t>Твоєю я забризкав кров'ю&lt;br /&gt;</w:t>
        <w:br/>
        <w:t>сніги широкі та сумні...&lt;br /&gt;</w:t>
        <w:br/>
        <w:t>хвсе ^к любив тебе любов'ю&lt;br /&gt;</w:t>
        <w:br/>
        <w:t>незрозумілою мені.</w:t>
      </w:r>
    </w:p>
    <w:p>
      <w:r>
        <w:br/>
        <w:t>Обличчя Міші Ялового&lt;br /&gt;</w:t>
        <w:br/>
        <w:t>ще й досі бачу я... Той час,&lt;br /&gt;</w:t>
        <w:br/>
        <w:t>ті наші думи і дороги...&lt;br /&gt;</w:t>
        <w:br/>
        <w:t>Та багатьох нема із нас,&lt;br /&gt;</w:t>
        <w:br/>
        <w:t>немає й Міші Ялового.</w:t>
      </w:r>
    </w:p>
    <w:p>
      <w:r>
        <w:br/>
        <w:t>Він мовчки слухав про Махна&lt;br /&gt;</w:t>
        <w:br/>
        <w:t>й хитав в задумі головою...&lt;br /&gt;</w:t>
        <w:br/>
        <w:t>О Мішо, Мішо! Над тобою&lt;br /&gt;</w:t>
        <w:br/>
        <w:t>не сяє неба вишина...</w:t>
      </w:r>
    </w:p>
    <w:p>
      <w:r>
        <w:br/>
        <w:t>Як не порвав я серця струни.&lt;br /&gt;</w:t>
        <w:br/>
        <w:t>Не я — їх ворог люто рвав!..&lt;br /&gt;</w:t>
        <w:br/>
        <w:t>А ти в дорозі до Комуни&lt;br /&gt;</w:t>
        <w:br/>
        <w:t>од кулі братньої упав...</w:t>
      </w:r>
    </w:p>
    <w:p>
      <w:r>
        <w:br/>
        <w:t>Холодні стіни каземата,&lt;br /&gt;</w:t>
        <w:br/>
        <w:t>І смерті стогін, сталі спів...&lt;br /&gt;</w:t>
        <w:br/>
        <w:t>То з пістолетом руку брата&lt;br /&gt;</w:t>
        <w:br/>
        <w:t>на тебе ворог злий навів...&lt;br /&gt;</w:t>
        <w:br/>
        <w:t>Така судьба твоя проклята.</w:t>
      </w:r>
    </w:p>
    <w:p>
      <w:r>
        <w:br/>
        <w:t>Упав орел. Зламались крила,&lt;br /&gt;</w:t>
        <w:br/>
        <w:t>ти очі золоті закрив...&lt;br /&gt;</w:t>
        <w:br/>
        <w:t>Тебе прокляв мій тихий спів...&lt;br /&gt;</w:t>
        <w:br/>
        <w:t>Я ж вірив тим, що Мішу вбили.&lt;br /&gt;</w:t>
        <w:br/>
        <w:t>А він... а він мене любив!..&lt;br /&gt;</w:t>
        <w:br/>
        <w:t>І ми усі його любили.&lt;br /&gt;</w:t>
        <w:br/>
        <w:t>Мене ж злий ворог обдурив.</w:t>
      </w:r>
    </w:p>
    <w:p>
      <w:r>
        <w:br/>
        <w:t>Я бережу твій образ свято,&lt;br /&gt;</w:t>
        <w:br/>
        <w:t>прости мене, мій бідний брате!</w:t>
      </w:r>
    </w:p>
    <w:p>
      <w:r>
        <w:br/>
        <w:t>Тобі хвала й безсмертна слава,&lt;br /&gt;</w:t>
        <w:br/>
        <w:t>далекий Мішо Яловий!&lt;br /&gt;</w:t>
        <w:br/>
        <w:t>Вернувся ти в партійні лави,&lt;br /&gt;</w:t>
        <w:br/>
        <w:t>але вернувся неживий.&lt;br /&gt;</w:t>
        <w:br/>
        <w:t>З тобою що? Ніхто не знає.&lt;br /&gt;</w:t>
        <w:br/>
        <w:t>Я ж чую твій печальний крок&lt;br /&gt;</w:t>
        <w:br/>
        <w:t>і бачу, як у тьмі тримає&lt;br /&gt;</w:t>
        <w:br/>
        <w:t>рука прозора партквиток&lt;br /&gt;</w:t>
        <w:br/>
        <w:t>і з тьми привіт нам посилає...</w:t>
      </w:r>
    </w:p>
    <w:p>
      <w:r>
        <w:br/>
        <w:t>Так. Примаков тебе любив,&lt;br /&gt;</w:t>
        <w:br/>
        <w:t>як друг, як вітер український,&lt;br /&gt;</w:t>
        <w:br/>
        <w:t>що мертвий волос ворушив...&lt;br /&gt;</w:t>
        <w:br/>
        <w:t>Пішли у тьму під кулі спів&lt;br /&gt;</w:t>
        <w:br/>
        <w:t>і ти, і Юрій Коцюбинський,&lt;br /&gt;</w:t>
        <w:br/>
        <w:t>що тільки для Радвлади жив...&lt;br /&gt;</w:t>
        <w:br/>
        <w:t>В вікно б'є вітер непривітний&lt;br /&gt;</w:t>
        <w:br/>
        <w:t>дощем, як снігом в час зими.&lt;br /&gt;</w:t>
        <w:br/>
        <w:t>І дивляться Василь Блакитний&lt;br /&gt;</w:t>
        <w:br/>
        <w:t>і Хвильовий на мене з тьми...</w:t>
      </w:r>
    </w:p>
    <w:p>
      <w:r>
        <w:br/>
        <w:t>Чого ви дивитесь із ночі?..&lt;br /&gt;</w:t>
        <w:br/>
        <w:t>Ви прожили свій вік не зря.&lt;br /&gt;</w:t>
        <w:br/>
        <w:t>В одного сині-сині очі,&lt;br /&gt;</w:t>
        <w:br/>
        <w:t>в другого ж карі, як зоря,&lt;br /&gt;</w:t>
        <w:br/>
        <w:t>коли прибій в граніт гуркоче&lt;br /&gt;</w:t>
        <w:br/>
        <w:t>і кида бризки з янтаря...</w:t>
      </w:r>
    </w:p>
    <w:p>
      <w:r>
        <w:br/>
        <w:t>Ви не боялись Бога й чорта —&lt;br /&gt;</w:t>
        <w:br/>
        <w:t>ви віддали борні свій спів.&lt;br /&gt;</w:t>
        <w:br/>
        <w:t>Один умер через аорту,&lt;br /&gt;</w:t>
        <w:br/>
        <w:t>а другий сам себе убив...&lt;br /&gt;</w:t>
        <w:br/>
        <w:t>Убив себе, але не спів,&lt;br /&gt;</w:t>
        <w:br/>
        <w:t>був друг мені і друг Еллану&lt;br /&gt;</w:t>
        <w:br/>
        <w:t>і на житті своїм, о гнів! —&lt;br /&gt;</w:t>
        <w:br/>
        <w:t>як Микитенко говорив,&lt;br /&gt;</w:t>
        <w:br/>
        <w:t>"поставив крапку олов'яну".</w:t>
      </w:r>
    </w:p>
    <w:p>
      <w:r>
        <w:br/>
        <w:t>А Микитенка хто убив?..&lt;br /&gt;</w:t>
        <w:br/>
        <w:t>Все та ж змія, проклята, чорна&lt;br /&gt;</w:t>
        <w:br/>
        <w:t>що в наші лави заповзла&lt;br /&gt;</w:t>
        <w:br/>
        <w:t>і нас, синів ковадла й горна,&lt;br /&gt;</w:t>
        <w:br/>
        <w:t>таємно жалила й пекла&lt;br /&gt;</w:t>
        <w:br/>
        <w:t>тортур залізом... Повна шалу,&lt;br /&gt;</w:t>
        <w:br/>
        <w:t>вона вела у тьмі бої&lt;br /&gt;</w:t>
        <w:br/>
        <w:t>і в Революцію стріляла&lt;br /&gt;</w:t>
        <w:br/>
        <w:t>безсмертним іменем її!..</w:t>
      </w:r>
    </w:p>
    <w:p>
      <w:r>
        <w:br/>
        <w:t>Душа Миколи Куліша&lt;br /&gt;</w:t>
        <w:br/>
        <w:t>крилами б'є в вікно блакитне&lt;br /&gt;</w:t>
        <w:br/>
        <w:t>й крізь ніч, похмуру й&lt;br /&gt;</w:t>
        <w:br/>
        <w:t>непривітну,&lt;br /&gt;</w:t>
        <w:br/>
        <w:t>в мою поему поспіша...</w:t>
      </w:r>
    </w:p>
    <w:p>
      <w:r>
        <w:br/>
        <w:t>Він геній був... І от не стало&lt;br /&gt;</w:t>
        <w:br/>
        <w:t>орла духовних тих висот,&lt;br /&gt;</w:t>
        <w:br/>
        <w:t>куди послав його народ&lt;br /&gt;</w:t>
        <w:br/>
        <w:t>і партія куди послала.&lt;br /&gt;</w:t>
        <w:br/>
        <w:t>Пішов у небуття, як дим...&lt;br /&gt;</w:t>
        <w:br/>
        <w:t>І Курбас Лесь пішов за ним.&lt;br /&gt;</w:t>
        <w:br/>
        <w:t>Серця спинились їхні чулі&lt;br /&gt;</w:t>
        <w:br/>
        <w:t>од голоду, а чи від кулі...&lt;br /&gt;</w:t>
        <w:br/>
        <w:t>І ті, кого любить я звик,&lt;br /&gt;</w:t>
        <w:br/>
        <w:t>і Кириленко, і Кулик,&lt;br /&gt;</w:t>
        <w:br/>
        <w:t>що з нами йшли у даль&lt;br /&gt;</w:t>
        <w:br/>
        <w:t>щасливу,&lt;br /&gt;</w:t>
        <w:br/>
        <w:t>і Підмогильний, і Вражливий,&lt;br /&gt;</w:t>
        <w:br/>
        <w:t>що з смертю вицшли на двобій,&lt;br /&gt;</w:t>
        <w:br/>
        <w:t>Кривенко, Плужник, Лісовий&lt;br /&gt;</w:t>
        <w:br/>
        <w:t>стоять, мовчать у тьмі&lt;br /&gt;</w:t>
        <w:br/>
        <w:t>страшній...&lt;br /&gt;</w:t>
        <w:br/>
        <w:t>Стоїть в очах примарне&lt;br /&gt;</w:t>
        <w:br/>
        <w:t>військо...&lt;br /&gt;</w:t>
        <w:br/>
        <w:t>І дивляться Близько й&lt;br /&gt;</w:t>
        <w:br/>
        <w:t>Фальківський,&lt;br /&gt;</w:t>
        <w:br/>
        <w:t>і з глибини і тишини,&lt;br /&gt;</w:t>
        <w:br/>
        <w:t>вітають Мисика вони...&lt;br /&gt;</w:t>
        <w:br/>
        <w:t>Не чуть за вікнами сирен...&lt;br /&gt;</w:t>
        <w:br/>
        <w:t>А я дивлюсь у ніч патлату...&lt;br /&gt;</w:t>
        <w:br/>
        <w:t>Й заходить тихо у кімнату&lt;br /&gt;</w:t>
        <w:br/>
        <w:t>печальний Міша Йогансен...&lt;br /&gt;</w:t>
        <w:br/>
        <w:t>Він теж упав від кулі ката&lt;br /&gt;</w:t>
        <w:br/>
        <w:t>лицем униз чи горілиць, —&lt;br /&gt;</w:t>
        <w:br/>
        <w:t>і з ним упав Косинка Гриць.&lt;br /&gt;</w:t>
        <w:br/>
        <w:t>"Прощай, матусенько, єдина!" —&lt;br /&gt;</w:t>
        <w:br/>
        <w:t>я певен, що так Гриць сказав.&lt;br /&gt;</w:t>
        <w:br/>
        <w:t>І постріл тяжко заридав...&lt;br /&gt;</w:t>
        <w:br/>
        <w:t>І цілували губи сина&lt;br /&gt;</w:t>
        <w:br/>
        <w:t>криваву землю України...&lt;br /&gt;</w:t>
        <w:br/>
        <w:t>Про них співаю я сьогодні&lt;br /&gt;</w:t>
        <w:br/>
        <w:t>і про усіх, кого нема,&lt;br /&gt;</w:t>
        <w:br/>
        <w:t>кого ковтнула смерті тьма...&lt;br /&gt;</w:t>
        <w:br/>
        <w:t>їх кров наповнила б безодні!..&lt;br /&gt;</w:t>
        <w:br/>
        <w:t>Досвітній, Епік... Любі, любі,&lt;br /&gt;</w:t>
        <w:br/>
        <w:t>хоч в пісні воскресить би вас&lt;br /&gt;</w:t>
        <w:br/>
        <w:t>і той страшний, безумний час!..&lt;br /&gt;</w:t>
        <w:br/>
        <w:t>ось іде Гордій Коцюба,&lt;br /&gt;</w:t>
        <w:br/>
        <w:t>у кому лева міць жила,&lt;br /&gt;</w:t>
        <w:br/>
        <w:t>й сідає мовчки край стола...&lt;br /&gt;</w:t>
        <w:br/>
        <w:t>"Чи всі зібрались?" Ще нема&lt;br /&gt;</w:t>
        <w:br/>
        <w:t>Панаса Любченка і Лева,&lt;br /&gt;</w:t>
        <w:br/>
        <w:t>що звався Скрипником (крицева&lt;br /&gt;</w:t>
        <w:br/>
        <w:t>у нього вдаченька була),&lt;br /&gt;</w:t>
        <w:br/>
        <w:t>і ще Затонського нема.&lt;br /&gt;</w:t>
        <w:br/>
        <w:t>Смерть гордий дух їх переміг, —&lt;br /&gt;</w:t>
        <w:br/>
        <w:t>то тільки тіло сталь порвала...&lt;br /&gt;</w:t>
        <w:br/>
        <w:t>Нехай фізично вбили їх,&lt;br /&gt;</w:t>
        <w:br/>
        <w:t>але їх дух не розстріляли!</w:t>
      </w:r>
    </w:p>
    <w:p>
      <w:r>
        <w:br/>
        <w:t>Хай лине спів, як гул пожеж,&lt;br /&gt;</w:t>
        <w:br/>
        <w:t>і про товаришку Левкович!..&lt;br /&gt;</w:t>
        <w:br/>
        <w:t>Зайшли Затонський, Скрипник теж&lt;br /&gt;</w:t>
        <w:br/>
        <w:t>і Любченко Панас Петрович.&lt;br /&gt;</w:t>
        <w:br/>
        <w:t>А ось із зором, повним мук,&lt;br /&gt;</w:t>
        <w:br/>
        <w:t>іде Валерій Поліщук...&lt;br /&gt;</w:t>
        <w:br/>
        <w:t>"Ну що? Зібралися, вояки?&lt;br /&gt;</w:t>
        <w:br/>
        <w:t>Стіл круглий, тут усі однакі", —&lt;br /&gt;</w:t>
        <w:br/>
        <w:t>лунає голос, мов з-за хмар...</w:t>
      </w:r>
    </w:p>
    <w:p>
      <w:r>
        <w:br/>
        <w:t>О світлі жертви яничар,&lt;br /&gt;</w:t>
        <w:br/>
        <w:t>гадюк у образі людини!..&lt;br /&gt;</w:t>
        <w:br/>
        <w:t>Щоб передать увесь мій гнів,&lt;br /&gt;</w:t>
        <w:br/>
        <w:t>нема таких на світі слів!</w:t>
      </w:r>
    </w:p>
    <w:p>
      <w:r>
        <w:br/>
        <w:t>Четвертувати мало тих,&lt;br /&gt;</w:t>
        <w:br/>
        <w:t>хто "планово" понищив їх,&lt;br /&gt;</w:t>
        <w:br/>
        <w:t>крові розливши океани...&lt;br /&gt;</w:t>
        <w:br/>
        <w:t>Наслідуючи наші плани,&lt;br /&gt;</w:t>
        <w:br/>
        <w:t>він плани праці обернув&lt;br /&gt;</w:t>
        <w:br/>
        <w:t>на смертні плани! Хто ж з них проти&lt;br /&gt;</w:t>
        <w:br/>
        <w:t>нового був, коли нове&lt;br /&gt;</w:t>
        <w:br/>
        <w:t>вони творили в повну силу,&lt;br /&gt;</w:t>
        <w:br/>
        <w:t>під горді кличі "Хай живе!",&lt;br /&gt;</w:t>
        <w:br/>
        <w:t>що ввись летіли, в сонця злото...&lt;br /&gt;</w:t>
        <w:br/>
        <w:t>Але бандити патріотів&lt;br /&gt;</w:t>
        <w:br/>
        <w:t>нацьоналістами зробили.&lt;br /&gt;</w:t>
        <w:br/>
        <w:t>А ми в це вірили!</w:t>
      </w:r>
    </w:p>
    <w:p>
      <w:r>
        <w:br/>
        <w:t>Сидять, хитають головами&lt;br /&gt;</w:t>
        <w:br/>
        <w:t>й на мене дивляться... Уперті,&lt;br /&gt;</w:t>
        <w:br/>
        <w:t>чужі хитанням і журбі,&lt;br /&gt;</w:t>
        <w:br/>
        <w:t>вони були у боротьбі&lt;br /&gt;</w:t>
        <w:br/>
        <w:t>за Україну і за Русь...&lt;br /&gt;</w:t>
        <w:br/>
        <w:t>Так тяжко плачу і дивлюсь&lt;br /&gt;</w:t>
        <w:br/>
        <w:t>я на розстріляне безсмертя,&lt;br /&gt;</w:t>
        <w:br/>
        <w:t>як на дитя убите мати...&lt;br /&gt;</w:t>
        <w:br/>
        <w:t>Страшний пройшли ми, друзі, час.&lt;br /&gt;</w:t>
        <w:br/>
        <w:t>Та як живі вони між нас&lt;br /&gt;</w:t>
        <w:br/>
        <w:t>І будуть жить, на горе кату!..&lt;br /&gt;</w:t>
        <w:br/>
        <w:t>Безсмертя ж бо не розстріляти!&lt;br /&gt;</w:t>
        <w:br/>
        <w:t>Не розстрілять його ніяк,</w:t>
      </w:r>
    </w:p>
    <w:p>
      <w:r>
        <w:br/>
        <w:t>хоч смерть підступна, наче кицька,&lt;br /&gt;</w:t>
        <w:br/>
        <w:t>чи так, мій друг, Володю Гжицький?..&lt;br /&gt;</w:t>
        <w:br/>
        <w:t>А в серці світять, як маяк,&lt;br /&gt;</w:t>
        <w:br/>
        <w:t>Ірчан, Бобинський і Коряк...&lt;br /&gt;</w:t>
        <w:br/>
        <w:t>Од нас не підете нікуди,&lt;br /&gt;</w:t>
        <w:br/>
        <w:t>ви — в нас, ви з нами як живі,&lt;br /&gt;</w:t>
        <w:br/>
        <w:t>що на землі лишились чудом&lt;br /&gt;</w:t>
        <w:br/>
        <w:t>(а серце радісно так тінька)&lt;br /&gt;</w:t>
        <w:br/>
        <w:t>і Добровольський, і Ковінька.&lt;br /&gt;</w:t>
        <w:br/>
        <w:t>Нехай поглинула їх мла —&lt;br /&gt;</w:t>
        <w:br/>
        <w:t>ми їх продовжуєм діла&lt;br /&gt;</w:t>
        <w:br/>
        <w:t>на славу й щастя України.&lt;br /&gt;</w:t>
        <w:br/>
        <w:t>Павло Григорович Тичина&lt;br /&gt;</w:t>
        <w:br/>
        <w:t>мені всміхається: .^LBЭKe^K .&lt;br /&gt;</w:t>
        <w:br/>
        <w:t>"Так, так", — до мене — Рильський теж.&lt;br /&gt;</w:t>
        <w:br/>
        <w:t>І Панч, і Головко, і Ле&lt;br /&gt;</w:t>
        <w:br/>
        <w:t>зі мною згодні. Як троянда,&lt;br /&gt;</w:t>
        <w:br/>
        <w:t>зоря поезії цвіте&lt;br /&gt;</w:t>
        <w:br/>
        <w:t>і прози сонце золоте.&lt;br /&gt;</w:t>
        <w:br/>
        <w:t>Між нами Василевська Ванда&lt;br /&gt;</w:t>
        <w:br/>
        <w:t>і куций сміх Корнійчука,&lt;br /&gt;</w:t>
        <w:br/>
        <w:t>і сміх Олійника, й хоч Вишні&lt;br /&gt;</w:t>
        <w:br/>
        <w:t>нема між нас, як сонце в вишніх,&lt;br /&gt;</w:t>
        <w:br/>
        <w:t>він не погас. Хоч десять літ&lt;br /&gt;</w:t>
        <w:br/>
        <w:t>його терзали там, де лід&lt;br /&gt;</w:t>
        <w:br/>
        <w:t>і гул тайги, і жах розлуки...&lt;br /&gt;</w:t>
        <w:br/>
        <w:t>Там ми сплели братерські руки&lt;br /&gt;</w:t>
        <w:br/>
        <w:t>на місці мертвих і, живі,&lt;br /&gt;</w:t>
        <w:br/>
        <w:t>йдемо на обрії нові,&lt;br /&gt;</w:t>
        <w:br/>
        <w:t>де сонце правди вселюдської&lt;br /&gt;</w:t>
        <w:br/>
        <w:t>встає із далини близької...&lt;br /&gt;</w:t>
        <w:br/>
        <w:t>І йдуть із нами в далечінь,&lt;br /&gt;</w:t>
        <w:br/>
        <w:t>во ім'я щастя поколінь,&lt;br /&gt;</w:t>
        <w:br/>
        <w:t>мов колективний комсомолич&lt;br /&gt;</w:t>
        <w:br/>
        <w:t>Шиян, і Сенченко, і Смолич.&lt;br /&gt;</w:t>
        <w:br/>
        <w:t>О ні, брати, о ні, не сон це!&lt;br /&gt;</w:t>
        <w:br/>
        <w:t>Встає в^ке Комунізму сонце!..&lt;br /&gt;</w:t>
        <w:br/>
        <w:t>Його проміння осява&lt;br /&gt;</w:t>
        <w:br/>
        <w:t>обличчя наші і верстати,&lt;br /&gt;</w:t>
        <w:br/>
        <w:t>пшениці колос той вусатий...&lt;br /&gt;</w:t>
        <w:br/>
        <w:t>Під ним хвилюється трава,&lt;br /&gt;</w:t>
        <w:br/>
        <w:t>горить воно в очах маляти...&lt;br /&gt;</w:t>
        <w:br/>
        <w:t>Але не треба забувати&lt;br /&gt;</w:t>
        <w:br/>
        <w:t>про той страшний далекий час&lt;br /&gt;</w:t>
        <w:br/>
        <w:t>І тих, що йшли на смерть за нас,&lt;br /&gt;</w:t>
        <w:br/>
        <w:t>на смерть, з натхненними очами,&lt;br /&gt;</w:t>
        <w:br/>
        <w:t>щоб буть безсмертними між нами.&lt;br /&gt;</w:t>
        <w:br/>
        <w:t>Одні в квітках, другі в крові,&lt;br /&gt;</w:t>
        <w:br/>
        <w:t>зійшлися мертві і живі...&lt;br /&gt;</w:t>
        <w:br/>
        <w:t>Драй-Хмара, Зеров, Филипович...&lt;br /&gt;</w:t>
        <w:br/>
        <w:t>Вітають їх в печалі губ&lt;br /&gt;</w:t>
        <w:br/>
        <w:t>наш Антоненко-Давидович&lt;br /&gt;</w:t>
        <w:br/>
        <w:t>із Зінаїдою Тулуб.&lt;br /&gt;</w:t>
        <w:br/>
        <w:t>Так ми йдемо, й вони — між нас,&lt;br /&gt;</w:t>
        <w:br/>
        <w:t>у цей неповторимий час.&lt;br /&gt;</w:t>
        <w:br/>
        <w:t>І присвятили Батьківщині,&lt;br /&gt;</w:t>
        <w:br/>
        <w:t>в труді натхненному єдині,&lt;br /&gt;</w:t>
        <w:br/>
        <w:t>і мрій політ, і серця жар&lt;br /&gt;</w:t>
        <w:br/>
        <w:t>Павло Усенко і Гончар.&lt;br /&gt;</w:t>
        <w:br/>
        <w:t>За ними на Парнасу вишку&lt;br /&gt;</w:t>
        <w:br/>
        <w:t>зійшли Павличко і Малишко,&lt;br /&gt;</w:t>
        <w:br/>
        <w:t>куди, одкривши в даль вікно,&lt;br /&gt;</w:t>
        <w:br/>
        <w:t>Доленго вийшов вже давно.&lt;br /&gt;</w:t>
        <w:br/>
        <w:t>І навіть Крижанівський Стьопа&lt;br /&gt;</w:t>
        <w:br/>
        <w:t>з "Берізкою" за ними тьопа.&lt;br /&gt;</w:t>
        <w:br/>
        <w:t>Він, часто лаючи Сосюр,&lt;br /&gt;</w:t>
        <w:br/>
        <w:t>не став понад "шаблонів мур",&lt;br /&gt;</w:t>
        <w:br/>
        <w:t>бо Байрон в гуркоті доріг&lt;br /&gt;</w:t>
        <w:br/>
        <w:t>за вуха витягти не міг&lt;br /&gt;</w:t>
        <w:br/>
        <w:t>того, хто в твань угруз по вуха...&lt;br /&gt;</w:t>
        <w:br/>
        <w:t>Така вже доля бідних духом.&lt;br /&gt;</w:t>
        <w:br/>
        <w:t>Ні, не забув я, щастя мріє,&lt;br /&gt;</w:t>
        <w:br/>
        <w:t>і про Трипільського Андрія,&lt;br /&gt;</w:t>
        <w:br/>
        <w:t>про Ющенка і про Масенка,&lt;br /&gt;</w:t>
        <w:br/>
        <w:t>Яновського і Копиленка...&lt;br /&gt;</w:t>
        <w:br/>
        <w:t>Між нами в спокої чола&lt;br /&gt;</w:t>
        <w:br/>
        <w:t>я бачу Ходченка Павла,&lt;br /&gt;</w:t>
        <w:br/>
        <w:t>що йде вперед як довгожитель.&lt;br /&gt;</w:t>
        <w:br/>
        <w:t>Бо дух наш — тіла є цілитель.&lt;br /&gt;</w:t>
        <w:br/>
        <w:t>В лице майбуття вітер віє&lt;br /&gt;</w:t>
        <w:br/>
        <w:t>і Воскрекасенку Сергію...</w:t>
      </w:r>
    </w:p>
    <w:p>
      <w:r>
        <w:br/>
        <w:t>Сплели ми в льоті світлі крила,&lt;br /&gt;</w:t>
        <w:br/>
        <w:t>і всі одне ми робим діло.&lt;br /&gt;</w:t>
        <w:br/>
        <w:t>Не діло, любі, а діла —&lt;br /&gt;</w:t>
        <w:br/>
        <w:t>і в даль, як блискавки стріла,&lt;br /&gt;</w:t>
        <w:br/>
        <w:t>мчимо відважно і щасливо...&lt;br /&gt;</w:t>
        <w:br/>
        <w:t>І в блискавці нема розривів.&lt;br /&gt;</w:t>
        <w:br/>
        <w:t>Такий характер український,&lt;br /&gt;</w:t>
        <w:br/>
        <w:t>чи так, товаришу Дубинський,&lt;br /&gt;</w:t>
        <w:br/>
        <w:t>що довгий час не мав що їсти...&lt;br /&gt;</w:t>
        <w:br/>
        <w:t>Куди там графу Монте-Крісто!&lt;br /&gt;</w:t>
        <w:br/>
        <w:t>Такий-то я, мої братове, —&lt;br /&gt;</w:t>
        <w:br/>
        <w:t>хотів писати про "Махна",&lt;br /&gt;</w:t>
        <w:br/>
        <w:t>а написав про Примакова,&lt;br /&gt;</w:t>
        <w:br/>
        <w:t>що став для мене як весна,&lt;br /&gt;</w:t>
        <w:br/>
        <w:t>коли палала даль грозова,&lt;br /&gt;</w:t>
        <w:br/>
        <w:t>коли гули бої уперті,&lt;br /&gt;</w:t>
        <w:br/>
        <w:t>і подививсь крізь Примакова&lt;br /&gt;</w:t>
        <w:br/>
        <w:t>я на розстріляне безсмертя,&lt;br /&gt;</w:t>
        <w:br/>
        <w:t>і зрозумів, що в дні нові&lt;br /&gt;</w:t>
        <w:br/>
        <w:t>безсмертні — мертві і живі.</w:t>
      </w:r>
    </w:p>
    <w:p>
      <w:r>
        <w:br/>
        <w:t>Ідуть розстріляні, й між ними&lt;br /&gt;</w:t>
        <w:br/>
        <w:t>я бачу Лебедя Максима,&lt;br /&gt;</w:t>
        <w:br/>
        <w:t>завжди спокійного в житті,&lt;br /&gt;</w:t>
        <w:br/>
        <w:t>мого святого побратима&lt;br /&gt;</w:t>
        <w:br/>
        <w:t>на тій горьованій путі,&lt;br /&gt;</w:t>
        <w:br/>
        <w:t>якою йшли ми в далі чулі...&lt;br /&gt;</w:t>
        <w:br/>
        <w:t>Мене з ним розлучила куля...</w:t>
      </w:r>
    </w:p>
    <w:p>
      <w:r>
        <w:br/>
        <w:t>Але в комуну, що гряде,&lt;br /&gt;</w:t>
        <w:br/>
        <w:t>зі мною поруч він іде,&lt;br /&gt;</w:t>
        <w:br/>
        <w:t>в життя, що радісно вирує...&lt;br /&gt;</w:t>
        <w:br/>
        <w:t>Його ходу я серцем чую,&lt;br /&gt;</w:t>
        <w:br/>
        <w:t>ходу спокійную козачу...&lt;br /&gt;</w:t>
        <w:br/>
        <w:t>Його (товариші, я плачу...)&lt;br /&gt;</w:t>
        <w:br/>
        <w:t>любив за запорозьку вдачу.&lt;br /&gt;</w:t>
        <w:br/>
        <w:t>Максиме! Рвать в гаю цвіти&lt;br /&gt;</w:t>
        <w:br/>
        <w:t>любили ми, — й Дніпра прибої...&lt;br /&gt;</w:t>
        <w:br/>
        <w:t>Той клуб Блакитного, і ти&lt;br /&gt;</w:t>
        <w:br/>
        <w:t>спокійною ідеш ходою&lt;br /&gt;</w:t>
        <w:br/>
        <w:t>в життя, як в щастя світлий дім...&lt;br /&gt;</w:t>
        <w:br/>
        <w:t>Я знаю, ти і вмер таким.&lt;br /&gt;</w:t>
        <w:br/>
        <w:t>Стрільбицький, ректор інституту&lt;br /&gt;</w:t>
        <w:br/>
        <w:t>в далекім Харкові, давно...&lt;br /&gt;</w:t>
        <w:br/>
        <w:t>Дні обернув ти на минути,&lt;br /&gt;</w:t>
        <w:br/>
        <w:t>коли одкрив мені вікно&lt;br /&gt;</w:t>
        <w:br/>
        <w:t>до царства правди і науки.&lt;br /&gt;</w:t>
        <w:br/>
        <w:t>Мене ти світлою рукою&lt;br /&gt;</w:t>
        <w:br/>
        <w:t>поніс туди, де хмар ріка&lt;br /&gt;</w:t>
        <w:br/>
        <w:t>розбита променем-стрілою,&lt;br /&gt;</w:t>
        <w:br/>
        <w:t>де сонце встало наді мною...&lt;br /&gt;</w:t>
        <w:br/>
        <w:t>Й була то партії рука,&lt;br /&gt;</w:t>
        <w:br/>
        <w:t>як в батька, добра і ласкава...&lt;br /&gt;</w:t>
        <w:br/>
        <w:t>Вона поета-юнака&lt;br /&gt;</w:t>
        <w:br/>
        <w:t>ввела у царство знань яскраве...&lt;br /&gt;</w:t>
        <w:br/>
        <w:t>Тебе замучили кати, —&lt;br /&gt;</w:t>
        <w:br/>
        <w:t>огнем і гостреним металом&lt;br /&gt;</w:t>
        <w:br/>
        <w:t>зламали до життя мости,&lt;br /&gt;</w:t>
        <w:br/>
        <w:t>щоб з нами ти не міг іти,&lt;br /&gt;</w:t>
        <w:br/>
        <w:t>але душі не розстріляли.&lt;br /&gt;</w:t>
        <w:br/>
        <w:t>І ти з живими до мети&lt;br /&gt;</w:t>
        <w:br/>
        <w:t>ідеш у день ясний, погожий,&lt;br /&gt;</w:t>
        <w:br/>
        <w:t>такий на татка мого схожий.&lt;br /&gt;</w:t>
        <w:br/>
        <w:t>Я пам'ятаю, плакав ти,&lt;br /&gt;</w:t>
        <w:br/>
        <w:t>коли читав про своє серце&lt;br /&gt;</w:t>
        <w:br/>
        <w:t>я вірші в парку... З висоти</w:t>
      </w:r>
    </w:p>
    <w:p>
      <w:r>
        <w:br/>
        <w:t>нам срібне сяяло відерце,&lt;br /&gt;</w:t>
        <w:br/>
        <w:t>і з нього в трави волохаті&lt;br /&gt;</w:t>
        <w:br/>
        <w:t>лилось, як у дитинстві в хаті,&lt;br /&gt;</w:t>
        <w:br/>
        <w:t>навколо біле молоко...&lt;br /&gt;</w:t>
        <w:br/>
        <w:t>"Молюсь... Сомненья далеко", —&lt;br /&gt;</w:t>
        <w:br/>
        <w:t>читав я Лєрмонтова юним...&lt;br /&gt;</w:t>
        <w:br/>
        <w:t>О, як я заздрив серця струнам,&lt;br /&gt;</w:t>
        <w:br/>
        <w:t>коли до світла йшов із мли,&lt;br /&gt;</w:t>
        <w:br/>
        <w:t>що так звучать вони могли!&lt;br /&gt;</w:t>
        <w:br/>
        <w:t>А з неба сипалась пороша&lt;br /&gt;</w:t>
        <w:br/>
        <w:t>і синя, й срібна, й золота...&lt;br /&gt;</w:t>
        <w:br/>
        <w:t>Але юнацька заздрість та&lt;br /&gt;</w:t>
        <w:br/>
        <w:t>до генія була хороша.&lt;br /&gt;</w:t>
        <w:br/>
        <w:t>Відомим через тебе став&lt;br /&gt;</w:t>
        <w:br/>
        <w:t>на Україні лірик ніжний,&lt;br /&gt;</w:t>
        <w:br/>
        <w:t>що у траві тебе читав&lt;br /&gt;</w:t>
        <w:br/>
        <w:t>або у сінях, в вечір сніжний...&lt;br /&gt;</w:t>
        <w:br/>
        <w:t>Дивитись в душу людську — щастя.&lt;br /&gt;</w:t>
        <w:br/>
        <w:t>Любіть її, як море трав!..&lt;br /&gt;</w:t>
        <w:br/>
        <w:t>Отак Стрільбицькому я часто&lt;br /&gt;</w:t>
        <w:br/>
        <w:t>юнацьке серце одкривав.</w:t>
      </w:r>
    </w:p>
    <w:p>
      <w:r>
        <w:br/>
        <w:t>Ще не віддав я борг поета&lt;br /&gt;</w:t>
        <w:br/>
        <w:t>своїм братам по боротьбі.&lt;br /&gt;</w:t>
        <w:br/>
        <w:t>Згадав я далі голубі,&lt;br /&gt;</w:t>
        <w:br/>
        <w:t>Кирилюка і Шеремета.&lt;br /&gt;</w:t>
        <w:br/>
        <w:t>Вони не мертві, а живі,&lt;br /&gt;</w:t>
        <w:br/>
        <w:t>але й повз них пройшли багнети,&lt;br /&gt;</w:t>
        <w:br/>
        <w:t>так страшно й гостро, всі в крові&lt;br /&gt;</w:t>
        <w:br/>
        <w:t>О серце, борг усім даси ти,&lt;br /&gt;</w:t>
        <w:br/>
        <w:t>кого ти любиш, як життя,&lt;br /&gt;</w:t>
        <w:br/>
        <w:t>як власнеє, своє биття...&lt;br /&gt;</w:t>
        <w:br/>
        <w:t>Між поетес цих днів, як башта,&lt;br /&gt;</w:t>
        <w:br/>
        <w:t>знялась увись Любов Забашта,&lt;br /&gt;</w:t>
        <w:br/>
        <w:t>що кличе співом всіх у дні&lt;br /&gt;</w:t>
        <w:br/>
        <w:t>І усміхається мені.&lt;br /&gt;</w:t>
        <w:br/>
        <w:t>І знов... Озерський... Пилипенко.&lt;br /&gt;</w:t>
        <w:br/>
        <w:t>Страждали ви од тих же рук,&lt;br /&gt;</w:t>
        <w:br/>
        <w:t>що і Федькович, і Шевченко,&lt;br /&gt;</w:t>
        <w:br/>
        <w:t>й Франко Іван... На ниві мук&lt;br /&gt;</w:t>
        <w:br/>
        <w:t>один серця довбав вам крук&lt;br /&gt;</w:t>
        <w:br/>
        <w:t>і додовбав-таки, проклятий,&lt;br /&gt;</w:t>
        <w:br/>
        <w:t>зальотний гість у нашій хаті,&lt;br /&gt;</w:t>
        <w:br/>
        <w:t>на золотій землі моїй...&lt;br /&gt;</w:t>
        <w:br/>
        <w:t>Та не програли ми двобій,&lt;br /&gt;</w:t>
        <w:br/>
        <w:t>хоч воробйови нас в ці роки,&lt;br /&gt;</w:t>
        <w:br/>
        <w:t>що в даль летять, немов потоки,&lt;br /&gt;</w:t>
        <w:br/>
        <w:t>рвучи майбутнього загать,&lt;br /&gt;</w:t>
        <w:br/>
        <w:t>духовно хочуть розстрілять...&lt;br /&gt;</w:t>
        <w:br/>
        <w:t>І їх на це, о рідний краю,&lt;br /&gt;</w:t>
        <w:br/>
        <w:t>чиясь рука благословляє.&lt;br /&gt;</w:t>
        <w:br/>
        <w:t>Нас хоче кинуть в Лети води&lt;br /&gt;</w:t>
        <w:br/>
        <w:t>той шовінізм рідкобородий,&lt;br /&gt;</w:t>
        <w:br/>
        <w:t>створіння тьми, бридке, руде,&lt;br /&gt;</w:t>
        <w:br/>
        <w:t>що від подьячих рід веде.</w:t>
      </w:r>
    </w:p>
    <w:p>
      <w:r>
        <w:br/>
        <w:t>А саду гнуться пишні віти,&lt;br /&gt;</w:t>
        <w:br/>
        <w:t>життя так радісно шумить&lt;br /&gt;</w:t>
        <w:br/>
        <w:t>багряним прапором в блакить...&lt;br /&gt;</w:t>
        <w:br/>
        <w:t>О ні! Безсмертя не убити!&lt;br /&gt;</w:t>
        <w:br/>
        <w:t>Ми будем, браття, вічно жить,&lt;br /&gt;</w:t>
        <w:br/>
        <w:t>як і вкраїнська наша мова.&lt;br /&gt;</w:t>
        <w:br/>
        <w:t>Я не боюся Воробйова,&lt;br /&gt;</w:t>
        <w:br/>
        <w:t>хоча ще точить з серця кров&lt;br /&gt;</w:t>
        <w:br/>
        <w:t>цей колективний Воробйов&lt;br /&gt;</w:t>
        <w:br/>
        <w:t>під маршу радісного звуки...&lt;br /&gt;</w:t>
        <w:br/>
        <w:t>Але йому одсохнуть руки...&lt;br /&gt;</w:t>
        <w:br/>
        <w:t>Ми ж — за Комуну і за Мир!&lt;br /&gt;</w:t>
        <w:br/>
        <w:t>Так. Одпаде од ран вампір&lt;br /&gt;</w:t>
        <w:br/>
        <w:t>І в небуття, як дим, полине...&lt;br /&gt;</w:t>
        <w:br/>
        <w:t>І ти воспрянеш, Україно!&lt;br /&gt;</w:t>
        <w:br/>
        <w:t>Як юнь моя неповторима,&lt;br /&gt;</w:t>
        <w:br/>
        <w:t>сіяє зір Собка Вадима,&lt;br /&gt;</w:t>
        <w:br/>
        <w:t>що кров пролив свою святу&lt;br /&gt;</w:t>
        <w:br/>
        <w:t>за нашу сонячну мету,&lt;br /&gt;</w:t>
        <w:br/>
        <w:t>а поруч, променем в негоду,&lt;br /&gt;</w:t>
        <w:br/>
        <w:t>всміхається Іван Нехода.&lt;br /&gt;</w:t>
        <w:br/>
        <w:t>Я пам'ятаю, як громи&lt;br /&gt;</w:t>
        <w:br/>
        <w:t>гули у нас над головою...&lt;br /&gt;</w:t>
        <w:br/>
        <w:t>То смерть кидали слуги тьми&lt;br /&gt;</w:t>
        <w:br/>
        <w:t>на Київ чорною рукою,&lt;br /&gt;</w:t>
        <w:br/>
        <w:t>щоб вбить Вкраїну молоду...&lt;br /&gt;</w:t>
        <w:br/>
        <w:t>А у письменницькім саду&lt;br /&gt;</w:t>
        <w:br/>
        <w:t>лежав Вадим на зелен-лаві&lt;br /&gt;</w:t>
        <w:br/>
        <w:t>у ті години злі й криваві&lt;br /&gt;</w:t>
        <w:br/>
        <w:t>й читав роман... В моїх очах&lt;br /&gt;</w:t>
        <w:br/>
        <w:t>героєм став він, як Нехода,&lt;br /&gt;</w:t>
        <w:br/>
        <w:t>що вийшов на смертельний шлях,&lt;br /&gt;</w:t>
        <w:br/>
        <w:t>де плач дівчат і сміх гармошки,&lt;br /&gt;</w:t>
        <w:br/>
        <w:t>і з ними йшов на бій Дорошко,&lt;br /&gt;</w:t>
        <w:br/>
        <w:t>весь запорошений такий,&lt;br /&gt;</w:t>
        <w:br/>
        <w:t>а погляд сміливий, ясний...&lt;br /&gt;</w:t>
        <w:br/>
        <w:t>То ж грай, багряно грай, бандуро,&lt;br /&gt;</w:t>
        <w:br/>
        <w:t>про Галана і про Качуру...&lt;br /&gt;</w:t>
        <w:br/>
        <w:t>Той од сокири ката впав,&lt;br /&gt;</w:t>
        <w:br/>
        <w:t>а той у таборі фашистськім&lt;br /&gt;</w:t>
        <w:br/>
        <w:t>там довго й страшно так страждав!..&lt;br /&gt;</w:t>
        <w:br/>
        <w:t>Святі його десь тліють кості...&lt;br /&gt;</w:t>
        <w:br/>
        <w:t>Це слово й Гордієнку Кості,&lt;br /&gt;</w:t>
        <w:br/>
        <w:t>й Герасименку, що не зник,&lt;br /&gt;</w:t>
        <w:br/>
        <w:t>хоч його зрізав грузовик...&lt;br /&gt;</w:t>
        <w:br/>
        <w:t>Йде колективний більшовик...&lt;br /&gt;</w:t>
        <w:br/>
        <w:t>Народ іде, мій Бог прекрасний!..&lt;br /&gt;</w:t>
        <w:br/>
        <w:t>Для нього сонце не погасне,&lt;br /&gt;</w:t>
        <w:br/>
        <w:t>він крізь безодні злі пройшов,&lt;br /&gt;</w:t>
        <w:br/>
        <w:t>багато ран зазнав глибоких...&lt;br /&gt;</w:t>
        <w:br/>
        <w:t>Та що для нього чорні роки,&lt;br /&gt;</w:t>
        <w:br/>
        <w:t>коли його ім'я —&lt;br /&gt;</w:t>
        <w:br/>
        <w:t>Любов!&lt;br /&gt;</w:t>
        <w:br/>
        <w:t>Іде він радісно у весни,&lt;br /&gt;</w:t>
        <w:br/>
        <w:t>над ним надії знамено.&lt;br /&gt;</w:t>
        <w:br/>
        <w:t>В труді, у подвигах чудесних&lt;br /&gt;</w:t>
        <w:br/>
        <w:t>і він, і партія — одно.&lt;br /&gt;</w:t>
        <w:br/>
        <w:t>Ми летимо у край небесний,&lt;br /&gt;</w:t>
        <w:br/>
        <w:t>ми для труда зняли шинель...&lt;br /&gt;</w:t>
        <w:br/>
        <w:t>То ж знайте всі, хто серцем чесний&lt;br /&gt;</w:t>
        <w:br/>
        <w:t>земля — космічний корабель!&lt;br /&gt;</w:t>
        <w:br/>
        <w:t>Я вірю: взимку, а чи літом,&lt;br /&gt;</w:t>
        <w:br/>
        <w:t>розіб'єм тайн ми грізну гать...&lt;br /&gt;</w:t>
        <w:br/>
        <w:t>Настане час, — Землі політом&lt;br /&gt;</w:t>
        <w:br/>
        <w:t>Людина буде керувать&lt;br /&gt;</w:t>
        <w:br/>
        <w:t>в ясні, невидані дороги,&lt;br /&gt;</w:t>
        <w:br/>
        <w:t>і люди стануть наче боги.&lt;br /&gt;</w:t>
        <w:br/>
        <w:t>Не буде хворих на землі,&lt;br /&gt;</w:t>
        <w:br/>
        <w:t>й ніколи старості не буде...&lt;br /&gt;</w:t>
        <w:br/>
        <w:t>Загинуть всі мікроби злі,&lt;br /&gt;</w:t>
        <w:br/>
        <w:t>й Земля Едемом стане, люде!&lt;br /&gt;</w:t>
        <w:br/>
        <w:t>О ні, не казка це! Усе,&lt;br /&gt;</w:t>
        <w:br/>
        <w:t>усе, що думає людина,&lt;br /&gt;</w:t>
        <w:br/>
        <w:t>здійсниться, любі! Правда це,&lt;br /&gt;</w:t>
        <w:br/>
        <w:t>а правда з нами в вічність лине,&lt;br /&gt;</w:t>
        <w:br/>
        <w:t>нема їй верху ані дна...&lt;br /&gt;</w:t>
        <w:br/>
        <w:t>Так. Згине чорне все, вороже,&lt;br /&gt;</w:t>
        <w:br/>
        <w:t>земна заграє хором твердь,&lt;br /&gt;</w:t>
        <w:br/>
        <w:t>І правда кривду переможе,&lt;br /&gt;</w:t>
        <w:br/>
        <w:t>а може, переможе й смерть!</w:t>
      </w:r>
    </w:p>
    <w:p>
      <w:r>
        <w:br/>
        <w:t>Чумак, розтерзаний штиками&lt;br /&gt;</w:t>
        <w:br/>
        <w:t>в підвалах білої чуми,&lt;br /&gt;</w:t>
        <w:br/>
        <w:t>на мене дивиться із тьми&lt;br /&gt;</w:t>
        <w:br/>
        <w:t>чорнішими за тьму очами...&lt;br /&gt;</w:t>
        <w:br/>
        <w:t>В агрономічній школі він&lt;br /&gt;</w:t>
        <w:br/>
        <w:t>учивсь, як я, народу син...&lt;br /&gt;</w:t>
        <w:br/>
        <w:t>І на шляху у даль орлину&lt;br /&gt;</w:t>
        <w:br/>
        <w:t>впав за Червону Україну,&lt;br /&gt;</w:t>
        <w:br/>
        <w:t>яку так огненно любив,&lt;br /&gt;</w:t>
        <w:br/>
        <w:t>нам передавши свій "Заспів".&lt;br /&gt;</w:t>
        <w:br/>
        <w:t>Все гнуться саду пишні віти,&lt;br /&gt;</w:t>
        <w:br/>
        <w:t>радіє зоряна сім'я...&lt;br /&gt;</w:t>
        <w:br/>
        <w:t>Та там, де виє ніч сердито,&lt;br /&gt;</w:t>
        <w:br/>
        <w:t>наркома першого освіти&lt;br /&gt;</w:t>
        <w:br/>
        <w:t>Михайличенка бачу я&lt;br /&gt;</w:t>
        <w:br/>
        <w:t>і од штика глибоку рану,&lt;br /&gt;</w:t>
        <w:br/>
        <w:t>і кров од білого штика...&lt;br /&gt;</w:t>
        <w:br/>
        <w:t>Я вас любить не перестану&lt;br /&gt;</w:t>
        <w:br/>
        <w:t>й тебе, Заливчий, мій герой,&lt;br /&gt;</w:t>
        <w:br/>
        <w:t>що йшов на смерть у дзвоні зброй,&lt;br /&gt;</w:t>
        <w:br/>
        <w:t>на смерть за нас, кривавим ланом,&lt;br /&gt;</w:t>
        <w:br/>
        <w:t>оспіваний навік Елланом,&lt;br /&gt;</w:t>
        <w:br/>
        <w:t>Елланом, що любив Усенка.&lt;br /&gt;</w:t>
        <w:br/>
        <w:t>Лице Бориса Коваленка&lt;br /&gt;</w:t>
        <w:br/>
        <w:t>злилось з обличчям Десняка,&lt;br /&gt;</w:t>
        <w:br/>
        <w:t>як спів один, одна рука...&lt;br /&gt;</w:t>
        <w:br/>
        <w:t>І Олександра Копиленка&lt;br /&gt;</w:t>
        <w:br/>
        <w:t>хай славить пісня ця дзвінка,&lt;br /&gt;</w:t>
        <w:br/>
        <w:t>вся гніву сповнена й печалі,&lt;br /&gt;</w:t>
        <w:br/>
        <w:t>і радості, що в шастя далі&lt;br /&gt;</w:t>
        <w:br/>
        <w:t>йдемо ми всі, як день живі,&lt;br /&gt;</w:t>
        <w:br/>
        <w:t>комуністичні вартові.</w:t>
      </w:r>
    </w:p>
    <w:p>
      <w:r>
        <w:br/>
        <w:t>Але судьба людська така, —&lt;br /&gt;</w:t>
        <w:br/>
        <w:t>життя од куль не може стати,&lt;br /&gt;</w:t>
        <w:br/>
        <w:t>ні од гармат, ні од штика!&lt;br /&gt;</w:t>
        <w:br/>
        <w:t>І от, на місце Чумака&lt;br /&gt;</w:t>
        <w:br/>
        <w:t>прийшов під поетичні шати&lt;br /&gt;</w:t>
        <w:br/>
        <w:t>Роман Чумак чумакувати.</w:t>
      </w:r>
    </w:p>
    <w:p>
      <w:r>
        <w:br/>
        <w:t>Смілянський Льоня. Не забуть&lt;br /&gt;</w:t>
        <w:br/>
        <w:t>твоєї теплої уваги&lt;br /&gt;</w:t>
        <w:br/>
        <w:t>й підтримки дружньої могуть,&lt;br /&gt;</w:t>
        <w:br/>
        <w:t>коли, блідого від виснаги,&lt;br /&gt;</w:t>
        <w:br/>
        <w:t>мене від злиднів рятував,&lt;br /&gt;</w:t>
        <w:br/>
        <w:t>коли поета всяк довбав,&lt;br /&gt;</w:t>
        <w:br/>
        <w:t>хто знав мене і хто не знав,&lt;br /&gt;</w:t>
        <w:br/>
        <w:t>за вірш "Любіте Україну"...&lt;br /&gt;</w:t>
        <w:br/>
        <w:t>Люблю тебе й твою дружину.&lt;br /&gt;</w:t>
        <w:br/>
        <w:t>Хай буде прикладом вона&lt;br /&gt;</w:t>
        <w:br/>
        <w:t>всім дочкам ніжним України&lt;br /&gt;</w:t>
        <w:br/>
        <w:t>як друг і вірная жона.&lt;br /&gt;</w:t>
        <w:br/>
        <w:t>Сорочка вишита Минка,&lt;br /&gt;</w:t>
        <w:br/>
        <w:t>той зір і довгі добрі вуса...&lt;br /&gt;</w:t>
        <w:br/>
        <w:t>Він весь в уяві виника.&lt;br /&gt;</w:t>
        <w:br/>
        <w:t>Люблю його завжди й незмінно&lt;br /&gt;</w:t>
        <w:br/>
        <w:t>як драматурга і людину.</w:t>
      </w:r>
    </w:p>
    <w:p>
      <w:r>
        <w:br/>
        <w:t>Земляк. Правдивий, чесний зір...&lt;br /&gt;</w:t>
        <w:br/>
        <w:t>Ставний, грудастий і пригожий,&lt;br /&gt;</w:t>
        <w:br/>
        <w:t>збудований, як богатир,&lt;br /&gt;</w:t>
        <w:br/>
        <w:t>і в прозі на титана схожий.&lt;br /&gt;</w:t>
        <w:br/>
        <w:t>Його я славлю дзвоном лір,&lt;br /&gt;</w:t>
        <w:br/>
        <w:t>мов квітки пах, мов блиск меча,&lt;br /&gt;</w:t>
        <w:br/>
        <w:t>його і чулого Ткача,&lt;br /&gt;</w:t>
        <w:br/>
        <w:t>що зорить в душу робітничу,&lt;br /&gt;</w:t>
        <w:br/>
        <w:t>як в море, зоряне, безкрає,&lt;br /&gt;</w:t>
        <w:br/>
        <w:t>і в морі цім не потопає.</w:t>
      </w:r>
    </w:p>
    <w:p>
      <w:r>
        <w:br/>
        <w:t>Хай про Сашка про Копиленка&lt;br /&gt;</w:t>
        <w:br/>
        <w:t>співає Києва бетон!&lt;br /&gt;</w:t>
        <w:br/>
        <w:t>А я Бандуру і Дяченка&lt;br /&gt;</w:t>
        <w:br/>
        <w:t>введу в Безсмертя Пантеон.&lt;br /&gt;</w:t>
        <w:br/>
        <w:t>Введу за труд їх благородний,&lt;br /&gt;</w:t>
        <w:br/>
        <w:t>за те, що друзі нам вони&lt;br /&gt;</w:t>
        <w:br/>
        <w:t>як видавці! Це скарб народний —&lt;br /&gt;</w:t>
        <w:br/>
        <w:t>такі бійці за все нове.&lt;br /&gt;</w:t>
        <w:br/>
        <w:t>Нехай Бандура наш живе!&lt;br /&gt;</w:t>
        <w:br/>
        <w:t>Його не тільки славлять рими,&lt;br /&gt;</w:t>
        <w:br/>
        <w:t>а й струни серця нескоримі,&lt;br /&gt;</w:t>
        <w:br/>
        <w:t>як і Дяченка, побратими,&lt;br /&gt;</w:t>
        <w:br/>
        <w:t>як Равлюка, чий рідний зір&lt;br /&gt;</w:t>
        <w:br/>
        <w:t>сіяє в душу в дзвоні лір...&lt;br /&gt;</w:t>
        <w:br/>
        <w:t>А серце квітне і співає...&lt;br /&gt;</w:t>
        <w:br/>
        <w:t>Пала од захвату лице,&lt;br /&gt;</w:t>
        <w:br/>
        <w:t>од захвату і од любові...&lt;br /&gt;</w:t>
        <w:br/>
        <w:t>О як же вдячний я за це&lt;br /&gt;</w:t>
        <w:br/>
        <w:t>І Глухенькому, і Михньову!&lt;br /&gt;</w:t>
        <w:br/>
        <w:t>Це так, мої товариші!&lt;br /&gt;</w:t>
        <w:br/>
        <w:t>Вони є наукова сила.&lt;br /&gt;</w:t>
        <w:br/>
        <w:t>Життя — це крила для душі, —&lt;br /&gt;</w:t>
        <w:br/>
        <w:t>вони ж дали для серця крила.</w:t>
      </w:r>
    </w:p>
    <w:p>
      <w:r>
        <w:br/>
        <w:t>Так грайте, грайте, серця струни,&lt;br /&gt;</w:t>
        <w:br/>
        <w:t>але для світла, — не для мли!&lt;br /&gt;</w:t>
        <w:br/>
        <w:t>Мій пантеон — чертог Комуни,&lt;br /&gt;</w:t>
        <w:br/>
        <w:t>куди ми, друзі, вже ввійшли.&lt;br /&gt;</w:t>
        <w:br/>
        <w:t>Тут і прозаїки, й поети,&lt;br /&gt;</w:t>
        <w:br/>
        <w:t>й жіночих губ багряний мак...&lt;br /&gt;</w:t>
        <w:br/>
        <w:t>І як редактор "Літгазети"&lt;br /&gt;</w:t>
        <w:br/>
        <w:t>начальству відданий Хижняк.&lt;br /&gt;</w:t>
        <w:br/>
        <w:t>Він, як телятко те ласкаве,&lt;br /&gt;</w:t>
        <w:br/>
        <w:t>двох маток смокче без турбот...&lt;br /&gt;</w:t>
        <w:br/>
        <w:t>Одна з цих маток — є держава,&lt;br /&gt;</w:t>
        <w:br/>
        <w:t>а друга матка — це народ.&lt;br /&gt;</w:t>
        <w:br/>
        <w:t>До нас він ставиться критично.&lt;br /&gt;</w:t>
        <w:br/>
        <w:t>А до начальства?.. "Ну ти, но-о!.."&lt;br /&gt;</w:t>
        <w:br/>
        <w:t>Начальство й ми — це не одно.&lt;br /&gt;</w:t>
        <w:br/>
        <w:t>Він, бідний, сліпне... Політично ж&lt;br /&gt;</w:t>
        <w:br/>
        <w:t>Хижняк сліпий уже давно.&lt;br /&gt;</w:t>
        <w:br/>
        <w:t>Минулих років гордим летом,&lt;br /&gt;</w:t>
        <w:br/>
        <w:t>коли ми набирались сил,&lt;br /&gt;</w:t>
        <w:br/>
        <w:t>стріля Мушкетик, як мушкетом...&lt;br /&gt;</w:t>
        <w:br/>
        <w:t>У нього снайперський приціл.</w:t>
      </w:r>
    </w:p>
    <w:p>
      <w:r>
        <w:br/>
        <w:t>В квітках козацької могили&lt;br /&gt;</w:t>
        <w:br/>
        <w:t>шумлять жита, гуде бетон...&lt;br /&gt;</w:t>
        <w:br/>
        <w:t>Іде Гаско, мій страдник милий,&lt;br /&gt;</w:t>
        <w:br/>
        <w:t>і робить кулаком: "Рот фронт!"&lt;br /&gt;</w:t>
        <w:br/>
        <w:t>Він комуніст, прекрасний, чистий,&lt;br /&gt;</w:t>
        <w:br/>
        <w:t>себе всього усім віддав.&lt;br /&gt;</w:t>
        <w:br/>
        <w:t>А де ж те щастя особисте?&lt;br /&gt;</w:t>
        <w:br/>
        <w:t>Його не відав Мечислав.</w:t>
      </w:r>
    </w:p>
    <w:p>
      <w:r>
        <w:br/>
        <w:t>Завжди у димі цигарок&lt;br /&gt;</w:t>
        <w:br/>
        <w:t>іде ліричний Костя Дрок.&lt;br /&gt;</w:t>
        <w:br/>
        <w:t>У пісні він за хмари лине,&lt;br /&gt;</w:t>
        <w:br/>
        <w:t>до горя й радості він звик.&lt;br /&gt;</w:t>
        <w:br/>
        <w:t>Од нього утекла дружина,&lt;br /&gt;</w:t>
        <w:br/>
        <w:t>а він од другої утік.</w:t>
      </w:r>
    </w:p>
    <w:p>
      <w:r>
        <w:br/>
        <w:t>Іде Косматенко, — з завзятих, —&lt;br /&gt;</w:t>
        <w:br/>
        <w:t>він полюбля тварин косматих&lt;br /&gt;</w:t>
        <w:br/>
        <w:t>і, все співаючи про них,&lt;br /&gt;</w:t>
        <w:br/>
        <w:t>критикувать двоногих, тих,&lt;br /&gt;</w:t>
        <w:br/>
        <w:t>що звуться "люди", — слово дзвінке,&lt;br /&gt;</w:t>
        <w:br/>
        <w:t>за аморальні їхні вчинки.</w:t>
      </w:r>
    </w:p>
    <w:p>
      <w:r>
        <w:br/>
        <w:t>Твій зір суворістю іскриться,&lt;br /&gt;</w:t>
        <w:br/>
        <w:t>хоч добрий ти, мій друг Копиця!&lt;br /&gt;</w:t>
        <w:br/>
        <w:t>Чужа тобі духовна криза,&lt;br /&gt;</w:t>
        <w:br/>
        <w:t>бо не з соломи ти — з заліза.&lt;br /&gt;</w:t>
        <w:br/>
        <w:t>В труді не знаєш ти утоми.&lt;br /&gt;</w:t>
        <w:br/>
        <w:t>А вороги твої — з соломи.&lt;br /&gt;</w:t>
        <w:br/>
        <w:t>Ведеш ти інших в боротьбі,&lt;br /&gt;</w:t>
        <w:br/>
        <w:t>мій дорогий, мій людознавче!&lt;br /&gt;</w:t>
        <w:br/>
        <w:t>Я пам'ятаю все й назавше&lt;br /&gt;</w:t>
        <w:br/>
        <w:t>за сина дякую тобі,&lt;br /&gt;</w:t>
        <w:br/>
        <w:t>за те, що вчитель, добрий, строгий,&lt;br /&gt;</w:t>
        <w:br/>
        <w:t>ти показав йому дорогу,&lt;br /&gt;</w:t>
        <w:br/>
        <w:t>і чесно він по ній іде,&lt;br /&gt;</w:t>
        <w:br/>
        <w:t>сам молодий — за молоде.</w:t>
      </w:r>
    </w:p>
    <w:p>
      <w:r>
        <w:br/>
        <w:t>О Бориславе Степанюче,&lt;br /&gt;</w:t>
        <w:br/>
        <w:t>ти йшов на бій крізь грізні тучі&lt;br /&gt;</w:t>
        <w:br/>
        <w:t>у морі снігу й морі трав...&lt;br /&gt;</w:t>
        <w:br/>
        <w:t>Душа твоя, як очі сині...&lt;br /&gt;</w:t>
        <w:br/>
        <w:t>Віддав ти руку Батьківщині,&lt;br /&gt;</w:t>
        <w:br/>
        <w:t>а з нею й серце ти віддав,&lt;br /&gt;</w:t>
        <w:br/>
        <w:t>з своїми світлими віршами,&lt;br /&gt;</w:t>
        <w:br/>
        <w:t>І йдеш в ряду співучім з нами.</w:t>
      </w:r>
    </w:p>
    <w:p>
      <w:r>
        <w:br/>
        <w:t>Жолдак! На епіграми гострий,&lt;br /&gt;</w:t>
        <w:br/>
        <w:t>ти сам направив в себе постріл.&lt;br /&gt;</w:t>
        <w:br/>
        <w:t>Не пий. Лети піснями ввись&lt;br /&gt;</w:t>
        <w:br/>
        <w:t>і до дружини повернись.&lt;br /&gt;</w:t>
        <w:br/>
        <w:t>Вона не зна без дочки сна,&lt;br /&gt;</w:t>
        <w:br/>
        <w:t>що спить на дні Дніпра старого...&lt;br /&gt;</w:t>
        <w:br/>
        <w:t>Тож не карай її, — вона&lt;br /&gt;</w:t>
        <w:br/>
        <w:t>і так покарана, їй-богу!&lt;br /&gt;</w:t>
        <w:br/>
        <w:t>Масенка знаю я давно,&lt;br /&gt;</w:t>
        <w:br/>
        <w:t>іще із харківських тих років,&lt;br /&gt;</w:t>
        <w:br/>
        <w:t>коли я, юний, кароокий,&lt;br /&gt;</w:t>
        <w:br/>
        <w:t>співав в робфаці про Махно,&lt;br /&gt;</w:t>
        <w:br/>
        <w:t>ще готував до пісні сили,&lt;br /&gt;</w:t>
        <w:br/>
        <w:t>я, рідний славлячи Донбас...&lt;br /&gt;</w:t>
        <w:br/>
        <w:t>Тоді безславно так побили&lt;br /&gt;</w:t>
        <w:br/>
        <w:t>Божко й Масенко в п'яний час&lt;br /&gt;</w:t>
        <w:br/>
        <w:t>мене удвох... О юні крила!..&lt;br /&gt;</w:t>
        <w:br/>
        <w:t>То все дрібниці, бачить Бог.&lt;br /&gt;</w:t>
        <w:br/>
        <w:t>Була на їхнім боці сила,&lt;br /&gt;</w:t>
        <w:br/>
        <w:t>і я не міг побить обох...&lt;br /&gt;</w:t>
        <w:br/>
        <w:t>Та ще Масенко, здоровило&lt;br /&gt;</w:t>
        <w:br/>
        <w:t>й такий він довгий, любі, ох!..&lt;br /&gt;</w:t>
        <w:br/>
        <w:t>Та я простив, і даль простила&lt;br /&gt;</w:t>
        <w:br/>
        <w:t>товаришів моїх обох.</w:t>
      </w:r>
    </w:p>
    <w:p>
      <w:r>
        <w:br/>
        <w:t>Терень, пісняре любий, милий,&lt;br /&gt;</w:t>
        <w:br/>
        <w:t>ти знявсь до льоту й полетів,&lt;br /&gt;</w:t>
        <w:br/>
        <w:t>народові віддавши спів&lt;br /&gt;</w:t>
        <w:br/>
        <w:t>і взявши Майбороди крила.</w:t>
      </w:r>
    </w:p>
    <w:p>
      <w:r>
        <w:br/>
        <w:t>Уже на вулицях весна,&lt;br /&gt;</w:t>
        <w:br/>
        <w:t>і день машинним дзвоном дзенька,&lt;br /&gt;</w:t>
        <w:br/>
        <w:t>шлючи нам птицями привіт.&lt;br /&gt;</w:t>
        <w:br/>
        <w:t>Я очі Толі Шияна&lt;br /&gt;</w:t>
        <w:br/>
        <w:t>люблю — вони такі чорненькі&lt;br /&gt;</w:t>
        <w:br/>
        <w:t>й блискучі, наче антрацит.&lt;br /&gt;</w:t>
        <w:br/>
        <w:t>Люблю його за смілу вдачу,&lt;br /&gt;</w:t>
        <w:br/>
        <w:t>за принциповість, чесність, за,&lt;br /&gt;</w:t>
        <w:br/>
        <w:t>що написав роман "Гроза"&lt;br /&gt;</w:t>
        <w:br/>
        <w:t>й за милу усмішку дитячу.</w:t>
      </w:r>
    </w:p>
    <w:p>
      <w:r>
        <w:br/>
        <w:t>Огні Москви, як сум заграв...&lt;br /&gt;</w:t>
        <w:br/>
        <w:t>Ми ждали, що настане свято...&lt;br /&gt;</w:t>
        <w:br/>
        <w:t>Мені Сидоренко, мій друг,&lt;br /&gt;</w:t>
        <w:br/>
        <w:t>дав пістолет, щоб став я в круг,&lt;br /&gt;</w:t>
        <w:br/>
        <w:t>круг партизанської розплати,&lt;br /&gt;</w:t>
        <w:br/>
        <w:t>де кров лилась у морі трав...&lt;br /&gt;</w:t>
        <w:br/>
        <w:t>її я гнівним серцем чув&lt;br /&gt;</w:t>
        <w:br/>
        <w:t>і пістолет поцілував,&lt;br /&gt;</w:t>
        <w:br/>
        <w:t>неначе знайденого брата...&lt;br /&gt;</w:t>
        <w:br/>
        <w:t>Губами сталь я гостро чув,&lt;br /&gt;</w:t>
        <w:br/>
        <w:t>але Сидоренко забув&lt;br /&gt;</w:t>
        <w:br/>
        <w:t>той пістолет подарувати,&lt;br /&gt;</w:t>
        <w:br/>
        <w:t>коли гримів крові бурун,&lt;br /&gt;</w:t>
        <w:br/>
        <w:t>поету зоряних Комун.</w:t>
      </w:r>
    </w:p>
    <w:p>
      <w:r>
        <w:br/>
        <w:t>Товариш Строкачу! Тебе&lt;br /&gt;</w:t>
        <w:br/>
        <w:t>моє забуть не може серце,&lt;br /&gt;</w:t>
        <w:br/>
        <w:t>як даль, як небо голубе,&lt;br /&gt;</w:t>
        <w:br/>
        <w:t>що зорить в лісове озерце,&lt;br /&gt;</w:t>
        <w:br/>
        <w:t>від вітру мрійного рябе.</w:t>
      </w:r>
    </w:p>
    <w:p>
      <w:r>
        <w:br/>
        <w:t>В моїх очах, як стягів мак, —&lt;br /&gt;</w:t>
        <w:br/>
        <w:t>Сабуров, Федоров, Ковпак.&lt;br /&gt;</w:t>
        <w:br/>
        <w:t>Лице Коротченка ясне&lt;br /&gt;</w:t>
        <w:br/>
        <w:t>я пам'ятаю в час повстанський...&lt;br /&gt;</w:t>
        <w:br/>
        <w:t>Він працювать послав мене&lt;br /&gt;</w:t>
        <w:br/>
        <w:t>в штаб український, партизанський.&lt;br /&gt;</w:t>
        <w:br/>
        <w:t>Ми йдем у непоборнім русі,&lt;br /&gt;</w:t>
        <w:br/>
        <w:t>немає міри й краю нам,&lt;br /&gt;</w:t>
        <w:br/>
        <w:t>і з нами йдуть, біляві й русі,&lt;br /&gt;</w:t>
        <w:br/>
        <w:t>сини Росії й Білорусі,&lt;br /&gt;</w:t>
        <w:br/>
        <w:t>бо ми живем одним життям.</w:t>
      </w:r>
    </w:p>
    <w:p>
      <w:r>
        <w:br/>
        <w:t>Аж ось Сурков... Він важко дише,&lt;br /&gt;</w:t>
        <w:br/>
        <w:t>в розривах він... Багато їх...&lt;br /&gt;</w:t>
        <w:br/>
        <w:t>Та співний кінь спиняє біг.&lt;br /&gt;</w:t>
        <w:br/>
        <w:t>Багато рідних, дорогих, —&lt;br /&gt;</w:t>
        <w:br/>
        <w:t>я їх люблю, але про них&lt;br /&gt;</w:t>
        <w:br/>
        <w:t>нехай Твардовський вже напише,&lt;br /&gt;</w:t>
        <w:br/>
        <w:t>що з ними тьму пройшов доріг.&lt;br /&gt;</w:t>
        <w:br/>
        <w:t>А я — про далі золоті&lt;br /&gt;</w:t>
        <w:br/>
        <w:t>і про Гасема Лахуті.&lt;br /&gt;</w:t>
        <w:br/>
        <w:t>В душі моїй, о юнь грозова,&lt;br /&gt;</w:t>
        <w:br/>
        <w:t>звучить його фарсидська мова.&lt;br /&gt;</w:t>
        <w:br/>
        <w:t>Так. Геніальний він поет,&lt;br /&gt;</w:t>
        <w:br/>
        <w:t>звучав він до усіх віддалин.&lt;br /&gt;</w:t>
        <w:br/>
        <w:t>Подарував товариш Сталін&lt;br /&gt;</w:t>
        <w:br/>
        <w:t>йому на пам'ять свій портрет.&lt;br /&gt;</w:t>
        <w:br/>
        <w:t>І він носив його з собою.&lt;br /&gt;</w:t>
        <w:br/>
        <w:t>На ньому Сталіна рукою&lt;br /&gt;</w:t>
        <w:br/>
        <w:t>був напис, сповнений тепла,&lt;br /&gt;</w:t>
        <w:br/>
        <w:t>рукою, що багато зла&lt;br /&gt;</w:t>
        <w:br/>
        <w:t>й добра зробила для народу...&lt;br /&gt;</w:t>
        <w:br/>
        <w:t>Що переважить? Чи добро,&lt;br /&gt;</w:t>
        <w:br/>
        <w:t>чи зло? Не знаю я. Цебро&lt;br /&gt;</w:t>
        <w:br/>
        <w:t>ллє мрійно золото із неба&lt;br /&gt;</w:t>
        <w:br/>
        <w:t>на ці рядочки... О ганеба,&lt;br /&gt;</w:t>
        <w:br/>
        <w:t>О невгасимий серця гнів!&lt;br /&gt;</w:t>
        <w:br/>
        <w:t>Його ж я, як і всі, любив...&lt;br /&gt;</w:t>
        <w:br/>
        <w:t>Гасеме! Я забуть не можу&lt;br /&gt;</w:t>
        <w:br/>
        <w:t>твою усмішку і слова...&lt;br /&gt;</w:t>
        <w:br/>
        <w:t>Я знов на вулицю виходжу&lt;br /&gt;</w:t>
        <w:br/>
        <w:t>Воровського, 52...&lt;br /&gt;</w:t>
        <w:br/>
        <w:t>Там він стоїть... В думок свавольстві&lt;br /&gt;</w:t>
        <w:br/>
        <w:t>я там колись і не відчув,&lt;br /&gt;</w:t>
        <w:br/>
        <w:t>як у англійському посольстві&lt;br /&gt;</w:t>
        <w:br/>
        <w:t>я опинивсь... Я в друзів був&lt;br /&gt;</w:t>
        <w:br/>
        <w:t>під час війни... Той двір порожній,&lt;br /&gt;</w:t>
        <w:br/>
        <w:t>я ж думав, то поетів клуб...&lt;br /&gt;</w:t>
        <w:br/>
        <w:t>Та раптом стало так тривожно&lt;br /&gt;</w:t>
        <w:br/>
        <w:t>І мов заворушився чуб...&lt;br /&gt;</w:t>
        <w:br/>
        <w:t>А день шумів, такий погожий.&lt;br /&gt;</w:t>
        <w:br/>
        <w:t>Міліціонер мені сказав&lt;br /&gt;</w:t>
        <w:br/>
        <w:t>(де він узявся на воротях,&lt;br /&gt;</w:t>
        <w:br/>
        <w:t>у нелегкій своїй роботі!),&lt;br /&gt;</w:t>
        <w:br/>
        <w:t>що я у Англію попав.&lt;br /&gt;</w:t>
        <w:br/>
        <w:t>І вже хотів арештувати,&lt;br /&gt;</w:t>
        <w:br/>
        <w:t>та я на це йому сказав:&lt;br /&gt;</w:t>
        <w:br/>
        <w:t>"А ви чому ловили ґав!&lt;br /&gt;</w:t>
        <w:br/>
        <w:t>Де ви були, товариш-брате?&lt;br /&gt;</w:t>
        <w:br/>
        <w:t>Тож так ви їх стережете!&lt;br /&gt;</w:t>
        <w:br/>
        <w:t>За це і вам перепаде".&lt;br /&gt;</w:t>
        <w:br/>
        <w:t>А час обмірював моменти&lt;br /&gt;</w:t>
        <w:br/>
        <w:t>без вороття, без вороття...&lt;br /&gt;</w:t>
        <w:br/>
        <w:t>Він подивився документи,&lt;br /&gt;</w:t>
        <w:br/>
        <w:t>й я знов пірнув у вир життя.</w:t>
      </w:r>
    </w:p>
    <w:p>
      <w:r>
        <w:br/>
        <w:t>О скільки в серці сонця й злота!&lt;br /&gt;</w:t>
        <w:br/>
        <w:t>Вперед, поезія моя!&lt;br /&gt;</w:t>
        <w:br/>
        <w:t>Про геніального Чарота&lt;br /&gt;</w:t>
        <w:br/>
        <w:t>на струнах серця граю я,&lt;br /&gt;</w:t>
        <w:br/>
        <w:t>хоч у крові забитих грузько...&lt;br /&gt;</w:t>
        <w:br/>
        <w:t>Він був Сосюрабілоруський...&lt;br /&gt;</w:t>
        <w:br/>
        <w:t>І куля (з нею впав він в герці)&lt;br /&gt;</w:t>
        <w:br/>
        <w:t>немов стирчить в мойому серці.&lt;br /&gt;</w:t>
        <w:br/>
        <w:t>"О Бєларусь, моя шьшшьіна,&lt;br /&gt;</w:t>
        <w:br/>
        <w:t>зальоньї лист, червоньї цвет!.. "&lt;br /&gt;</w:t>
        <w:br/>
        <w:t>співав колись мій друг, поет&lt;br /&gt;</w:t>
        <w:br/>
        <w:t>великий, рідний друг Дубовка...&lt;br /&gt;</w:t>
        <w:br/>
        <w:t>Але його скрутили ловко&lt;br /&gt;</w:t>
        <w:br/>
        <w:t>ті, що ведуть свій рід од вовка...&lt;br /&gt;</w:t>
        <w:br/>
        <w:t>В лице натхненне — пістолет...&lt;br /&gt;</w:t>
        <w:br/>
        <w:t>І доспівать не встиг поет.&lt;br /&gt;</w:t>
        <w:br/>
        <w:t>Тепер в Москві він з бородою,&lt;br /&gt;</w:t>
        <w:br/>
        <w:t>як у Тагора... Мій герою,&lt;br /&gt;</w:t>
        <w:br/>
        <w:t>мій страднику за Білорусь!</w:t>
      </w:r>
    </w:p>
    <w:p>
      <w:r>
        <w:br/>
        <w:t>Чи так, товаришу Петрусь,&lt;br /&gt;</w:t>
        <w:br/>
        <w:t>літкомісаре, друже Бровка?&lt;br /&gt;</w:t>
        <w:br/>
        <w:t>Шануй, люби, цінуй Дубовку!&lt;br /&gt;</w:t>
        <w:br/>
        <w:t>Даль наливається, як овоч,&lt;br /&gt;</w:t>
        <w:br/>
        <w:t>світанку сяйвом... Степ, як дим.&lt;br /&gt;</w:t>
        <w:br/>
        <w:t>По нім іде Александрович...&lt;br /&gt;</w:t>
        <w:br/>
        <w:t>Я знав його ще молодим,&lt;br /&gt;</w:t>
        <w:br/>
        <w:t>смуглявим і таким завзятим.&lt;br /&gt;</w:t>
        <w:br/>
        <w:t>Од сивини ж ти зараз рус.&lt;br /&gt;</w:t>
        <w:br/>
        <w:t>Звав і зову тебе я братом,&lt;br /&gt;</w:t>
        <w:br/>
        <w:t>мій многострадний білорус!&lt;br /&gt;</w:t>
        <w:br/>
        <w:t>Од мук, що наче землетрус,&lt;br /&gt;</w:t>
        <w:br/>
        <w:t>не перестав ти буть крилатим.&lt;br /&gt;</w:t>
        <w:br/>
        <w:t>Хоч у житті їх вже не стало,&lt;br /&gt;</w:t>
        <w:br/>
        <w:t>люблю я Коласа й Купалу,&lt;br /&gt;</w:t>
        <w:br/>
        <w:t>як Богдановича люблю,&lt;br /&gt;</w:t>
        <w:br/>
        <w:t>його поезію в днів русі...&lt;br /&gt;</w:t>
        <w:br/>
        <w:t>Він — Лєрмонтов на Білорусі.&lt;br /&gt;</w:t>
        <w:br/>
        <w:t>Люблю Гурло і Гартни Цішку...&lt;br /&gt;</w:t>
        <w:br/>
        <w:t>За ними серце, та не трішки,&lt;br /&gt;</w:t>
        <w:br/>
        <w:t>болить... Я вас усіх люблю,&lt;br /&gt;</w:t>
        <w:br/>
        <w:t>товариші мої кохані&lt;br /&gt;</w:t>
        <w:br/>
        <w:t>в труда безсмертнім океані!..&lt;br /&gt;</w:t>
        <w:br/>
        <w:t>А скільки вас, мої сябри,&lt;br /&gt;</w:t>
        <w:br/>
        <w:t>рубали, як оті бори,&lt;br /&gt;</w:t>
        <w:br/>
        <w:t>що простягали в небо крони,&lt;br /&gt;</w:t>
        <w:br/>
        <w:t>і крапотіла кров червона...&lt;br /&gt;</w:t>
        <w:br/>
        <w:t>І я на березі Дніпра&lt;br /&gt;</w:t>
        <w:br/>
        <w:t>згадав Олеся Дудара,&lt;br /&gt;</w:t>
        <w:br/>
        <w:t>його дівочі спухлі губи...&lt;br /&gt;</w:t>
        <w:br/>
        <w:t>Шумів на сонці він, співав...&lt;br /&gt;</w:t>
        <w:br/>
        <w:t>І от, — підрубаний упав...&lt;br /&gt;</w:t>
        <w:br/>
        <w:t>Кат і на нім поставив "точку"...&lt;br /&gt;</w:t>
        <w:br/>
        <w:t>І кров'ю крапали листочки...&lt;br /&gt;</w:t>
        <w:br/>
        <w:t>В потилиці ж маленька ранка...&lt;br /&gt;</w:t>
        <w:br/>
        <w:t>Вітаю я Максима Танка&lt;br /&gt;</w:t>
        <w:br/>
        <w:t>і всіх, що стали в дивний ряд,&lt;br /&gt;</w:t>
        <w:br/>
        <w:t>щоб замінити — брата брат&lt;br /&gt;</w:t>
        <w:br/>
        <w:t>і друга друг змогли у пісні...&lt;br /&gt;</w:t>
        <w:br/>
        <w:t>Хай згинуть хмари ненависні,&lt;br /&gt;</w:t>
        <w:br/>
        <w:t>що, повні смертного туману,&lt;br /&gt;</w:t>
        <w:br/>
        <w:t>уже повзуть з-за океану!..&lt;br /&gt;</w:t>
        <w:br/>
        <w:t>Я вірю, що з небес висот&lt;br /&gt;</w:t>
        <w:br/>
        <w:t>не пустить їх на нас народ...</w:t>
      </w:r>
    </w:p>
    <w:p>
      <w:r>
        <w:br/>
        <w:t>З одної чаші&lt;br /&gt;</w:t>
        <w:br/>
        <w:t>ми щастя будем пить разом.&lt;br /&gt;</w:t>
        <w:br/>
        <w:t>Ні, буде це не тільки сном,&lt;br /&gt;</w:t>
        <w:br/>
        <w:t>мої сябри Прокоф'єв Саша&lt;br /&gt;</w:t>
        <w:br/>
        <w:t>і сивий Симонов! Чолом&lt;br /&gt;</w:t>
        <w:br/>
        <w:t>схиляюся я перед вами,&lt;br /&gt;</w:t>
        <w:br/>
        <w:t>народу славного синами!&lt;br /&gt;</w:t>
        <w:br/>
        <w:t>Ти, як Рилєєв, Сашо мій,&lt;br /&gt;</w:t>
        <w:br/>
        <w:t>узяв під світлу оборону&lt;br /&gt;</w:t>
        <w:br/>
        <w:t>синів України, що бій&lt;br /&gt;</w:t>
        <w:br/>
        <w:t>вели й ведуть давно із тими,&lt;br /&gt;</w:t>
        <w:br/>
        <w:t>хто нас розвіяв би на дими,&lt;br /&gt;</w:t>
        <w:br/>
        <w:t>щоб змовкла мовонька дзвінка.&lt;br /&gt;</w:t>
        <w:br/>
        <w:t>Але кишка ЙОЕО тонка!..&lt;br /&gt;</w:t>
        <w:br/>
        <w:t>Він Пушкіна послав на леза&lt;br /&gt;</w:t>
        <w:br/>
        <w:t>рукою чорною Дантеса, —&lt;br /&gt;</w:t>
        <w:br/>
        <w:t>й згасила Лєрмонтова крик&lt;br /&gt;</w:t>
        <w:br/>
        <w:t>рука Мартинова навік...&lt;br /&gt;</w:t>
        <w:br/>
        <w:t>Шевченка мучив він... їх геній&lt;br /&gt;</w:t>
        <w:br/>
        <w:t>сіяє нам, хоч їх нема...&lt;br /&gt;</w:t>
        <w:br/>
        <w:t>Це та ж рука послала кулю&lt;br /&gt;</w:t>
        <w:br/>
        <w:t>у Маяковського й дала&lt;br /&gt;</w:t>
        <w:br/>
        <w:t>Єсеніну страшну вірьовку&lt;br /&gt;</w:t>
        <w:br/>
        <w:t>і нею, радісно і ловко,&lt;br /&gt;</w:t>
        <w:br/>
        <w:t>поета шию обплела...&lt;br /&gt;</w:t>
        <w:br/>
        <w:t>Як тьма проклята, в очі лине&lt;br /&gt;</w:t>
        <w:br/>
        <w:t>обличчя ката України...&lt;br /&gt;</w:t>
        <w:br/>
        <w:t>То шле зміїнії вогні&lt;br /&gt;</w:t>
        <w:br/>
        <w:t>зір Кагановича мені,&lt;br /&gt;</w:t>
        <w:br/>
        <w:t>зір палестино-отаманський...&lt;br /&gt;</w:t>
        <w:br/>
        <w:t>О, як він диха в наші дні&lt;br /&gt;</w:t>
        <w:br/>
        <w:t>і ходить по землі радянській —&lt;br /&gt;</w:t>
        <w:br/>
        <w:t>натхненник БерїїІ Це ти&lt;br /&gt;</w:t>
        <w:br/>
        <w:t>зробив із ГПУ охранку,&lt;br /&gt;</w:t>
        <w:br/>
        <w:t>щоб там із вечора до ранку&lt;br /&gt;</w:t>
        <w:br/>
        <w:t>невинних мучили кати!&lt;br /&gt;</w:t>
        <w:br/>
        <w:t>Дурив ти Сталіна, проклятий!..&lt;br /&gt;</w:t>
        <w:br/>
        <w:t>Такого мало розстріляти.&lt;br /&gt;</w:t>
        <w:br/>
        <w:t>За те, що наробив ти, кате,&lt;br /&gt;</w:t>
        <w:br/>
        <w:t>за море скорбнее облич&lt;br /&gt;</w:t>
        <w:br/>
        <w:t>тебе б я різав день і ніч!..&lt;br /&gt;</w:t>
        <w:br/>
        <w:t>Така ненависть апогейна!&lt;br /&gt;</w:t>
        <w:br/>
        <w:t>Це ти вбив Фефера й Гофштейна&lt;br /&gt;</w:t>
        <w:br/>
        <w:t>і знищив Маркіша!.. Це ти&lt;br /&gt;</w:t>
        <w:br/>
        <w:t>гадючно повз в крові до трону,&lt;br /&gt;</w:t>
        <w:br/>
        <w:t>щоб до всесвітнього Сіону&lt;br /&gt;</w:t>
        <w:br/>
        <w:t>по наших трупах доповзти!..&lt;br /&gt;</w:t>
        <w:br/>
        <w:t>Це ти в дні воєн громадянських&lt;br /&gt;</w:t>
        <w:br/>
        <w:t>дітей розстрілював повстанських&lt;br /&gt;</w:t>
        <w:br/>
        <w:t>і "змови" липові "творив",&lt;br /&gt;</w:t>
        <w:br/>
        <w:t>щоб нищити учителів,&lt;br /&gt;</w:t>
        <w:br/>
        <w:t>інтелігенцію народу,&lt;br /&gt;</w:t>
        <w:br/>
        <w:t>що в тьмі ночей шукала броду...&lt;br /&gt;</w:t>
        <w:br/>
        <w:t>А ти гатив з їх тіл мости,&lt;br /&gt;</w:t>
        <w:br/>
        <w:t>троцькістське бидло, Каїн ти,&lt;br /&gt;</w:t>
        <w:br/>
        <w:t>шматок гнилий і зради, й бруду!..&lt;br /&gt;</w:t>
        <w:br/>
        <w:t>О ні, не Каїн ти, — Іуда!&lt;br /&gt;</w:t>
        <w:br/>
        <w:t>Вбивати нас — твоя "ідея"...&lt;br /&gt;</w:t>
        <w:br/>
        <w:t>Ти той, хто вигнав Моїсея,&lt;br /&gt;</w:t>
        <w:br/>
        <w:t>ти той, хто жалом злим сичав,&lt;br /&gt;</w:t>
        <w:br/>
        <w:t>коли Адам у гріх упав,&lt;br /&gt;</w:t>
        <w:br/>
        <w:t>де у плодах цвіли дерева...&lt;br /&gt;</w:t>
        <w:br/>
        <w:t>Його ж бо спокусила Єва,&lt;br /&gt;</w:t>
        <w:br/>
        <w:t>а Єву — ти... Кати, кати!&lt;br /&gt;</w:t>
        <w:br/>
        <w:t>Ви причаїлись... Ви ждете,&lt;br /&gt;</w:t>
        <w:br/>
        <w:t>коли для нас у водню бурі&lt;br /&gt;</w:t>
        <w:br/>
        <w:t>погасне сонце у лазурі,&lt;br /&gt;</w:t>
        <w:br/>
        <w:t>Комуни сонце золоте!..</w:t>
      </w:r>
    </w:p>
    <w:p>
      <w:r>
        <w:br/>
        <w:t>Ви всі в потенції буржуї!&lt;br /&gt;</w:t>
        <w:br/>
        <w:t>Але вас Ротшільд — не врятує,&lt;br /&gt;</w:t>
        <w:br/>
        <w:t>ні Гарріман! Рабів руками&lt;br /&gt;</w:t>
        <w:br/>
        <w:t>життя їм не вернуть назад.&lt;br /&gt;</w:t>
        <w:br/>
        <w:t>Бо давнєє питання з вами&lt;br /&gt;</w:t>
        <w:br/>
        <w:t>розв'яже лиш пролетар'ят.&lt;br /&gt;</w:t>
        <w:br/>
        <w:t>Писав так Енгельс. Та і Марксу&lt;br /&gt;</w:t>
        <w:br/>
        <w:t>ви не подобалися, барси!&lt;br /&gt;</w:t>
        <w:br/>
        <w:t>Які ви барси? Та ніякі,&lt;br /&gt;</w:t>
        <w:br/>
        <w:t>єрусалимські гайдамаки!&lt;br /&gt;</w:t>
        <w:br/>
        <w:t>Ви на словах всі благородні,&lt;br /&gt;</w:t>
        <w:br/>
        <w:t>але на ділі — чужеродні.&lt;br /&gt;</w:t>
        <w:br/>
        <w:t>Хіба зійшов з вас хоч один&lt;br /&gt;</w:t>
        <w:br/>
        <w:t>до тих моральних верховин.&lt;br /&gt;</w:t>
        <w:br/>
        <w:t>Вам поправлятись би на сало,&lt;br /&gt;</w:t>
        <w:br/>
        <w:t>наш труд, наш піт — для ваших зграй...&lt;br /&gt;</w:t>
        <w:br/>
        <w:t>Для вас марксистські ідеали,&lt;br /&gt;</w:t>
        <w:br/>
        <w:t>як для буржуя — віра в рай.&lt;br /&gt;</w:t>
        <w:br/>
        <w:t>Вам не врости в наш світ побідний,&lt;br /&gt;</w:t>
        <w:br/>
        <w:t>в майбутнє з нами вам не йти.&lt;br /&gt;</w:t>
        <w:br/>
        <w:t>Так у залізо монолітне&lt;br /&gt;</w:t>
        <w:br/>
        <w:t>пеньку гнилому не врости.</w:t>
      </w:r>
    </w:p>
    <w:p>
      <w:r>
        <w:br/>
        <w:t>Що — дружба вам, любов крилата,&lt;br /&gt;</w:t>
        <w:br/>
        <w:t>що вам — поезії зоря!&lt;br /&gt;</w:t>
        <w:br/>
        <w:t>Себе од нас вам не ховати&lt;br /&gt;</w:t>
        <w:br/>
        <w:t>поза спиною трударя.&lt;br /&gt;</w:t>
        <w:br/>
        <w:t>Ми добре вас розкуштували.&lt;br /&gt;</w:t>
        <w:br/>
        <w:t>І я кажу це вам не зря:</w:t>
      </w:r>
    </w:p>
    <w:p>
      <w:r>
        <w:br/>
        <w:t>ми куркуля ліквідували,&lt;br /&gt;</w:t>
        <w:br/>
        <w:t>але забули — крамаря.</w:t>
      </w:r>
    </w:p>
    <w:p>
      <w:r>
        <w:br/>
        <w:t>Ні! Ми не візьмем вас з собою&lt;br /&gt;</w:t>
        <w:br/>
        <w:t>в розмаю зоряну блакить.&lt;br /&gt;</w:t>
        <w:br/>
        <w:t>Вам, крамарям душі людської,&lt;br /&gt;</w:t>
        <w:br/>
        <w:t>в чертозі нашому не жить.</w:t>
      </w:r>
    </w:p>
    <w:p>
      <w:r>
        <w:br/>
        <w:t>Вам, у потенції буржуям,&lt;br /&gt;</w:t>
        <w:br/>
        <w:t>не заграбастать все кругом.&lt;br /&gt;</w:t>
        <w:br/>
        <w:t>Ми, як гроза, круг вас вируєм,&lt;br /&gt;</w:t>
        <w:br/>
        <w:t>ми ліквідуєм вас трудом.</w:t>
      </w:r>
    </w:p>
    <w:p>
      <w:r>
        <w:br/>
        <w:t>Щоб стать достойними горінню&lt;br /&gt;</w:t>
        <w:br/>
        <w:t>в борні за зоряний Едем,&lt;br /&gt;</w:t>
        <w:br/>
        <w:t>щоб стали ви людьми — не тлінню,&lt;br /&gt;</w:t>
        <w:br/>
        <w:t>ми у копальні вас пошлем.</w:t>
      </w:r>
    </w:p>
    <w:p>
      <w:r>
        <w:br/>
        <w:t>Ми в руки вам дамо лопату,&lt;br /&gt;</w:t>
        <w:br/>
        <w:t>щоб в праці злинути в блакить.&lt;br /&gt;</w:t>
        <w:br/>
        <w:t>Де ми, мільйонні, — місце свято,&lt;br /&gt;</w:t>
        <w:br/>
        <w:t>а паразитам тут не жить.</w:t>
      </w:r>
    </w:p>
    <w:p>
      <w:r>
        <w:br/>
        <w:t>Я "по цепі" прийняв удар&lt;br /&gt;</w:t>
        <w:br/>
        <w:t>(Москва, Москва, мій світлий бург!),&lt;br /&gt;</w:t>
        <w:br/>
        <w:t>це Первомайський, Еренбург&lt;br /&gt;</w:t>
        <w:br/>
        <w:t>і Каганович — яничар.&lt;br /&gt;</w:t>
        <w:br/>
        <w:t>Він (ще його — не той... тю, тю!..),&lt;br /&gt;</w:t>
        <w:br/>
        <w:t>син ненажерного Ваала,&lt;br /&gt;</w:t>
        <w:br/>
        <w:t>підсунув Сталіну статтю,&lt;br /&gt;</w:t>
        <w:br/>
        <w:t>а "Правда" опублікувала,&lt;br /&gt;</w:t>
        <w:br/>
        <w:t>і стала зброєю злогада...&lt;br /&gt;</w:t>
        <w:br/>
        <w:t>Ну що ж. На те вона і "Правда".&lt;br /&gt;</w:t>
        <w:br/>
        <w:t>За вірш "Любіте Україну"&lt;br /&gt;</w:t>
        <w:br/>
        <w:t>вона довбала без упину&lt;br /&gt;</w:t>
        <w:br/>
        <w:t>мене три роки!.. Горе, жах!&lt;br /&gt;</w:t>
        <w:br/>
        <w:t>Хоч каявся я в помилках,&lt;br /&gt;</w:t>
        <w:br/>
        <w:t>яких не мав. Я ж був не винний!&lt;br /&gt;</w:t>
        <w:br/>
        <w:t>Хоч я поет не ідеальний,&lt;br /&gt;</w:t>
        <w:br/>
        <w:t>я трохи серцем не погас...&lt;br /&gt;</w:t>
        <w:br/>
        <w:t>Але народ мене морально&lt;br /&gt;</w:t>
        <w:br/>
        <w:t>підтримував в страшний той час.&lt;br /&gt;</w:t>
        <w:br/>
        <w:t>Тож я "битців" отих прощаю.&lt;br /&gt;</w:t>
        <w:br/>
        <w:t>Мене ж клювали попугаї!&lt;br /&gt;</w:t>
        <w:br/>
        <w:t>Мене сам Мешік викликав&lt;br /&gt;</w:t>
        <w:br/>
        <w:t>в години пізньої пори&lt;br /&gt;</w:t>
        <w:br/>
        <w:t>на Короленка, 33...&lt;br /&gt;</w:t>
        <w:br/>
        <w:t>Але катюга не забрав&lt;br /&gt;</w:t>
        <w:br/>
        <w:t>мене й не лив поета кров...&lt;br /&gt;</w:t>
        <w:br/>
        <w:t>Не дав-бо санкції Хрущов!&lt;br /&gt;</w:t>
        <w:br/>
        <w:t>Хрущов... Про все це я узнав&lt;br /&gt;</w:t>
        <w:br/>
        <w:t>від земляка... Він врятував&lt;br /&gt;</w:t>
        <w:br/>
        <w:t>мене од мук і смерті злої,&lt;br /&gt;</w:t>
        <w:br/>
        <w:t>як Рильського в дні з тьмою бою,&lt;br /&gt;</w:t>
        <w:br/>
        <w:t>як і Козицького, що впав&lt;br /&gt;</w:t>
        <w:br/>
        <w:t>(його Данькевич додовбав).&lt;br /&gt;</w:t>
        <w:br/>
        <w:t>Він ще живе — криклива маса&lt;br /&gt;</w:t>
        <w:br/>
        <w:t>кісток і нервів, демагог!&lt;br /&gt;</w:t>
        <w:br/>
        <w:t>В нім мало музики, а м'яса&lt;br /&gt;</w:t>
        <w:br/>
        <w:t>хватило б і на десятьох!..&lt;br /&gt;</w:t>
        <w:br/>
        <w:t>О любий тьозко! Все ясне&lt;br /&gt;</w:t>
        <w:br/>
        <w:t>в тобі. Для мене ти не дальній.&lt;br /&gt;</w:t>
        <w:br/>
        <w:t>Це ж ти підтримував мене&lt;br /&gt;</w:t>
        <w:br/>
        <w:t>у час тяжкий і вирішальний&lt;br /&gt;</w:t>
        <w:br/>
        <w:t>морально і матеріально,&lt;br /&gt;</w:t>
        <w:br/>
        <w:t>мій милий Марченко! В той час,&lt;br /&gt;</w:t>
        <w:br/>
        <w:t>коли, здавалось, день погас,&lt;br /&gt;</w:t>
        <w:br/>
        <w:t>коли мене так страшно били&lt;br /&gt;</w:t>
        <w:br/>
        <w:t>у всевкраїнському масштабі,&lt;br /&gt;</w:t>
        <w:br/>
        <w:t>коли я заздрив навіть жабі,&lt;br /&gt;</w:t>
        <w:br/>
        <w:t>що у своїй дрібній турботі,&lt;br /&gt;</w:t>
        <w:br/>
        <w:t>де верби нахилили шати,&lt;br /&gt;</w:t>
        <w:br/>
        <w:t>могла у хор дзвінкий вкладати,&lt;br /&gt;</w:t>
        <w:br/>
        <w:t>що хтіла у своїм болоті,&lt;br /&gt;</w:t>
        <w:br/>
        <w:t>не так, як бідний той Сосюра,&lt;br /&gt;</w:t>
        <w:br/>
        <w:t>бо поміж жаб нема цензури.&lt;br /&gt;</w:t>
        <w:br/>
        <w:t>І в даль, де сяють щастя мети,&lt;br /&gt;</w:t>
        <w:br/>
        <w:t>чиновник не веде поета,&lt;br /&gt;</w:t>
        <w:br/>
        <w:t>а у борні за молоде&lt;br /&gt;</w:t>
        <w:br/>
        <w:t>поет чиновника веде.&lt;br /&gt;</w:t>
        <w:br/>
        <w:t>Хай знає неук "громозливний"&lt;br /&gt;</w:t>
        <w:br/>
        <w:t>про світ той асоціативний,&lt;br /&gt;</w:t>
        <w:br/>
        <w:t>куди ввіходять не в вікно,&lt;br /&gt;</w:t>
        <w:br/>
        <w:t>а в двері, та іще крилато.&lt;br /&gt;</w:t>
        <w:br/>
        <w:t>У сяйві радіснім літати&lt;br /&gt;</w:t>
        <w:br/>
        <w:t>у нім не кожному дано.&lt;br /&gt;</w:t>
        <w:br/>
        <w:t>З безсмертям всі співці в союзі,&lt;br /&gt;</w:t>
        <w:br/>
        <w:t>така вже доленька моя.&lt;br /&gt;</w:t>
        <w:br/>
        <w:t>Бо над політикою, друзі,&lt;br /&gt;</w:t>
        <w:br/>
        <w:t>ідеологія сія,&lt;br /&gt;</w:t>
        <w:br/>
        <w:t>як хрест на храмі золотому...&lt;br /&gt;</w:t>
        <w:br/>
        <w:t>От чому я забув утому,&lt;br /&gt;</w:t>
        <w:br/>
        <w:t>та для любові, а не слав...&lt;br /&gt;</w:t>
        <w:br/>
        <w:t>Хоч на догоду кату злому&lt;br /&gt;</w:t>
        <w:br/>
        <w:t>мене все били, — я ж співав...&lt;br /&gt;</w:t>
        <w:br/>
        <w:t>Я знаю, наш великий брате,&lt;br /&gt;</w:t>
        <w:br/>
        <w:t>з донецьких ти пролетарів!..&lt;br /&gt;</w:t>
        <w:br/>
        <w:t>Ти розкував і душу, й спів,&lt;br /&gt;</w:t>
        <w:br/>
        <w:t>і стало вільно нам співати.&lt;br /&gt;</w:t>
        <w:br/>
        <w:t>Ти допоміг нам зрозуміти,&lt;br /&gt;</w:t>
        <w:br/>
        <w:t>що криця ми всі, а не вата.&lt;br /&gt;</w:t>
        <w:br/>
        <w:t>Не марно звуть тебе — Микита.&lt;br /&gt;</w:t>
        <w:br/>
        <w:t>У наші дні, коли дороги&lt;br /&gt;</w:t>
        <w:br/>
        <w:t>усі ведуть в щасливий світ,&lt;br /&gt;</w:t>
        <w:br/>
        <w:t>туди, де весен білий цвіт,&lt;br /&gt;</w:t>
        <w:br/>
        <w:t>де сяють золоті чертоги,&lt;br /&gt;</w:t>
        <w:br/>
        <w:t>нема великого й малого.&lt;br /&gt;</w:t>
        <w:br/>
        <w:t>О Скоморовський Рафаїле,&lt;br /&gt;</w:t>
        <w:br/>
        <w:t>мені твоя дружина й ти,&lt;br /&gt;</w:t>
        <w:br/>
        <w:t>як світло в морі темноти,&lt;br /&gt;</w:t>
        <w:br/>
        <w:t>були, як люто мене били,&lt;br /&gt;</w:t>
        <w:br/>
        <w:t>коли всі дні були похмурі&lt;br /&gt;</w:t>
        <w:br/>
        <w:t>І довелось тобі Сосюрі&lt;br /&gt;</w:t>
        <w:br/>
        <w:t>не раз, не два допомогти.&lt;br /&gt;</w:t>
        <w:br/>
        <w:t>Отак. Ви — справжні комуністи!&lt;br /&gt;</w:t>
        <w:br/>
        <w:t>Як добре зір у вас сіяв!&lt;br /&gt;</w:t>
        <w:br/>
        <w:t>Не раз, по сто, а то й по двісті,&lt;br /&gt;</w:t>
        <w:br/>
        <w:t>я в Ніни Гарцман позичав,&lt;br /&gt;</w:t>
        <w:br/>
        <w:t>коли не мав чого я їсти.</w:t>
      </w:r>
    </w:p>
    <w:p>
      <w:r>
        <w:br/>
        <w:t>Як жалко Бабеля! Я з ним&lt;br /&gt;</w:t>
        <w:br/>
        <w:t>іще в Одесі був знайомий&lt;br /&gt;</w:t>
        <w:br/>
        <w:t>в двадцятім році, молодим.&lt;br /&gt;</w:t>
        <w:br/>
        <w:t>Йому "Махна" в двадцять четвертім&lt;br /&gt;</w:t>
        <w:br/>
        <w:t>(я був тоді таким упертим!..)&lt;br /&gt;</w:t>
        <w:br/>
        <w:t>читав. Одсовувавсь од мене&lt;br /&gt;</w:t>
        <w:br/>
        <w:t>він, а у вікна — день, блакить...&lt;br /&gt;</w:t>
        <w:br/>
        <w:t>проказуючи: "Буде бить..."&lt;br /&gt;</w:t>
        <w:br/>
        <w:t>Як серце билося шалене!&lt;br /&gt;</w:t>
        <w:br/>
        <w:t>О ні, мій Бабелю, не я!&lt;br /&gt;</w:t>
        <w:br/>
        <w:t>Не я, не я, не я, не я!&lt;br /&gt;</w:t>
        <w:br/>
        <w:t>Не буду бить, не бив я зроду&lt;br /&gt;</w:t>
        <w:br/>
        <w:t>синів єврейського народу,&lt;br /&gt;</w:t>
        <w:br/>
        <w:t>бо я Вкраїни вірний син!&lt;br /&gt;</w:t>
        <w:br/>
        <w:t>Чи довго вже співать про це,&lt;br /&gt;</w:t>
        <w:br/>
        <w:t>що в серці вічними огнями,&lt;br /&gt;</w:t>
        <w:br/>
        <w:t>що все пливе перед очами?..&lt;br /&gt;</w:t>
        <w:br/>
        <w:t>Відбило небо озерце,&lt;br /&gt;</w:t>
        <w:br/>
        <w:t>а серце — даль, розривів брами&lt;br /&gt;</w:t>
        <w:br/>
        <w:t>І Моті Гарцмана лице,&lt;br /&gt;</w:t>
        <w:br/>
        <w:t>залите кров'ю і сльозами...&lt;br /&gt;</w:t>
        <w:br/>
        <w:t>Віддав народові він спів&lt;br /&gt;</w:t>
        <w:br/>
        <w:t>і в чорні, грозяні години,&lt;br /&gt;</w:t>
        <w:br/>
        <w:t>як міліони трударів,&lt;br /&gt;</w:t>
        <w:br/>
        <w:t>упав в боях за Батьківщину,&lt;br /&gt;</w:t>
        <w:br/>
        <w:t>хоч він і у підвалі жив.&lt;br /&gt;</w:t>
        <w:br/>
        <w:t>Та спи, мій брате, без печалі,&lt;br /&gt;</w:t>
        <w:br/>
        <w:t>ні, линь вперед на горе злу!&lt;br /&gt;</w:t>
        <w:br/>
        <w:t>Твоя дружина не в підвалі,&lt;br /&gt;</w:t>
        <w:br/>
        <w:t>і хоч жаліється усюди,&lt;br /&gt;</w:t>
        <w:br/>
        <w:t>що має пенсію малу,&lt;br /&gt;</w:t>
        <w:br/>
        <w:t>та більше матиме. Так буде.&lt;br /&gt;</w:t>
        <w:br/>
        <w:t>Бо є ж на світі добрі люди.&lt;br /&gt;</w:t>
        <w:br/>
        <w:t>їй, — хай себе вже не тривожить, —&lt;br /&gt;</w:t>
        <w:br/>
        <w:t>Максим Тадейович поможе,&lt;br /&gt;</w:t>
        <w:br/>
        <w:t>бо він же син Країни Рад&lt;br /&gt;</w:t>
        <w:br/>
        <w:t>та ще й до того депутат.&lt;br /&gt;</w:t>
        <w:br/>
        <w:t>А це великая прикмета&lt;br /&gt;</w:t>
        <w:br/>
        <w:t>у академіка й поета.&lt;br /&gt;</w:t>
        <w:br/>
        <w:t>Я б допоміг їй, та не в силі, —&lt;br /&gt;</w:t>
        <w:br/>
        <w:t>не депутат я, друзі милі,&lt;br /&gt;</w:t>
        <w:br/>
        <w:t>не академік, друзі, я...&lt;br /&gt;</w:t>
        <w:br/>
        <w:t>У мене ліра лиш моя.&lt;br /&gt;</w:t>
        <w:br/>
        <w:t>її не проміняю, щиру,&lt;br /&gt;</w:t>
        <w:br/>
        <w:t>я та на жоднії мундири,&lt;br /&gt;</w:t>
        <w:br/>
        <w:t>бо я не шляхтич, не естет&lt;br /&gt;</w:t>
        <w:br/>
        <w:t>і не казьонний я поет,&lt;br /&gt;</w:t>
        <w:br/>
        <w:t>Я йду з народом в щастя брами&lt;br /&gt;</w:t>
        <w:br/>
        <w:t>і славен співом — не чинами!&lt;br /&gt;</w:t>
        <w:br/>
        <w:t>Тому й мій голос, наче дзвін...&lt;br /&gt;</w:t>
        <w:br/>
        <w:t>Бам! Бам! Вам! Бім! Бам, бім! Бам, бов!&lt;br /&gt;</w:t>
        <w:br/>
        <w:t>Ми всі — озброєна любов!&lt;br /&gt;</w:t>
        <w:br/>
        <w:t>Як вияв України духа,&lt;br /&gt;</w:t>
        <w:br/>
        <w:t>стрункий і стриманий Гречуха.&lt;br /&gt;</w:t>
        <w:br/>
        <w:t>В мені він бачить не раба.&lt;br /&gt;</w:t>
        <w:br/>
        <w:t>Чи так, товаришу Скаба?&lt;br /&gt;</w:t>
        <w:br/>
        <w:t>Я вам писав листи з біди,&lt;br /&gt;</w:t>
        <w:br/>
        <w:t>бо я — із нервів, а не з дикту.&lt;br /&gt;</w:t>
        <w:br/>
        <w:t>Але симпатія завжди&lt;br /&gt;</w:t>
        <w:br/>
        <w:t>народжується із конфлікту.&lt;br /&gt;</w:t>
        <w:br/>
        <w:t>Так і у мене щодо вас,&lt;br /&gt;</w:t>
        <w:br/>
        <w:t>мене ж бо породив Донбас.&lt;br /&gt;</w:t>
        <w:br/>
        <w:t>Я весь — Донеччини дитина,&lt;br /&gt;</w:t>
        <w:br/>
        <w:t>тече в мені шахтарська кров...&lt;br /&gt;</w:t>
        <w:br/>
        <w:t>А на Донбасі — там любов&lt;br /&gt;</w:t>
        <w:br/>
        <w:t>поміж серцями солов'їна...&lt;br /&gt;</w:t>
        <w:br/>
        <w:t>Там звикли люди в правді жить...&lt;br /&gt;</w:t>
        <w:br/>
        <w:t>Коли дружить — так вже дружить,&lt;br /&gt;</w:t>
        <w:br/>
        <w:t>а ненавидіть — так всім серцем!..&lt;br /&gt;</w:t>
        <w:br/>
        <w:t>Там — душ незмірена блакить,&lt;br /&gt;</w:t>
        <w:br/>
        <w:t>там слово правди кожне з перцем.&lt;br /&gt;</w:t>
        <w:br/>
        <w:t>З братами я в безсмертя йду,&lt;br /&gt;</w:t>
        <w:br/>
        <w:t>й між нами Льоня Вишеславський,&lt;br /&gt;</w:t>
        <w:br/>
        <w:t>і в даль ідуть в однім ряду&lt;br /&gt;</w:t>
        <w:br/>
        <w:t>Шумило, Ваш і Богуславський.&lt;br /&gt;</w:t>
        <w:br/>
        <w:t>Так. Баша Якова люблю&lt;br /&gt;</w:t>
        <w:br/>
        <w:t>за душу і за совість чисту.&lt;br /&gt;</w:t>
        <w:br/>
        <w:t>Йому я шану віддаю&lt;br /&gt;</w:t>
        <w:br/>
        <w:t>як золотому комуністу,&lt;br /&gt;</w:t>
        <w:br/>
        <w:t>що словом зоряним цвіте,&lt;br /&gt;</w:t>
        <w:br/>
        <w:t>бо в нього серце золоте!&lt;br /&gt;</w:t>
        <w:br/>
        <w:t>Шумило! Він шумить давно,&lt;br /&gt;</w:t>
        <w:br/>
        <w:t>так, як шумить Дніпро з потопу.&lt;br /&gt;</w:t>
        <w:br/>
        <w:t>Як Пушкін, — мовою вікно&lt;br /&gt;</w:t>
        <w:br/>
        <w:t>він хоче прорубать в Європу,&lt;br /&gt;</w:t>
        <w:br/>
        <w:t>щоб знали скрізь в ці дні грозові&lt;br /&gt;</w:t>
        <w:br/>
        <w:t>що значить українська мова!</w:t>
      </w:r>
    </w:p>
    <w:p>
      <w:r>
        <w:br/>
        <w:t>А Богуславський! Краю мій!&lt;br /&gt;</w:t>
        <w:br/>
        <w:t>Які мелодії лилися&lt;br /&gt;</w:t>
        <w:br/>
        <w:t>з його душі! Та ворог злий...&lt;br /&gt;</w:t>
        <w:br/>
        <w:t>Його ж Богуша не злякався,&lt;br /&gt;</w:t>
        <w:br/>
        <w:t>хоч він і трохи заїкався...&lt;br /&gt;</w:t>
        <w:br/>
        <w:t>Але од кулі в дні заграв&lt;br /&gt;</w:t>
        <w:br/>
        <w:t>він заїкатись перестав,&lt;br /&gt;</w:t>
        <w:br/>
        <w:t>упав у тьму за шастя краю...&lt;br /&gt;</w:t>
        <w:br/>
        <w:t>Але й з могили він співає...&lt;br /&gt;</w:t>
        <w:br/>
        <w:t>Співає вдень і уночі,&lt;br /&gt;</w:t>
        <w:br/>
        <w:t>у дні снігів, в години трав...&lt;br /&gt;</w:t>
        <w:br/>
        <w:t>І популярності ключі&lt;br /&gt;</w:t>
        <w:br/>
        <w:t>він Майбороді передав.&lt;br /&gt;</w:t>
        <w:br/>
        <w:t>"Співай, мій брате, не мовчи!.."&lt;br /&gt;</w:t>
        <w:br/>
        <w:t>Платону він заповідав...&lt;br /&gt;</w:t>
        <w:br/>
        <w:t>Іде з неправдою двобій,&lt;br /&gt;</w:t>
        <w:br/>
        <w:t>шуміть, шуміть, сади вишневі...&lt;br /&gt;</w:t>
        <w:br/>
        <w:t>Він передав талант святий,&lt;br /&gt;</w:t>
        <w:br/>
        <w:t>щоб жить — новому кобзареві...</w:t>
      </w:r>
    </w:p>
    <w:p>
      <w:r>
        <w:br/>
        <w:t>І з нами в творчості прекрасний&lt;br /&gt;</w:t>
        <w:br/>
        <w:t>як наше сонце непогасне,&lt;br /&gt;</w:t>
        <w:br/>
        <w:t>не визнає для правди меж&lt;br /&gt;</w:t>
        <w:br/>
        <w:t>Георгій Майборода теж.&lt;br /&gt;</w:t>
        <w:br/>
        <w:t>Майстренко! Я тебе люблю&lt;br /&gt;</w:t>
        <w:br/>
        <w:t>за всі твої страждання й муки...&lt;br /&gt;</w:t>
        <w:br/>
        <w:t>Тебе в північному краю&lt;br /&gt;</w:t>
        <w:br/>
        <w:t>у таборах довбали круки...&lt;br /&gt;</w:t>
        <w:br/>
        <w:t>Та тіло стало як метали,&lt;br /&gt;</w:t>
        <w:br/>
        <w:t>хоч як його, садист, не гни...&lt;br /&gt;</w:t>
        <w:br/>
        <w:t>Не тільки на тобі вони&lt;br /&gt;</w:t>
        <w:br/>
        <w:t>криваві дзьоби поламали,&lt;br /&gt;</w:t>
        <w:br/>
        <w:t>але й на нас... Не ллється кров...&lt;br /&gt;</w:t>
        <w:br/>
        <w:t>Зламав їх дзьоби злі Хрущов...</w:t>
      </w:r>
    </w:p>
    <w:p>
      <w:r>
        <w:br/>
        <w:t>А ось і Старченко... Не в Кульпи,&lt;br /&gt;</w:t>
        <w:br/>
        <w:t>що на Кавказі, лине спів,&lt;br /&gt;</w:t>
        <w:br/>
        <w:t>де я ще хлопчиком ходив,&lt;br /&gt;</w:t>
        <w:br/>
        <w:t>а славлю я тебе, наш Бульба,&lt;br /&gt;</w:t>
        <w:br/>
        <w:t>в інтерпретації червоній.&lt;br /&gt;</w:t>
        <w:br/>
        <w:t>Ти не боявсь страшних агоній&lt;br /&gt;</w:t>
        <w:br/>
        <w:t>і вмер масивно, як і жив,&lt;br /&gt;</w:t>
        <w:br/>
        <w:t>бо дуже сало ти любив...&lt;br /&gt;</w:t>
        <w:br/>
        <w:t>Любив ти добре попоїсти.&lt;br /&gt;</w:t>
        <w:br/>
        <w:t>Це не в огуду комуністу,&lt;br /&gt;</w:t>
        <w:br/>
        <w:t>ні в чім мені з ним не змагатись.&lt;br /&gt;</w:t>
        <w:br/>
        <w:t>Мені він нагадав людину,&lt;br /&gt;</w:t>
        <w:br/>
        <w:t>що салом мріяла вкриватись...&lt;br /&gt;</w:t>
        <w:br/>
        <w:t>Над ним я не сміюсь, а плачу...&lt;br /&gt;</w:t>
        <w:br/>
        <w:t>Така вже українська вдача,&lt;br /&gt;</w:t>
        <w:br/>
        <w:t>щоб оком до усього звичним&lt;br /&gt;</w:t>
        <w:br/>
        <w:t>смішне побачити в трагічнім...</w:t>
      </w:r>
    </w:p>
    <w:p>
      <w:r>
        <w:br/>
        <w:t>А Київ все шумить навколо...&lt;br /&gt;</w:t>
        <w:br/>
        <w:t>Пора каштанів і кохання...&lt;br /&gt;</w:t>
        <w:br/>
        <w:t>І от згадав я про Миколу,&lt;br /&gt;</w:t>
        <w:br/>
        <w:t>згадав про автора: "Цень-Цяня".&lt;br /&gt;</w:t>
        <w:br/>
        <w:t>Його я вчора, друзі, стрів&lt;br /&gt;</w:t>
        <w:br/>
        <w:t>і вводжу в свій ліричний спів...&lt;br /&gt;</w:t>
        <w:br/>
        <w:t>А він іде, високочолий.&lt;br /&gt;</w:t>
        <w:br/>
        <w:t>Заходь, Терещенко Миколо!&lt;br /&gt;</w:t>
        <w:br/>
        <w:t>Але спитаю я по-свійськи:&lt;br /&gt;</w:t>
        <w:br/>
        <w:t>"Чи ти узбецький, чи вкраїнський?&lt;br /&gt;</w:t>
        <w:br/>
        <w:t>Щось не ясна душа твоя,&lt;br /&gt;</w:t>
        <w:br/>
        <w:t>хоч любиш ти Дніпро і поле..."&lt;br /&gt;</w:t>
        <w:br/>
        <w:t>"Звичайно, український я", —&lt;br /&gt;</w:t>
        <w:br/>
        <w:t>відповіла мені Микола.&lt;br /&gt;</w:t>
        <w:br/>
        <w:t>Так ми й умовились для мет,&lt;br /&gt;</w:t>
        <w:br/>
        <w:t>що український він поет...&lt;br /&gt;</w:t>
        <w:br/>
        <w:t>Немарно ж оспівав Цень-Цяня,&lt;br /&gt;</w:t>
        <w:br/>
        <w:t>хоч довго жив в Узбекистані.&lt;br /&gt;</w:t>
        <w:br/>
        <w:t>Ось Панч Петро переді мною.&lt;br /&gt;</w:t>
        <w:br/>
        <w:t>Його я постаттю стрункою&lt;br /&gt;</w:t>
        <w:br/>
        <w:t>милуюсь. Точний, пунктуальний,&lt;br /&gt;</w:t>
        <w:br/>
        <w:t>для всіх нас приклад ідеальний,&lt;br /&gt;</w:t>
        <w:br/>
        <w:t>зразок людини й комуніста...&lt;br /&gt;</w:t>
        <w:br/>
        <w:t>Він любить ніжного Сосюру,&lt;br /&gt;</w:t>
        <w:br/>
        <w:t>і я його — за міць культурну.&lt;br /&gt;</w:t>
        <w:br/>
        <w:t>Не переносить особисте&lt;br /&gt;</w:t>
        <w:br/>
        <w:t>він в боротьбу літературну,&lt;br /&gt;</w:t>
        <w:br/>
        <w:t>він не п'яниця й не скандальний...&lt;br /&gt;</w:t>
        <w:br/>
        <w:t>Та ще й він батько ідеальний...&lt;br /&gt;</w:t>
        <w:br/>
        <w:t>Він дочки дві до серця горне,&lt;br /&gt;</w:t>
        <w:br/>
        <w:t>та любить білу, а не чорну...&lt;br /&gt;</w:t>
        <w:br/>
        <w:t>Він гордо з нами йде у далі...&lt;br /&gt;</w:t>
        <w:br/>
        <w:t>Є тріщини і в ідеалі.</w:t>
      </w:r>
    </w:p>
    <w:p>
      <w:r>
        <w:br/>
        <w:t>Ми йдем на штурм і зла, й рутини,&lt;br /&gt;</w:t>
        <w:br/>
        <w:t>нас породив багряний час.&lt;br /&gt;</w:t>
        <w:br/>
        <w:t>І Стельмах з усміхом дитини&lt;br /&gt;</w:t>
        <w:br/>
        <w:t>й лицем боксера йде між нас.&lt;br /&gt;</w:t>
        <w:br/>
        <w:t>Для миру він і для народу&lt;br /&gt;</w:t>
        <w:br/>
        <w:t>готов творити знов і знов...&lt;br /&gt;</w:t>
        <w:br/>
        <w:t>Він любить розливати воду&lt;br /&gt;</w:t>
        <w:br/>
        <w:t>в своїх романах, а не кров.</w:t>
      </w:r>
    </w:p>
    <w:p>
      <w:r>
        <w:br/>
        <w:t>П'янов, Смілянський, Кондратенко,&lt;br /&gt;</w:t>
        <w:br/>
        <w:t>блідий, задуманий Боженко&lt;br /&gt;</w:t>
        <w:br/>
        <w:t>ідуть. В очах їх море зір...&lt;br /&gt;</w:t>
        <w:br/>
        <w:t>Владко, Дмитерко Любомир...&lt;br /&gt;</w:t>
        <w:br/>
        <w:t>Вони багряний стяг до зір&lt;br /&gt;</w:t>
        <w:br/>
        <w:t>підносять у борні за мир,&lt;br /&gt;</w:t>
        <w:br/>
        <w:t>з народом разом... Як дударик,&lt;br /&gt;</w:t>
        <w:br/>
        <w:t>слідами слав іде Косарик.&lt;br /&gt;</w:t>
        <w:br/>
        <w:t>Він, дорогі товариші,&lt;br /&gt;</w:t>
        <w:br/>
        <w:t>мій друг і брат, краса душі,&lt;br /&gt;</w:t>
        <w:br/>
        <w:t>й в літературі не комарик.&lt;br /&gt;</w:t>
        <w:br/>
        <w:t>Уже не стогнуть гори-хвилі&lt;br /&gt;</w:t>
        <w:br/>
        <w:t>Дніпра, що оспівав Тарас...&lt;br /&gt;</w:t>
        <w:br/>
        <w:t>Дмитро знайшов Гурамішвілі,&lt;br /&gt;</w:t>
        <w:br/>
        <w:t>його могилу на Вкраїні...&lt;br /&gt;</w:t>
        <w:br/>
        <w:t>І йде, як півник, поміж нас.&lt;br /&gt;</w:t>
        <w:br/>
        <w:t>І вже сміються хвилі сині,&lt;br /&gt;</w:t>
        <w:br/>
        <w:t>і слухає Комуни дзвін&lt;br /&gt;</w:t>
        <w:br/>
        <w:t>тбіліський наш громадянин.&lt;br /&gt;</w:t>
        <w:br/>
        <w:t>О золотий зорі дударик,&lt;br /&gt;</w:t>
        <w:br/>
        <w:t>люблю тебе, Дмитро Косарик!&lt;br /&gt;</w:t>
        <w:br/>
        <w:t>Ми всі в труді гартуєм сили,&lt;br /&gt;</w:t>
        <w:br/>
        <w:t>ми всі — свобода і весна.&lt;br /&gt;</w:t>
        <w:br/>
        <w:t>Ось наступив Мокрієв милий&lt;br /&gt;</w:t>
        <w:br/>
        <w:t>на тінь Миколи Бажана&lt;br /&gt;</w:t>
        <w:br/>
        <w:t>І чемно вибачивсь... О брате!&lt;br /&gt;</w:t>
        <w:br/>
        <w:t>Іде бундючно в даль крилату&lt;br /&gt;</w:t>
        <w:br/>
        <w:t>Бажан з усмішкою кастрата,&lt;br /&gt;</w:t>
        <w:br/>
        <w:t>що славить Кремль, як сонця жар.&lt;br /&gt;</w:t>
        <w:br/>
        <w:t>А голова — більярдний шар.&lt;br /&gt;</w:t>
        <w:br/>
        <w:t>Він любить імена і дати&lt;br /&gt;</w:t>
        <w:br/>
        <w:t>і з нами йде в Комуни мак...&lt;br /&gt;</w:t>
        <w:br/>
        <w:t>Не даль грозову і похмуру&lt;br /&gt;</w:t>
        <w:br/>
        <w:t>так хоче славити наш спів...</w:t>
      </w:r>
    </w:p>
    <w:p>
      <w:r>
        <w:br/>
        <w:t>Ну, може, годі вже імен?&lt;br /&gt;</w:t>
        <w:br/>
        <w:t>Як у напрузі струн-антен,&lt;br /&gt;</w:t>
        <w:br/>
        <w:t>Павло Григорович Тичина,&lt;br /&gt;</w:t>
        <w:br/>
        <w:t>хоч не Григорович Тарас,&lt;br /&gt;</w:t>
        <w:br/>
        <w:t>та все ж найкращий серед нас.&lt;br /&gt;</w:t>
        <w:br/>
        <w:t>Це я кажу про вас лукаво&lt;br /&gt;</w:t>
        <w:br/>
        <w:t>й веду в поезії ріллю,&lt;br /&gt;</w:t>
        <w:br/>
        <w:t>бо дуже любите ви славу, —&lt;br /&gt;</w:t>
        <w:br/>
        <w:t>я ж славолюбів не люблю.&lt;br /&gt;</w:t>
        <w:br/>
        <w:t>А вас люблю, мій ніжний квіте!&lt;br /&gt;</w:t>
        <w:br/>
        <w:t>Цього нічим не пояснити&lt;br /&gt;</w:t>
        <w:br/>
        <w:t>в ліричній практиці моїй...&lt;br /&gt;</w:t>
        <w:br/>
        <w:t>О друже, любий, рідний мій,&lt;br /&gt;</w:t>
        <w:br/>
        <w:t>товаришу мій геніальний!&lt;br /&gt;</w:t>
        <w:br/>
        <w:t>Ви, наче шторм десятибальний.&lt;br /&gt;</w:t>
        <w:br/>
        <w:t>Коли розсердитеся... Да,&lt;br /&gt;</w:t>
        <w:br/>
        <w:t>співець і дружби, і труда!</w:t>
      </w:r>
    </w:p>
    <w:p>
      <w:r>
        <w:br/>
        <w:t>Згадаю вас я, о любов,&lt;br /&gt;</w:t>
        <w:br/>
        <w:t>І Палійчук, і Ушаков!&lt;br /&gt;</w:t>
        <w:br/>
        <w:t>Встає — сама любов до слова,&lt;br /&gt;</w:t>
        <w:br/>
        <w:t>лице розумнеє Петрова.&lt;br /&gt;</w:t>
        <w:br/>
        <w:t>О тиск братерський рідних рук!&lt;br /&gt;</w:t>
        <w:br/>
        <w:t>Люблю тебе, мій Палійчук,&lt;br /&gt;</w:t>
        <w:br/>
        <w:t>люблю любов'ю побратима,&lt;br /&gt;</w:t>
        <w:br/>
        <w:t>твій гострий ум, співучі рими...&lt;br /&gt;</w:t>
        <w:br/>
        <w:t>Ти ж любиш, як цвітуть сади,&lt;br /&gt;</w:t>
        <w:br/>
        <w:t>тобі чужа слабих зажура,&lt;br /&gt;</w:t>
        <w:br/>
        <w:t>як сталь ти був у дні біди.&lt;br /&gt;</w:t>
        <w:br/>
        <w:t>В тобі злилися назавжди&lt;br /&gt;</w:t>
        <w:br/>
        <w:t>поезія і фізкультура...&lt;br /&gt;</w:t>
        <w:br/>
        <w:t>А Ушаков... Тонкий естет...&lt;br /&gt;</w:t>
        <w:br/>
        <w:t>Хай кажуть: "Камерний поет", —&lt;br /&gt;</w:t>
        <w:br/>
        <w:t>щасливий я, що не зазнав&lt;br /&gt;</w:t>
        <w:br/>
        <w:t>ти камери, хоч і страждав,&lt;br /&gt;</w:t>
        <w:br/>
        <w:t>як я, невинно, за Вкраїну...&lt;br /&gt;</w:t>
        <w:br/>
        <w:t>Люблю тебе, як сонце й сміх,&lt;br /&gt;</w:t>
        <w:br/>
        <w:t>як музу щастя солов'їну,&lt;br /&gt;</w:t>
        <w:br/>
        <w:t>тебе — поезії дитину...&lt;br /&gt;</w:t>
        <w:br/>
        <w:t>Побільше б "камерних таких"!</w:t>
      </w:r>
    </w:p>
    <w:p>
      <w:r>
        <w:br/>
        <w:t>Нехай співає серце-птах&lt;br /&gt;</w:t>
        <w:br/>
        <w:t>про Франчука, що по зубах&lt;br /&gt;</w:t>
        <w:br/>
        <w:t>ударив великодержавця,&lt;br /&gt;</w:t>
        <w:br/>
        <w:t>бо в нього лева кров — не зайця&lt;br /&gt;</w:t>
        <w:br/>
        <w:t>Й про Гриця Бойка заспівай,&lt;br /&gt;</w:t>
        <w:br/>
        <w:t>О серце, він земляк мій милий.&lt;br /&gt;</w:t>
        <w:br/>
        <w:t>Земля донецька, дай же сили&lt;br /&gt;</w:t>
        <w:br/>
        <w:t>твому синочку! Хворий він,&lt;br /&gt;</w:t>
        <w:br/>
        <w:t>смуглявий твій, худенький син.&lt;br /&gt;</w:t>
        <w:br/>
        <w:t>Але бадьорий. Має крила.&lt;br /&gt;</w:t>
        <w:br/>
        <w:t>Одної легені нема, —&lt;br /&gt;</w:t>
        <w:br/>
        <w:t>зате душа у нього ціла,&lt;br /&gt;</w:t>
        <w:br/>
        <w:t>неначе музика сама.&lt;br /&gt;</w:t>
        <w:br/>
        <w:t>Я пам'ятаю... Дим... Донбас.&lt;br /&gt;</w:t>
        <w:br/>
        <w:t>Він жив тоді коло заводу&lt;br /&gt;</w:t>
        <w:br/>
        <w:t>І од чахотки ледь не згас,&lt;br /&gt;</w:t>
        <w:br/>
        <w:t>і не попав у Лети води...&lt;br /&gt;</w:t>
        <w:br/>
        <w:t>Та крила виросли йому,&lt;br /&gt;</w:t>
        <w:br/>
        <w:t>й він пронизав смертельну тьму&lt;br /&gt;</w:t>
        <w:br/>
        <w:t>торпеда вогняна неначе,&lt;br /&gt;</w:t>
        <w:br/>
        <w:t>і сонце над Дніпром побачив...&lt;br /&gt;</w:t>
        <w:br/>
        <w:t>Хоч легеню, сумну, козачу,&lt;br /&gt;</w:t>
        <w:br/>
        <w:t>Амосов вирізав йому...&lt;br /&gt;</w:t>
        <w:br/>
        <w:t>Мій любий Грицю! Я... не плачу...&lt;br /&gt;</w:t>
        <w:br/>
        <w:t>Ще довго в рідную блакить&lt;br /&gt;</w:t>
        <w:br/>
        <w:t>ти будеш зорити і жить!&lt;br /&gt;</w:t>
        <w:br/>
        <w:t>А Дольд-Михайлик... Він судьби&lt;br /&gt;</w:t>
        <w:br/>
        <w:t>зазнав під скальпелем хірурга&lt;br /&gt;</w:t>
        <w:br/>
        <w:t>такої ж, як і Гриць... Люби,&lt;br /&gt;</w:t>
        <w:br/>
        <w:t>О серце, їх! Для Київ-бурга&lt;br /&gt;</w:t>
        <w:br/>
        <w:t>вони — сяйливий дух доби...</w:t>
      </w:r>
    </w:p>
    <w:p>
      <w:r>
        <w:br/>
        <w:t>Якщо образив я зненацька&lt;br /&gt;</w:t>
        <w:br/>
        <w:t>когось із вас, простіть мене...&lt;br /&gt;</w:t>
        <w:br/>
        <w:t>Натхнення вітер так жене&lt;br /&gt;</w:t>
        <w:br/>
        <w:t>мої думки, для друзів братські,&lt;br /&gt;</w:t>
        <w:br/>
        <w:t>в ці золоті чудесні дні...&lt;br /&gt;</w:t>
        <w:br/>
        <w:t>І усміхається мені&lt;br /&gt;</w:t>
        <w:br/>
        <w:t>партійний лев наш, друг Збанацький.&lt;br /&gt;</w:t>
        <w:br/>
        <w:t>Не знає відпочинку він,&lt;br /&gt;</w:t>
        <w:br/>
        <w:t>все дзвонить в "Малиновий дзвін"...&lt;br /&gt;</w:t>
        <w:br/>
        <w:t>Мене він спокоєм лікує.&lt;br /&gt;</w:t>
        <w:br/>
        <w:t>Люблю його, його вуста,&lt;br /&gt;</w:t>
        <w:br/>
        <w:t>і брови, й очі, шо не всує&lt;br /&gt;</w:t>
        <w:br/>
        <w:t>йому дала трагічна мати,&lt;br /&gt;</w:t>
        <w:br/>
        <w:t>щоб нам могла у зір сіяти&lt;br /&gt;</w:t>
        <w:br/>
        <w:t>Героя зірка золота.&lt;br /&gt;</w:t>
        <w:br/>
        <w:t>Прийшов товариш Рубашов.&lt;br /&gt;</w:t>
        <w:br/>
        <w:t>Люблю таких, вони уперті.&lt;br /&gt;</w:t>
        <w:br/>
        <w:t>І промовля йому любов:&lt;br /&gt;</w:t>
        <w:br/>
        <w:t>"Заходь, товаришу, в Безсмертя!"&lt;br /&gt;</w:t>
        <w:br/>
        <w:t>У наших жилах спільна кров...</w:t>
      </w:r>
    </w:p>
    <w:p>
      <w:r>
        <w:br/>
        <w:t>Ось Бейлін — дня громадянин,&lt;br /&gt;</w:t>
        <w:br/>
        <w:t>з такими чорними очами,&lt;br /&gt;</w:t>
        <w:br/>
        <w:t>що потонути можна в них,&lt;br /&gt;</w:t>
        <w:br/>
        <w:t>як в морі, там, де хвиль розбіг&lt;br /&gt;</w:t>
        <w:br/>
        <w:t>у битві з грізними вітрами,&lt;br /&gt;</w:t>
        <w:br/>
        <w:t>як ночі місячні мої,&lt;br /&gt;</w:t>
        <w:br/>
        <w:t>коли співають солов'ї,&lt;br /&gt;</w:t>
        <w:br/>
        <w:t>й так тихо в нас і понад нами...&lt;br /&gt;</w:t>
        <w:br/>
        <w:t>І за тонкий художній смак&lt;br /&gt;</w:t>
        <w:br/>
        <w:t>люблю я Кучера дружину...&lt;br /&gt;</w:t>
        <w:br/>
        <w:t>Вона пройшла крізь гул атак&lt;br /&gt;</w:t>
        <w:br/>
        <w:t>у боротьбі за Батьківщину,&lt;br /&gt;</w:t>
        <w:br/>
        <w:t>знялась орлицею в блакить&lt;br /&gt;</w:t>
        <w:br/>
        <w:t>і Васю одучила пить.</w:t>
      </w:r>
    </w:p>
    <w:p>
      <w:r>
        <w:br/>
        <w:t>Іще згадав я, о весна,&lt;br /&gt;</w:t>
        <w:br/>
        <w:t>про Віктора, про Литвина,&lt;br /&gt;</w:t>
        <w:br/>
        <w:t>чи той, Вітковського, поета.&lt;br /&gt;</w:t>
        <w:br/>
        <w:t>За мене, друзі (о блакить!),&lt;br /&gt;</w:t>
        <w:br/>
        <w:t>хотів він Торіна побить,&lt;br /&gt;</w:t>
        <w:br/>
        <w:t>як я — об тротуар штиблети.&lt;br /&gt;</w:t>
        <w:br/>
        <w:t>Та геть образи! Серце цить!&lt;br /&gt;</w:t>
        <w:br/>
        <w:t>Воно ж не слуха, не мовчить&lt;br /&gt;</w:t>
        <w:br/>
        <w:t>і скорбно, й гнівно так співає&lt;br /&gt;</w:t>
        <w:br/>
        <w:t>про тих, кого між нас немає...&lt;br /&gt;</w:t>
        <w:br/>
        <w:t>Іван Каляник. Гул століть&lt;br /&gt;</w:t>
        <w:br/>
        <w:t>в його поезії прекрасній&lt;br /&gt;</w:t>
        <w:br/>
        <w:t>і сонечко в усмішці ясній,&lt;br /&gt;</w:t>
        <w:br/>
        <w:t>що маком у душі горить,&lt;br /&gt;</w:t>
        <w:br/>
        <w:t>аж поки сонце не погасне.&lt;br /&gt;</w:t>
        <w:br/>
        <w:t>Його ж кати взяли на смерть&lt;br /&gt;</w:t>
        <w:br/>
        <w:t>з дружиною глухої ночі...&lt;br /&gt;</w:t>
        <w:br/>
        <w:t>І витекли од кулі очі,&lt;br /&gt;</w:t>
        <w:br/>
        <w:t>і рухнула для нього твердь...</w:t>
      </w:r>
    </w:p>
    <w:p>
      <w:r>
        <w:br/>
        <w:t>Бузько і Льонічка Чернов...&lt;br /&gt;</w:t>
        <w:br/>
        <w:t>Яка душа у них прекрасна,&lt;br /&gt;</w:t>
        <w:br/>
        <w:t>й в Дніпровського, шо вмер завчасно.&lt;br /&gt;</w:t>
        <w:br/>
        <w:t>їх у години тайних гроз&lt;br /&gt;</w:t>
        <w:br/>
        <w:t>обох пожер туберкульоз...&lt;br /&gt;</w:t>
        <w:br/>
        <w:t>Та, чй у грудні, чи в іюлі,&lt;br /&gt;</w:t>
        <w:br/>
        <w:t>їх все одно пожерли б кулі,&lt;br /&gt;</w:t>
        <w:br/>
        <w:t>так, як Бузька. Він красень був&lt;br /&gt;</w:t>
        <w:br/>
        <w:t>з густими чорними бровами.&lt;br /&gt;</w:t>
        <w:br/>
        <w:t>В годину бою і заграв,&lt;br /&gt;</w:t>
        <w:br/>
        <w:t>коли пливли в гаю тумани,&lt;br /&gt;</w:t>
        <w:br/>
        <w:t>він Заболотного спіймав,&lt;br /&gt;</w:t>
        <w:br/>
        <w:t>та й сам од кулі тої впав,&lt;br /&gt;</w:t>
        <w:br/>
        <w:t>що пронизала отамана...&lt;br /&gt;</w:t>
        <w:br/>
        <w:t>Така йому за подвиг шана.&lt;br /&gt;</w:t>
        <w:br/>
        <w:t>Колись читав я і "Шпіона"&lt;br /&gt;</w:t>
        <w:br/>
        <w:t>в моєї юні дальні дні...&lt;br /&gt;</w:t>
        <w:br/>
        <w:t>Бузько героя Фенімора&lt;br /&gt;</w:t>
        <w:br/>
        <w:t>чомусь нагадував мені...&lt;br /&gt;</w:t>
        <w:br/>
        <w:t>Ти йдеш між нами, чорногузе!..&lt;br /&gt;</w:t>
        <w:br/>
        <w:t>Ще мить, і от ти полетиш!..&lt;br /&gt;</w:t>
        <w:br/>
        <w:t>Та вколо тебе — тільки тиш...&lt;br /&gt;</w:t>
        <w:br/>
        <w:t>А ті гладке наїли пузо,&lt;br /&gt;</w:t>
        <w:br/>
        <w:t>щоб ми всі гнулись, як комиш,&lt;br /&gt;</w:t>
        <w:br/>
        <w:t>кати великого Карузо,&lt;br /&gt;</w:t>
        <w:br/>
        <w:t>співця безсмертного мого,&lt;br /&gt;</w:t>
        <w:br/>
        <w:t>вони, із смертю у союзі,&lt;br /&gt;</w:t>
        <w:br/>
        <w:t>убили золотом його.&lt;br /&gt;</w:t>
        <w:br/>
        <w:t>Та нас не вб'ють, кохані друзі,&lt;br /&gt;</w:t>
        <w:br/>
        <w:t>в години атомних тривог,&lt;br /&gt;</w:t>
        <w:br/>
        <w:t>бо золото для нас — не Бог.&lt;br /&gt;</w:t>
        <w:br/>
        <w:t>Я не люблю глухих, інертних,&lt;br /&gt;</w:t>
        <w:br/>
        <w:t>з них кожен схожий на мерця,&lt;br /&gt;</w:t>
        <w:br/>
        <w:t>і вводжу в Пантеон Безсмертних&lt;br /&gt;</w:t>
        <w:br/>
        <w:t>я ще Хорунжого й Швеця.&lt;br /&gt;</w:t>
        <w:br/>
        <w:t>Спустивсь Хорунжий у метро,&lt;br /&gt;</w:t>
        <w:br/>
        <w:t>щоб знятись в хмари над Дніпро.&lt;br /&gt;</w:t>
        <w:br/>
        <w:t>А Швець, позбувшись малярії,&lt;br /&gt;</w:t>
        <w:br/>
        <w:t>Писать став вірші "не плохіє,&lt;br /&gt;</w:t>
        <w:br/>
        <w:t>в ньом о труде пойот любовь", —&lt;br /&gt;</w:t>
        <w:br/>
        <w:t>сказав про нього Ушаков.</w:t>
      </w:r>
    </w:p>
    <w:p>
      <w:r>
        <w:br/>
        <w:t>Донбас мені подарував&lt;br /&gt;</w:t>
        <w:br/>
        <w:t>за роки мрій, чекання ночі,&lt;br /&gt;</w:t>
        <w:br/>
        <w:t>як моря даль, кохані очі...&lt;br /&gt;</w:t>
        <w:br/>
        <w:t>Ти, як фіалка та між трав,&lt;br /&gt;</w:t>
        <w:br/>
        <w:t>так тонко пахла для поета,&lt;br /&gt;</w:t>
        <w:br/>
        <w:t>Маріє! Я ж побив штиблети&lt;br /&gt;</w:t>
        <w:br/>
        <w:t>і у галошах виступав,&lt;br /&gt;</w:t>
        <w:br/>
        <w:t>де нас той вечір поєднав...&lt;br /&gt;</w:t>
        <w:br/>
        <w:t>Осяяв він мої надії,&lt;br /&gt;</w:t>
        <w:br/>
        <w:t>той синій вечір... О Маріє!&lt;br /&gt;</w:t>
        <w:br/>
        <w:t>Колись, маленький, я стояв&lt;br /&gt;</w:t>
        <w:br/>
        <w:t>у церкві й слухав дивні хори...&lt;br /&gt;</w:t>
        <w:br/>
        <w:t>А зір в уяві малював&lt;br /&gt;</w:t>
        <w:br/>
        <w:t>далекий рай, як спів Аврори,&lt;br /&gt;</w:t>
        <w:br/>
        <w:t>ягнят і тигрів поміж трав...&lt;br /&gt;</w:t>
        <w:br/>
        <w:t>Я так хотів святим буть, чистим!&lt;br /&gt;</w:t>
        <w:br/>
        <w:t>Та янгол із мечем огнистим&lt;br /&gt;</w:t>
        <w:br/>
        <w:t>мене до раю не пускав,&lt;br /&gt;</w:t>
        <w:br/>
        <w:t>одрубував він крила мрії...&lt;br /&gt;</w:t>
        <w:br/>
        <w:t>Той янгол був — як ти, Маріє!&lt;br /&gt;</w:t>
        <w:br/>
        <w:t>В годину ту я був не дома,&lt;br /&gt;</w:t>
        <w:br/>
        <w:t>коли покликали кати&lt;br /&gt;</w:t>
        <w:br/>
        <w:t>тебе дзвінком... І щастя пломінь&lt;br /&gt;</w:t>
        <w:br/>
        <w:t>мов згас для мене назавжди.&lt;br /&gt;</w:t>
        <w:br/>
        <w:t>Ще й досі вітер чорний віє...&lt;br /&gt;</w:t>
        <w:br/>
        <w:t>О, як ти мучилась, Маріє!..&lt;br /&gt;</w:t>
        <w:br/>
        <w:t>Тайга і непосильний труд,&lt;br /&gt;</w:t>
        <w:br/>
        <w:t>овес і пси, штики конвою...&lt;br /&gt;</w:t>
        <w:br/>
        <w:t>Була розправа, а не суд,&lt;br /&gt;</w:t>
        <w:br/>
        <w:t>за те, що ти була зі мною...&lt;br /&gt;</w:t>
        <w:br/>
        <w:t>Страшних ночей кривавий бруд&lt;br /&gt;</w:t>
        <w:br/>
        <w:t>уже позаду... Знову день.&lt;br /&gt;</w:t>
        <w:br/>
        <w:t>Тебе ясна рука Хрущова&lt;br /&gt;</w:t>
        <w:br/>
        <w:t>мені вернула для пісень...&lt;br /&gt;</w:t>
        <w:br/>
        <w:t>Вернула! Й я співаю знову...&lt;br /&gt;</w:t>
        <w:br/>
        <w:t>На цьому — крапка, бо усіх&lt;br /&gt;</w:t>
        <w:br/>
        <w:t>не можу ввести в цей папірус.&lt;br /&gt;</w:t>
        <w:br/>
        <w:t>Нехай війни загине вірус!&lt;br /&gt;</w:t>
        <w:br/>
        <w:t>Ми — ковалі, ми щастя клас,&lt;br /&gt;</w:t>
        <w:br/>
        <w:t>Хай сонце світить лиш для нас!</w:t>
      </w:r>
    </w:p>
    <w:p>
      <w:r>
        <w:br/>
        <w:t>Заснув Довженко геніальний,&lt;br /&gt;</w:t>
        <w:br/>
        <w:t>повік заснув... Про людства весни,&lt;br /&gt;</w:t>
        <w:br/>
        <w:t>син зачарованої Десни,&lt;br /&gt;</w:t>
        <w:br/>
        <w:t>ти мріяв... Приклад свій повчальний&lt;br /&gt;</w:t>
        <w:br/>
        <w:t>лишив живим ти, щоб у них&lt;br /&gt;</w:t>
        <w:br/>
        <w:t>віками жить. Бо ти — мільйони&lt;br /&gt;</w:t>
        <w:br/>
        <w:t>синів України сумних.</w:t>
      </w:r>
    </w:p>
    <w:p>
      <w:r>
        <w:br/>
        <w:t>Ти смерть безсмертям переміг,&lt;br /&gt;</w:t>
        <w:br/>
        <w:t>але недовго буть сумними&lt;br /&gt;</w:t>
        <w:br/>
        <w:t>твоїм синам, о краю мій!&lt;br /&gt;</w:t>
        <w:br/>
        <w:t>Уже пливуть заводів дими&lt;br /&gt;</w:t>
        <w:br/>
        <w:t>як знак, що прийде день новий.&lt;br /&gt;</w:t>
        <w:br/>
        <w:t>І край мій зоряний злетить&lt;br /&gt;</w:t>
        <w:br/>
        <w:t>багряним стягом у блакить,&lt;br /&gt;</w:t>
        <w:br/>
        <w:t>щоб сяяти в безмежних роках...&lt;br /&gt;</w:t>
        <w:br/>
        <w:t>І у містах ясних, широких&lt;br /&gt;</w:t>
        <w:br/>
        <w:t>вкраїнська мова зазвучить&lt;br /&gt;</w:t>
        <w:br/>
        <w:t>під золотого неба шати&lt;br /&gt;</w:t>
        <w:br/>
        <w:t>і буде вічно в них звучати...</w:t>
      </w:r>
    </w:p>
    <w:p>
      <w:r>
        <w:br/>
        <w:t>Нехай зігнули у дугу&lt;br /&gt;</w:t>
        <w:br/>
        <w:t>колись Івана Кочергу,&lt;br /&gt;</w:t>
        <w:br/>
        <w:t>неначе райдугу тугу...&lt;br /&gt;</w:t>
        <w:br/>
        <w:t>Та пам'ятатимуть дугу ту,&lt;br /&gt;</w:t>
        <w:br/>
        <w:t>зубами вибитими люто,&lt;br /&gt;</w:t>
        <w:br/>
        <w:t>тих, хто, як райдугу тугу,&lt;br /&gt;</w:t>
        <w:br/>
        <w:t>згинав Івана Кочергу.&lt;br /&gt;</w:t>
        <w:br/>
        <w:t>Безсмертний вщ. А той, хто гнув,&lt;br /&gt;</w:t>
        <w:br/>
        <w:t>у небуття, у тлінь загув,&lt;br /&gt;</w:t>
        <w:br/>
        <w:t>хоч він і ходить, і говорить,&lt;br /&gt;</w:t>
        <w:br/>
        <w:t>і "ратує" за все нове.&lt;br /&gt;</w:t>
        <w:br/>
        <w:t>Та мертвий той, хто свої твори&lt;br /&gt;</w:t>
        <w:br/>
        <w:t>ще за життя переживе.&lt;br /&gt;</w:t>
        <w:br/>
        <w:t>А Кочерга. Твій труд упертий&lt;br /&gt;</w:t>
        <w:br/>
        <w:t>навік лишився між живих.&lt;br /&gt;</w:t>
        <w:br/>
        <w:t>Щасливий той, хто й після смерті&lt;br /&gt;</w:t>
        <w:br/>
        <w:t>живе у образах своїх!</w:t>
      </w:r>
    </w:p>
    <w:p>
      <w:r>
        <w:br/>
        <w:t>Люблю тебе, моя ти пісне,&lt;br /&gt;</w:t>
        <w:br/>
        <w:t>за те, що ти така дзвінка.&lt;br /&gt;</w:t>
        <w:br/>
        <w:t>Тіка все темне й ненависне&lt;br /&gt;</w:t>
        <w:br/>
        <w:t>од Федора Маківчука.&lt;br /&gt;</w:t>
        <w:br/>
        <w:t>А ще люблю Кавалерідзе,&lt;br /&gt;</w:t>
        <w:br/>
        <w:t>Минка, і Гундича, і Нідзе,&lt;br /&gt;</w:t>
        <w:br/>
        <w:t>люблю я Гмирю й Гнатюка.&lt;br /&gt;</w:t>
        <w:br/>
        <w:t>Як брат, іде в безсмертне коло&lt;br /&gt;</w:t>
        <w:br/>
        <w:t>рум'яний Ворвулів Микола.&lt;br /&gt;</w:t>
        <w:br/>
        <w:t>Аплодисментів землетрус&lt;br /&gt;</w:t>
        <w:br/>
        <w:t>він виклика натхненним співом.&lt;br /&gt;</w:t>
        <w:br/>
        <w:t>Я думав, що він білорус,&lt;br /&gt;</w:t>
        <w:br/>
        <w:t>а він — вкраїнець! Слова дивом&lt;br /&gt;</w:t>
        <w:br/>
        <w:t>чарує він (те слово щире)...&lt;br /&gt;</w:t>
        <w:br/>
        <w:t>Моя любов цвіте до Гмирі,&lt;br /&gt;</w:t>
        <w:br/>
        <w:t>як соняшник той золотий,&lt;br /&gt;</w:t>
        <w:br/>
        <w:t>коли чоло він повертає&lt;br /&gt;</w:t>
        <w:br/>
        <w:t>у час вечірній, голубий&lt;br /&gt;</w:t>
        <w:br/>
        <w:t>і слуха, як зоря співає...&lt;br /&gt;</w:t>
        <w:br/>
        <w:t>Ще Мілютенка я люблю&lt;br /&gt;</w:t>
        <w:br/>
        <w:t>і Добровольського, титана&lt;br /&gt;</w:t>
        <w:br/>
        <w:t>не лиш на сцені, а й на зріст.&lt;br /&gt;</w:t>
        <w:br/>
        <w:t>Людина, красень і артист,&lt;br /&gt;</w:t>
        <w:br/>
        <w:t>він назавжди, як блиск зорі,&lt;br /&gt;</w:t>
        <w:br/>
        <w:t>зачарував мене в "Петрі",..&lt;br /&gt;</w:t>
        <w:br/>
        <w:t>О пісне! Темне ти все ниць кинь,&lt;br /&gt;</w:t>
        <w:br/>
        <w:t>його на попіл ти розвій!&lt;br /&gt;</w:t>
        <w:br/>
        <w:t>Стоять Юра і Крушельницький,&lt;br /&gt;</w:t>
        <w:br/>
        <w:t>Пономаренко і Ужвій&lt;br /&gt;</w:t>
        <w:br/>
        <w:t>І славлять, та на жах тьми бандам&lt;br /&gt;</w:t>
        <w:br/>
        <w:t>народ і партію талантом,&lt;br /&gt;</w:t>
        <w:br/>
        <w:t>а може, й генієм, це так.&lt;br /&gt;</w:t>
        <w:br/>
        <w:t>Земля ж бо наша ідеальна,&lt;br /&gt;</w:t>
        <w:br/>
        <w:t>а Україна геніальна!&lt;br /&gt;</w:t>
        <w:br/>
        <w:t>Вона в Комуни світлі дні&lt;br /&gt;</w:t>
        <w:br/>
        <w:t>мчить на багряному коні,&lt;br /&gt;</w:t>
        <w:br/>
        <w:t>в залиті сяєвом дороги,&lt;br /&gt;</w:t>
        <w:br/>
        <w:t>як символ ранку золотого.&lt;br /&gt;</w:t>
        <w:br/>
        <w:t>Люблю я всіх, хто серцем чистий!&lt;br /&gt;</w:t>
        <w:br/>
        <w:t>До бідних сповнений жалю,&lt;br /&gt;</w:t>
        <w:br/>
        <w:t>не лиш письменників, артистів, —&lt;br /&gt;</w:t>
        <w:br/>
        <w:t>я й композиторів люблю.&lt;br /&gt;</w:t>
        <w:br/>
        <w:t>Що імена! Вони інертні.&lt;br /&gt;</w:t>
        <w:br/>
        <w:t>Коли ми всі, ми всі безсмертні!&lt;br /&gt;</w:t>
        <w:br/>
        <w:t>Не тільки люди, а й трава,&lt;br /&gt;</w:t>
        <w:br/>
        <w:t>і дерева, і сонце, й квіти...&lt;br /&gt;</w:t>
        <w:br/>
        <w:t>Все умира і ожива,&lt;br /&gt;</w:t>
        <w:br/>
        <w:t>щоб в інших формах вічно жити..&lt;br /&gt;</w:t>
        <w:br/>
        <w:t>Живуть хай Київ і Москва,&lt;br /&gt;</w:t>
        <w:br/>
        <w:t>і кожний той, хто жить достоїн.&lt;br /&gt;</w:t>
        <w:br/>
        <w:t>Добра і правди світлий воїн,&lt;br /&gt;</w:t>
        <w:br/>
        <w:t>з піднесеним до зір чолом&lt;br /&gt;</w:t>
        <w:br/>
        <w:t>іде він кроком міліонним&lt;br /&gt;</w:t>
        <w:br/>
        <w:t>і шле привіт безсмертним гонам&lt;br /&gt;</w:t>
        <w:br/>
        <w:t>любов'ю, піснею й трудом...&lt;br /&gt;</w:t>
        <w:br/>
        <w:t>Ти, як і я, лани криваві&lt;br /&gt;</w:t>
        <w:br/>
        <w:t>пройшов у той далекий час,&lt;br /&gt;</w:t>
        <w:br/>
        <w:t>як і Ковінька, друг ласкавий,&lt;br /&gt;</w:t>
        <w:br/>
        <w:t>що усміхом єднає нас.&lt;br /&gt;</w:t>
        <w:br/>
        <w:t>Подільське сонце... грізні трави..&lt;br /&gt;</w:t>
        <w:br/>
        <w:t>А в серці — зоряний Донбас.&lt;br /&gt;</w:t>
        <w:br/>
        <w:t>Ось лави наступа підкова,&lt;br /&gt;</w:t>
        <w:br/>
        <w:t>і гостро блискають штики...&lt;br /&gt;</w:t>
        <w:br/>
        <w:t>Це йде на білії полки&lt;br /&gt;</w:t>
        <w:br/>
        <w:t>Житомирська юнацька школа,&lt;br /&gt;</w:t>
        <w:br/>
        <w:t>і кашляють броневики...&lt;br /&gt;</w:t>
        <w:br/>
        <w:t>В дозорі я... За мною лава,&lt;br /&gt;</w:t>
        <w:br/>
        <w:t>Проскурів вже, а не Полтаву&lt;br /&gt;</w:t>
        <w:br/>
        <w:t>обороняють козаки...&lt;br /&gt;</w:t>
        <w:br/>
        <w:t>Але уже не од червоних,&lt;br /&gt;</w:t>
        <w:br/>
        <w:t>а білих... передав штику&lt;br /&gt;</w:t>
        <w:br/>
        <w:t>я волю всю, всю юнь грозову...&lt;br /&gt;</w:t>
        <w:br/>
        <w:t>А на мені кашкет військовий&lt;br /&gt;</w:t>
        <w:br/>
        <w:t>германо-польського зразку.&lt;br /&gt;</w:t>
        <w:br/>
        <w:t>Я йду й зітхаю гірко-гірко.&lt;br /&gt;</w:t>
        <w:br/>
        <w:t>Як жаль, що над чолом моїм&lt;br /&gt;</w:t>
        <w:br/>
        <w:t>не сяє в даль червона зірка.&lt;br /&gt;</w:t>
        <w:br/>
        <w:t>Ах, той снігів тривожний дим,&lt;br /&gt;</w:t>
        <w:br/>
        <w:t>тривожні гони ті і сажні,&lt;br /&gt;</w:t>
        <w:br/>
        <w:t>і ті сліди, що йшли в Деражню&lt;br /&gt;</w:t>
        <w:br/>
        <w:t>з доріжками од кулеметів,&lt;br /&gt;</w:t>
        <w:br/>
        <w:t>де сумно сяяв штик поета..&lt;br /&gt;</w:t>
        <w:br/>
        <w:t>Болото... А на ньому кров&lt;br /&gt;</w:t>
        <w:br/>
        <w:t>густа й замерзла...&lt;br /&gt;</w:t>
        <w:br/>
        <w:t>Сніг — як з шовку...&lt;br /&gt;</w:t>
        <w:br/>
        <w:t>І ти, Борисе, десь ішов&lt;br /&gt;</w:t>
        <w:br/>
        <w:t>на ката в залізничнім полку.&lt;br /&gt;</w:t>
        <w:br/>
        <w:t>В очах — ненависть і любов...&lt;br /&gt;</w:t>
        <w:br/>
        <w:t>Той сніг і в жилах юна кров...&lt;br /&gt;</w:t>
        <w:br/>
        <w:t>Я йду і диха, наче з горна,&lt;br /&gt;</w:t>
        <w:br/>
        <w:t>снаряд, і гук, як на току...&lt;br /&gt;</w:t>
        <w:br/>
        <w:t>В руках моїх гвинтівка чорна&lt;br /&gt;</w:t>
        <w:br/>
        <w:t>та ще й англійського зразку...&lt;br /&gt;</w:t>
        <w:br/>
        <w:t>Як тяжко згадувать, Борисе!..&lt;br /&gt;</w:t>
        <w:br/>
        <w:t>Це травма на усе життя.&lt;br /&gt;</w:t>
        <w:br/>
        <w:t>Ось броневик по рейках лізе,&lt;br /&gt;</w:t>
        <w:br/>
        <w:t>щоб зупиняти серць биття...&lt;br /&gt;</w:t>
        <w:br/>
        <w:t>Давно, давно... О даль грозова&lt;br /&gt;</w:t>
        <w:br/>
        <w:t>й сніги, криваві од зорі!..&lt;br /&gt;</w:t>
        <w:br/>
        <w:t>Розбили армію Слащова&lt;br /&gt;</w:t>
        <w:br/>
        <w:t>червонії богатирі,&lt;br /&gt;</w:t>
        <w:br/>
        <w:t>але не ми. Полон, Одеса.&lt;br /&gt;</w:t>
        <w:br/>
        <w:t>Червона Армія. Бої.&lt;br /&gt;</w:t>
        <w:br/>
        <w:t>А потім, наче сині леза,&lt;br /&gt;</w:t>
        <w:br/>
        <w:t>побачив очі я твої.&lt;br /&gt;</w:t>
        <w:br/>
        <w:t>Ти ж не куркуль і не попович,&lt;br /&gt;</w:t>
        <w:br/>
        <w:t>мій Антоненко-Давидович!&lt;br /&gt;</w:t>
        <w:br/>
        <w:t>Ти поклонивсь полків могуті&lt;br /&gt;</w:t>
        <w:br/>
        <w:t>й червоній правді. Ти вже дід.&lt;br /&gt;</w:t>
        <w:br/>
        <w:t>За що ж тебе терзали люті,&lt;br /&gt;</w:t>
        <w:br/>
        <w:t>як і Ковіньку, двадцять літ!&lt;br /&gt;</w:t>
        <w:br/>
        <w:t>Дивився ти в гарматні жерла&lt;br /&gt;</w:t>
        <w:br/>
        <w:t>і йшов на смерть за свій народ.&lt;br /&gt;</w:t>
        <w:br/>
        <w:t>За що ж літа твої пожерла&lt;br /&gt;</w:t>
        <w:br/>
        <w:t>ота сволота із сволот!&lt;br /&gt;</w:t>
        <w:br/>
        <w:t>Брехню вона за правди перла&lt;br /&gt;</w:t>
        <w:br/>
        <w:t>нам видавала в чорні дні.&lt;br /&gt;</w:t>
        <w:br/>
        <w:t>Й брехня їх, квітами повита&lt;br /&gt;</w:t>
        <w:br/>
        <w:t>(щоб чорта заховать копита...),&lt;br /&gt;</w:t>
        <w:br/>
        <w:t>здавалась правдою мені.</w:t>
      </w:r>
    </w:p>
    <w:p>
      <w:r>
        <w:br/>
        <w:t>О рідний вітре український,&lt;br /&gt;</w:t>
        <w:br/>
        <w:t>ще й досі в серце так пече,&lt;br /&gt;</w:t>
        <w:br/>
        <w:t>як показав мені Дубинський&lt;br /&gt;</w:t>
        <w:br/>
        <w:t>своє розрубане плече...&lt;br /&gt;</w:t>
        <w:br/>
        <w:t>Він кров пролив за нас червону&lt;br /&gt;</w:t>
        <w:br/>
        <w:t>він був червоним козаком...&lt;br /&gt;</w:t>
        <w:br/>
        <w:t>І я ковтнув сльозу солону&lt;br /&gt;</w:t>
        <w:br/>
        <w:t>й поник зажуреним чолом, —&lt;br /&gt;</w:t>
        <w:br/>
        <w:t>коли пішов герой од мене.&lt;br /&gt;</w:t>
        <w:br/>
        <w:t>І небо плакало зелене,&lt;br /&gt;</w:t>
        <w:br/>
        <w:t>і сонце мов спинило біг,&lt;br /&gt;</w:t>
        <w:br/>
        <w:t>що й цей був в таборах страшних.</w:t>
      </w:r>
    </w:p>
    <w:p>
      <w:r>
        <w:br/>
        <w:t>О краю мій, мій сад вишневий,&lt;br /&gt;</w:t>
        <w:br/>
        <w:t>ти вийшов на бетонний шлях...&lt;br /&gt;</w:t>
        <w:br/>
        <w:t>Лице Нарубіної Єви&lt;br /&gt;</w:t>
        <w:br/>
        <w:t>я бачу в розпачу сльозах,&lt;br /&gt;</w:t>
        <w:br/>
        <w:t>над хвилями Славути бачу...&lt;br /&gt;</w:t>
        <w:br/>
        <w:t>Над горем матері я плачу...&lt;br /&gt;</w:t>
        <w:br/>
        <w:t>Це там, де мрії лоз і трав&lt;br /&gt;</w:t>
        <w:br/>
        <w:t>І все, як райдуга гаряча,&lt;br /&gt;</w:t>
        <w:br/>
        <w:t>Славутич дочку в неї взяв...&lt;br /&gt;</w:t>
        <w:br/>
        <w:t>Знов застить зір туманна плівка...&lt;br /&gt;</w:t>
        <w:br/>
        <w:t>В очах її одчай і жах...&lt;br /&gt;</w:t>
        <w:br/>
        <w:t>Брати! У Єви на очах&lt;br /&gt;</w:t>
        <w:br/>
        <w:t>пропала золота голівка...&lt;br /&gt;</w:t>
        <w:br/>
        <w:t>Я ніби, чую плач і крик...&lt;br /&gt;</w:t>
        <w:br/>
        <w:t>Я чую муку непогасну...&lt;br /&gt;</w:t>
        <w:br/>
        <w:t>За що ж її, і так нещасну,&lt;br /&gt;</w:t>
        <w:br/>
        <w:t>навік покинув чоловік?</w:t>
      </w:r>
    </w:p>
    <w:p>
      <w:r>
        <w:br/>
        <w:t>А ось і Єніна. В журбі,&lt;br /&gt;</w:t>
        <w:br/>
        <w:t>коли була чужа дружина,&lt;br /&gt;</w:t>
        <w:br/>
        <w:t>поета вибрала собі&lt;br /&gt;</w:t>
        <w:br/>
        <w:t>й од серця одірвала сина.&lt;br /&gt;</w:t>
        <w:br/>
        <w:t>Та, вдарена судьби кастетом,&lt;br /&gt;</w:t>
        <w:br/>
        <w:t>дітей не має з Шереметом.</w:t>
      </w:r>
    </w:p>
    <w:p>
      <w:r>
        <w:br/>
        <w:t>Миколо! Ти не ображайся,&lt;br /&gt;</w:t>
        <w:br/>
        <w:t>сумуй, і кайся, і стидайся,&lt;br /&gt;</w:t>
        <w:br/>
        <w:t>хоч в тебе ще гаряча кров,&lt;br /&gt;</w:t>
        <w:br/>
        <w:t>але з судьбою не змагайся...&lt;br /&gt;</w:t>
        <w:br/>
        <w:t>Буває різная любов.&lt;br /&gt;</w:t>
        <w:br/>
        <w:t>Одна — немов сади квітчасті,&lt;br /&gt;</w:t>
        <w:br/>
        <w:t>а друга — біль од терній злих...&lt;br /&gt;</w:t>
        <w:br/>
        <w:t>Ні, нетривке, мій друже, щастя,&lt;br /&gt;</w:t>
        <w:br/>
        <w:t>що виросло із сліз чужих!&lt;br /&gt;</w:t>
        <w:br/>
        <w:t>Я не виню твою дружину,&lt;br /&gt;</w:t>
        <w:br/>
        <w:t>бо й сам я двох синів покинув,&lt;br /&gt;</w:t>
        <w:br/>
        <w:t>малими ще, без вороття...&lt;br /&gt;</w:t>
        <w:br/>
        <w:t>І сам я каюсь все життя.</w:t>
      </w:r>
    </w:p>
    <w:p>
      <w:r>
        <w:br/>
        <w:t>Із Спілки їхав я додому&lt;br /&gt;</w:t>
        <w:br/>
        <w:t>й зустрів Кочевського і Сома,&lt;br /&gt;</w:t>
        <w:br/>
        <w:t>що з ними я ділю свій спів&lt;br /&gt;</w:t>
        <w:br/>
        <w:t>і їх в Безсмертя запросив.</w:t>
      </w:r>
    </w:p>
    <w:p>
      <w:r>
        <w:br/>
        <w:t>Знов од Дніпра пливуть тумани,&lt;br /&gt;</w:t>
        <w:br/>
        <w:t>і солов'ї співають знов.&lt;br /&gt;</w:t>
        <w:br/>
        <w:t>Ой, стережись, Франко Іване, —&lt;br /&gt;</w:t>
        <w:br/>
        <w:t>іде похмурий Овчаров&lt;br /&gt;</w:t>
        <w:br/>
        <w:t>і на ходу (палають очі)&lt;br /&gt;</w:t>
        <w:br/>
        <w:t>нову статтю на тебе строчить.&lt;br /&gt;</w:t>
        <w:br/>
        <w:t>Сказав Франко: "Та це ж — Махно,&lt;br /&gt;</w:t>
        <w:br/>
        <w:t>дерьма і жовчі, й гною злиток,&lt;br /&gt;</w:t>
        <w:br/>
        <w:t>а просто кажучи, гівно!&lt;br /&gt;</w:t>
        <w:br/>
        <w:t>Донощик він, але не критик.&lt;br /&gt;</w:t>
        <w:br/>
        <w:t>Дивись яке! Життя мого&lt;br /&gt;</w:t>
        <w:br/>
        <w:t>багато зжерли ботокуди.&lt;br /&gt;</w:t>
        <w:br/>
        <w:t>І цей такий, як ті, Іуда!&lt;br /&gt;</w:t>
        <w:br/>
        <w:t>З Безсмертя викинуть його!"&lt;br /&gt;</w:t>
        <w:br/>
        <w:t>І Овчаров пішов в нікуди.&lt;br /&gt;</w:t>
        <w:br/>
        <w:t>І дзвонно зачинив я браму&lt;br /&gt;</w:t>
        <w:br/>
        <w:t>за ним... Там клекоти пожеж...</w:t>
      </w:r>
    </w:p>
    <w:p>
      <w:r>
        <w:br/>
        <w:t>Ото не рий другому яму,&lt;br /&gt;</w:t>
        <w:br/>
        <w:t>бо сам у неї попадеш!</w:t>
      </w:r>
    </w:p>
    <w:p>
      <w:r>
        <w:br/>
        <w:t>За погляд радісно-юнацький&lt;br /&gt;</w:t>
        <w:br/>
        <w:t>люблю тебе, Патрус-Карпатський!&lt;br /&gt;</w:t>
        <w:br/>
        <w:t>О ні, не вбили табори&lt;br /&gt;</w:t>
        <w:br/>
        <w:t>твоєї юності... Бори&lt;br /&gt;</w:t>
        <w:br/>
        <w:t>північні серця не згасили,&lt;br /&gt;</w:t>
        <w:br/>
        <w:t>що звикло радісно співать&lt;br /&gt;</w:t>
        <w:br/>
        <w:t>про Україну, неньку милу...&lt;br /&gt;</w:t>
        <w:br/>
        <w:t>Розбито тьми криваву гать,&lt;br /&gt;</w:t>
        <w:br/>
        <w:t>в своїй отруті здохли круки&lt;br /&gt;</w:t>
        <w:br/>
        <w:t>І на Вкраїну братні руки&lt;br /&gt;</w:t>
        <w:br/>
        <w:t>тебе вернули працювать&lt;br /&gt;</w:t>
        <w:br/>
        <w:t>і жить для рідного народу,&lt;br /&gt;</w:t>
        <w:br/>
        <w:t>щоб він не знав повік негоди.</w:t>
      </w:r>
    </w:p>
    <w:p>
      <w:r>
        <w:br/>
        <w:t>Дінкевич, любий мій видавче,&lt;br /&gt;</w:t>
        <w:br/>
        <w:t>ти у страшний для мене час,&lt;br /&gt;</w:t>
        <w:br/>
        <w:t>товариш мій, мій життєзнавче,&lt;br /&gt;</w:t>
        <w:br/>
        <w:t>мене підтримав, щоб поет&lt;br /&gt;</w:t>
        <w:br/>
        <w:t>не вмер од голоду й зневіри, —&lt;br /&gt;</w:t>
        <w:br/>
        <w:t>й за це люблю тебе я щиро,&lt;br /&gt;</w:t>
        <w:br/>
        <w:t>в тобі життя нового зміст,&lt;br /&gt;</w:t>
        <w:br/>
        <w:t>ти інтернаціоналіст.&lt;br /&gt;</w:t>
        <w:br/>
        <w:t>А Суходольський. Він ходою&lt;br /&gt;</w:t>
        <w:br/>
        <w:t>немов сміється над усім.&lt;br /&gt;</w:t>
        <w:br/>
        <w:t>Він переможцем вийшов з бою&lt;br /&gt;</w:t>
        <w:br/>
        <w:t>з безжальним тифом черевним&lt;br /&gt;</w:t>
        <w:br/>
        <w:t>та ще й з запаленням легенів,&lt;br /&gt;</w:t>
        <w:br/>
        <w:t>його не знищив смерті крук.&lt;br /&gt;</w:t>
        <w:br/>
        <w:t>Він передав народний геній&lt;br /&gt;</w:t>
        <w:br/>
        <w:t>в чудовій драмі "Кармалюк".&lt;br /&gt;</w:t>
        <w:br/>
        <w:t>Його душа, як даль вишнева,&lt;br /&gt;</w:t>
        <w:br/>
        <w:t>хоч сивий, — з серцем молодим,&lt;br /&gt;</w:t>
        <w:br/>
        <w:t>і йде ходою королеви&lt;br /&gt;</w:t>
        <w:br/>
        <w:t>його дружина, горда ним.</w:t>
      </w:r>
    </w:p>
    <w:p>
      <w:r>
        <w:br/>
        <w:t>О серце, май в житті опертя,&lt;br /&gt;</w:t>
        <w:br/>
        <w:t>І смерть тебе хай не ляка!&lt;br /&gt;</w:t>
        <w:br/>
        <w:t>В червоний Пантеон Безсмертя&lt;br /&gt;</w:t>
        <w:br/>
        <w:t>я б запросив Мельничука...&lt;br /&gt;</w:t>
        <w:br/>
        <w:t>А він не хоче. От халепа!&lt;br /&gt;</w:t>
        <w:br/>
        <w:t>Та проти цього й сам Мазепа.&lt;br /&gt;</w:t>
        <w:br/>
        <w:t>"Чому?" — питає Юрій Крук.&lt;br /&gt;</w:t>
        <w:br/>
        <w:t>Його образив Мельничук.&lt;br /&gt;</w:t>
        <w:br/>
        <w:t>Бо, бачте, дуже гостра тема,&lt;br /&gt;</w:t>
        <w:br/>
        <w:t>шановний друже Козланюк!&lt;br /&gt;</w:t>
        <w:br/>
        <w:t>Він не схотів читать поему&lt;br /&gt;</w:t>
        <w:br/>
        <w:t>про нього, хоч і обіцяв.&lt;br /&gt;</w:t>
        <w:br/>
        <w:t>Вона ж — мільйонів перегук,&lt;br /&gt;</w:t>
        <w:br/>
        <w:t>її я, друзі, написав&lt;br /&gt;</w:t>
        <w:br/>
        <w:t>не для таких, як Мельничук.&lt;br /&gt;</w:t>
        <w:br/>
        <w:t>Такі ще є в нас, любі братця,&lt;br /&gt;</w:t>
        <w:br/>
        <w:t>що тіні власної бояться...&lt;br /&gt;</w:t>
        <w:br/>
        <w:t>Він став побожно на коліна&lt;br /&gt;</w:t>
        <w:br/>
        <w:t>й молитву шепче без тривог.&lt;br /&gt;</w:t>
        <w:br/>
        <w:t>Що для людців цих Україна,&lt;br /&gt;</w:t>
        <w:br/>
        <w:t>коли кар'єра — їхній Бог!&lt;br /&gt;</w:t>
        <w:br/>
        <w:t>І повна до життя любові&lt;br /&gt;</w:t>
        <w:br/>
        <w:t>була ця зустріч світанкова.&lt;br /&gt;</w:t>
        <w:br/>
        <w:t>Є люди схожі до планет,&lt;br /&gt;</w:t>
        <w:br/>
        <w:t>хоч світить сяйво їх відбите,&lt;br /&gt;</w:t>
        <w:br/>
        <w:t>але не гріє. Думки лет&lt;br /&gt;</w:t>
        <w:br/>
        <w:t>у них сюртук отой, неначе&lt;br /&gt;</w:t>
        <w:br/>
        <w:t>надітий задом наперед.&lt;br /&gt;</w:t>
        <w:br/>
        <w:t>В них серце зовсім не гаряче.&lt;br /&gt;</w:t>
        <w:br/>
        <w:t>І люди є, що, як зірки,&lt;br /&gt;</w:t>
        <w:br/>
        <w:t>сіяють у життя блакиті,&lt;br /&gt;</w:t>
        <w:br/>
        <w:t>і промені їх, не відбиті,&lt;br /&gt;</w:t>
        <w:br/>
        <w:t>несуть огонь свій у віки...&lt;br /&gt;</w:t>
        <w:br/>
        <w:t>Такий і Спіров. По-латині&lt;br /&gt;</w:t>
        <w:br/>
        <w:t>він говорив... а очі сині,&lt;br /&gt;</w:t>
        <w:br/>
        <w:t>як у дитини, повні зір...&lt;br /&gt;</w:t>
        <w:br/>
        <w:t>Хоч я й не знаю по-латині,&lt;br /&gt;</w:t>
        <w:br/>
        <w:t>та знаю, — Спіров — богатир,&lt;br /&gt;</w:t>
        <w:br/>
        <w:t>але духовний. Слова — кайла&lt;br /&gt;</w:t>
        <w:br/>
        <w:t>веселий дзвін — віта Михайла&lt;br /&gt;</w:t>
        <w:br/>
        <w:t>якого ввів я, — це не сон, —&lt;br /&gt;</w:t>
        <w:br/>
        <w:t>у наш Безсмертя Пантеон.</w:t>
      </w:r>
    </w:p>
    <w:p>
      <w:r>
        <w:br/>
        <w:t>І ще про дачників. Це — дуки&lt;br /&gt;</w:t>
        <w:br/>
        <w:t>У них, нещасних, о життя,&lt;br /&gt;</w:t>
        <w:br/>
        <w:t>навік згасило ліри звуки&lt;br /&gt;</w:t>
        <w:br/>
        <w:t>тваринне власності чуття.&lt;br /&gt;</w:t>
        <w:br/>
        <w:t>1 Робітник (франц.)</w:t>
      </w:r>
    </w:p>
    <w:p>
      <w:r>
        <w:br/>
        <w:t>Така-то річ. О серця жар!..&lt;br /&gt;</w:t>
        <w:br/>
        <w:t>В житті бувають різні зміни.&lt;br /&gt;</w:t>
        <w:br/>
        <w:t>Як може зіпсувать людину&lt;br /&gt;</w:t>
        <w:br/>
        <w:t>літературний гонорар!&lt;br /&gt;</w:t>
        <w:br/>
        <w:t>З людини робить він скотину.&lt;br /&gt;</w:t>
        <w:br/>
        <w:t>Такі плоди людської праці,&lt;br /&gt;</w:t>
        <w:br/>
        <w:t>коли вона нещира є.&lt;br /&gt;</w:t>
        <w:br/>
        <w:t>А за парканом у палаці&lt;br /&gt;</w:t>
        <w:br/>
        <w:t>сидить сам Смолич — увріє1.&lt;br /&gt;</w:t>
        <w:br/>
        <w:t>Колись він був для мене братом,&lt;br /&gt;</w:t>
        <w:br/>
        <w:t>та з увріє зробивсь магнатом,&lt;br /&gt;</w:t>
        <w:br/>
        <w:t>й звучить, мов жерстяне "бам-бам!"&lt;br /&gt;</w:t>
        <w:br/>
        <w:t>"Війна палацам, мир хатам!"&lt;br /&gt;</w:t>
        <w:br/>
        <w:t>Який цинізм! Яка гидота!&lt;br /&gt;</w:t>
        <w:br/>
        <w:t>Ні, ти не Смолич, а смолота!&lt;br /&gt;</w:t>
        <w:br/>
        <w:t>Так змолотив себе ти сам.&lt;br /&gt;</w:t>
        <w:br/>
        <w:t>"Війна палацам, мир хатам!"?&lt;br /&gt;</w:t>
        <w:br/>
        <w:t>Я б це не так переіначив:&lt;br /&gt;</w:t>
        <w:br/>
        <w:t>"Підвалам мир, війна всім дачам!"&lt;br /&gt;</w:t>
        <w:br/>
        <w:t>Війна всім дачам, та не тим&lt;br /&gt;</w:t>
        <w:br/>
        <w:t>одноетажним, трудовим,&lt;br /&gt;</w:t>
        <w:br/>
        <w:t>а тим, хто кида, як в безодні,&lt;br /&gt;</w:t>
        <w:br/>
        <w:t>в кишені грошики народні,&lt;br /&gt;</w:t>
        <w:br/>
        <w:t>хто всіх повчає: "Будьте люди",&lt;br /&gt;</w:t>
        <w:br/>
        <w:t>а сам все глибше тоне в бруді.</w:t>
      </w:r>
    </w:p>
    <w:p>
      <w:r>
        <w:br/>
        <w:t>Немов у сонця теплім злоті&lt;br /&gt;</w:t>
        <w:br/>
        <w:t>на мене соняшник зорить...&lt;br /&gt;</w:t>
        <w:br/>
        <w:t>Така усмішка (о, блакить!)&lt;br /&gt;</w:t>
        <w:br/>
        <w:t>у Талалаєвського Моті.&lt;br /&gt;</w:t>
        <w:br/>
        <w:t>її тайга і табори&lt;br /&gt;</w:t>
        <w:br/>
        <w:t>ніяк згасити не змогли.&lt;br /&gt;</w:t>
        <w:br/>
        <w:t>О Мотю, Мотю! До знемоги&lt;br /&gt;</w:t>
        <w:br/>
        <w:t>ти б'єшся в зоряні пороги,&lt;br /&gt;</w:t>
        <w:br/>
        <w:t>І все тобі (душа болить...)&lt;br /&gt;</w:t>
        <w:br/>
        <w:t>у світлі партії чертоги&lt;br /&gt;</w:t>
        <w:br/>
        <w:t>не хочуть двері одчинить.&lt;br /&gt;</w:t>
        <w:br/>
        <w:t>Тож не хили чоло в журбі, —&lt;br /&gt;</w:t>
        <w:br/>
        <w:t>я одчиняю їх тобі!&lt;br /&gt;</w:t>
        <w:br/>
        <w:t>Хай хоч в поемі... Що це? Плачу?&lt;br /&gt;</w:t>
        <w:br/>
        <w:t>Тобі я руку подаю&lt;br /&gt;</w:t>
        <w:br/>
        <w:t>за серце щире і гаряче,&lt;br /&gt;</w:t>
        <w:br/>
        <w:t>за світлу усмішку твою!</w:t>
      </w:r>
    </w:p>
    <w:p>
      <w:r>
        <w:br/>
        <w:t>А ось Брежньов, хороший Геня,&lt;br /&gt;</w:t>
        <w:br/>
        <w:t>мій добрий друг минулих літ.&lt;br /&gt;</w:t>
        <w:br/>
        <w:t>Він був талант, хоч і не геній...&lt;br /&gt;</w:t>
        <w:br/>
        <w:t>Але, немов акацій цвіт,&lt;br /&gt;</w:t>
        <w:br/>
        <w:t>він дихав юністю, весною&lt;br /&gt;</w:t>
        <w:br/>
        <w:t>й піснями людям слав привіт —&lt;br /&gt;</w:t>
        <w:br/>
        <w:t>такий красивий сам собою,&lt;br /&gt;</w:t>
        <w:br/>
        <w:t>як той моряк, що ми про нього&lt;br /&gt;</w:t>
        <w:br/>
        <w:t>колись співали без тривоги,&lt;br /&gt;</w:t>
        <w:br/>
        <w:t>як безтурботні солов'ї&lt;br /&gt;</w:t>
        <w:br/>
        <w:t>ще в дні робфаківські мої.&lt;br /&gt;</w:t>
        <w:br/>
        <w:t>Немає Генічки, немає.&lt;br /&gt;</w:t>
        <w:br/>
        <w:t>Це хто там тяжко так ридає?&lt;br /&gt;</w:t>
        <w:br/>
        <w:t>Це звідки чорна тінь взялася&lt;br /&gt;</w:t>
        <w:br/>
        <w:t>з очима чорними, як ніч?..&lt;br /&gt;</w:t>
        <w:br/>
        <w:t>Таких не бачив я ще віч.&lt;br /&gt;</w:t>
        <w:br/>
        <w:t>Ах, це його дружина, Ася!..&lt;br /&gt;</w:t>
        <w:br/>
        <w:t>В ніч довгі коси простяглись,&lt;br /&gt;</w:t>
        <w:br/>
        <w:t>як руки сплетені в одчаї...&lt;br /&gt;</w:t>
        <w:br/>
        <w:t>У цих очей містичний блиск,&lt;br /&gt;</w:t>
        <w:br/>
        <w:t>я був закоханий колись&lt;br /&gt;</w:t>
        <w:br/>
        <w:t>так, що не міг ні жить, ні їсти,&lt;br /&gt;</w:t>
        <w:br/>
        <w:t>та перед Геньою я чистий,&lt;br /&gt;</w:t>
        <w:br/>
        <w:t>як у росі берізки лист.&lt;br /&gt;</w:t>
        <w:br/>
        <w:t>Бо знала юнь моя тривожна&lt;br /&gt;</w:t>
        <w:br/>
        <w:t>(хоч був я — вітер у гаю...):&lt;br /&gt;</w:t>
        <w:br/>
        <w:t>чужих дружин любить не можна,.&lt;br /&gt;</w:t>
        <w:br/>
        <w:t>якщо ти маєш ще й свою.</w:t>
      </w:r>
    </w:p>
    <w:p>
      <w:r>
        <w:br/>
        <w:t>А ось встає, як сонця коло,&lt;br /&gt;</w:t>
        <w:br/>
        <w:t>лице Нагнибіди Миколи&lt;br /&gt;</w:t>
        <w:br/>
        <w:t>і усміхається мені&lt;br /&gt;</w:t>
        <w:br/>
        <w:t>крізь саду цвіт... Гойдає віти&lt;br /&gt;</w:t>
        <w:br/>
        <w:t>пахучий вітер весняний...&lt;br /&gt;</w:t>
        <w:br/>
        <w:t>Колись на мене був сердитий&lt;br /&gt;</w:t>
        <w:br/>
        <w:t>ти, дорогий Миколо мій,&lt;br /&gt;</w:t>
        <w:br/>
        <w:t>й хотів побити до нестями&lt;br /&gt;</w:t>
        <w:br/>
        <w:t>мене за гостру епіграму...&lt;br /&gt;</w:t>
        <w:br/>
        <w:t>Але за очі і за спів&lt;br /&gt;</w:t>
        <w:br/>
        <w:t>ти менестреля пожалів&lt;br /&gt;</w:t>
        <w:br/>
        <w:t>так, як жаліє сина ненька,&lt;br /&gt;</w:t>
        <w:br/>
        <w:t>хоч ти був трошечки п'яненький,&lt;br /&gt;</w:t>
        <w:br/>
        <w:t>хоч і наїжився ти хмуро...&lt;br /&gt;</w:t>
        <w:br/>
        <w:t>Та пригадав, що я — Сосюра, —&lt;br /&gt;</w:t>
        <w:br/>
        <w:t>щік одгорів грозовий мак,&lt;br /&gt;</w:t>
        <w:br/>
        <w:t>і грізний ти сховав кулак.&lt;br /&gt;</w:t>
        <w:br/>
        <w:t>Миколу слав, моя бандуро,&lt;br /&gt;</w:t>
        <w:br/>
        <w:t>неначе той святковий дзвін,&lt;br /&gt;</w:t>
        <w:br/>
        <w:t>за те, що благородний він,&lt;br /&gt;</w:t>
        <w:br/>
        <w:t>і в час, коли мене всі били,&lt;br /&gt;</w:t>
        <w:br/>
        <w:t>він не ламав поета крила&lt;br /&gt;</w:t>
        <w:br/>
        <w:t>так, як воліли ті, кати,&lt;br /&gt;</w:t>
        <w:br/>
        <w:t>а тихо проказав: "Лети!"&lt;br /&gt;</w:t>
        <w:br/>
        <w:t>І я лечу в сіяння коло,&lt;br /&gt;</w:t>
        <w:br/>
        <w:t>й зі мною ти летиш, Миколо!..&lt;br /&gt;</w:t>
        <w:br/>
        <w:t>А навкруги — весна, блакить...&lt;br /&gt;</w:t>
        <w:br/>
        <w:t>І з нами Вася Швець летить.&lt;br /&gt;</w:t>
        <w:br/>
        <w:t>В биття годину, люту, кляту,&lt;br /&gt;</w:t>
        <w:br/>
        <w:t>він руку тис мені, як брату.&lt;br /&gt;</w:t>
        <w:br/>
        <w:t>...Дивлюсь, неначе крізь туман,&lt;br /&gt;</w:t>
        <w:br/>
        <w:t>я на життя, що в далі лине...&lt;br /&gt;</w:t>
        <w:br/>
        <w:t>Іде веселий Касіян,&lt;br /&gt;</w:t>
        <w:br/>
        <w:t>найкращий графік України.</w:t>
      </w:r>
    </w:p>
    <w:p>
      <w:r>
        <w:br/>
        <w:t>Люблю його я глибину,&lt;br /&gt;</w:t>
        <w:br/>
        <w:t>усмішку й профіль партизанський.&lt;br /&gt;</w:t>
        <w:br/>
        <w:t>На весь, на весь Союз Радянський&lt;br /&gt;</w:t>
        <w:br/>
        <w:t>прославив він Галичину,</w:t>
      </w:r>
    </w:p>
    <w:p>
      <w:r>
        <w:br/>
        <w:t>Червону Русь, на всі краї,&lt;br /&gt;</w:t>
        <w:br/>
        <w:t>бо він — прекрасний син її.&lt;br /&gt;</w:t>
        <w:br/>
        <w:t>Не розлюблю я вас ніяк,&lt;br /&gt;</w:t>
        <w:br/>
        <w:t>М'ястківський любий і Грінчак.</w:t>
      </w:r>
    </w:p>
    <w:p>
      <w:r>
        <w:br/>
        <w:t>Співці когорти молодої...&lt;br /&gt;</w:t>
        <w:br/>
        <w:t>У вас шумить ще юна кров.&lt;br /&gt;</w:t>
        <w:br/>
        <w:t>Свій запал, ніжність і любов&lt;br /&gt;</w:t>
        <w:br/>
        <w:t>ви улили в пісень прибої,</w:t>
      </w:r>
    </w:p>
    <w:p>
      <w:r>
        <w:br/>
        <w:t>у шум заводів і дібров...&lt;br /&gt;</w:t>
        <w:br/>
        <w:t>Наш бір співочий не одгув,&lt;br /&gt;</w:t>
        <w:br/>
        <w:t>шумить він в радості і гніві...&lt;br /&gt;</w:t>
        <w:br/>
        <w:t>Пробачте, любі, я забув&lt;br /&gt;</w:t>
        <w:br/>
        <w:t>ще про Новицького в цім співі.</w:t>
      </w:r>
    </w:p>
    <w:p>
      <w:r>
        <w:br/>
        <w:t>Насунув він на лоб кашкет&lt;br /&gt;</w:t>
        <w:br/>
        <w:t>і йде, суворий і красивий,&lt;br /&gt;</w:t>
        <w:br/>
        <w:t>вливаючись у хорів зливи&lt;br /&gt;</w:t>
        <w:br/>
        <w:t>як перекладач і поет.</w:t>
      </w:r>
    </w:p>
    <w:p>
      <w:r>
        <w:br/>
        <w:t>Він теж пройшов крізь сум заграв,&lt;br /&gt;</w:t>
        <w:br/>
        <w:t>бо він поет, а не люстерко.&lt;br /&gt;</w:t>
        <w:br/>
        <w:t>Люблю його за те, що взяв&lt;br /&gt;</w:t>
        <w:br/>
        <w:t>в дружини міліціонерку.</w:t>
      </w:r>
    </w:p>
    <w:p>
      <w:r>
        <w:br/>
        <w:t>У ній поет душі не чує.&lt;br /&gt;</w:t>
        <w:br/>
        <w:t>Вона його дисциплінує.</w:t>
      </w:r>
    </w:p>
    <w:p>
      <w:r>
        <w:br/>
        <w:t>А ось — той, хто не пада духом,&lt;br /&gt;</w:t>
        <w:br/>
        <w:t>безжурний Олександр Підсуха.&lt;br /&gt;</w:t>
        <w:br/>
        <w:t>Він огняні пройшов путі,&lt;br /&gt;</w:t>
        <w:br/>
        <w:t>повиті димами дороги,&lt;br /&gt;</w:t>
        <w:br/>
        <w:t>у нього очі золоті,&lt;br /&gt;</w:t>
        <w:br/>
        <w:t>й такі ж поезії у нього.</w:t>
      </w:r>
    </w:p>
    <w:p>
      <w:r>
        <w:br/>
        <w:t>Хай лірик я, але партієць.&lt;br /&gt;</w:t>
        <w:br/>
        <w:t>Буть може ніжним комуніст&lt;br /&gt;</w:t>
        <w:br/>
        <w:t>і плакати матрос-балтієць&lt;br /&gt;</w:t>
        <w:br/>
        <w:t>під солов'я чарівний свист...&lt;br /&gt;</w:t>
        <w:br/>
        <w:t>І, як берізки тихий лист,&lt;br /&gt;</w:t>
        <w:br/>
        <w:t>цвіте Тамара Коломієць&lt;br /&gt;</w:t>
        <w:br/>
        <w:t>в поемі цій... Вона сія&lt;br /&gt;</w:t>
        <w:br/>
        <w:t>в краю вишневім і розквітлім&lt;br /&gt;</w:t>
        <w:br/>
        <w:t>своїм, а не відбитим світлом.&lt;br /&gt;</w:t>
        <w:br/>
        <w:t>Тому-то їй — любов моя.&lt;br /&gt;</w:t>
        <w:br/>
        <w:t>Та муж її хай не ревнує.&lt;br /&gt;</w:t>
        <w:br/>
        <w:t>У мене пісня і йому є&lt;br /&gt;</w:t>
        <w:br/>
        <w:t>у ці прекрасні наші дні,&lt;br /&gt;</w:t>
        <w:br/>
        <w:t>за те, що любить він пісні.</w:t>
      </w:r>
    </w:p>
    <w:p>
      <w:r>
        <w:br/>
        <w:t>Ось, не розлий водою — пара,&lt;br /&gt;</w:t>
        <w:br/>
        <w:t>ідуть Забіла і Пригара,&lt;br /&gt;</w:t>
        <w:br/>
        <w:t>і з ними, біла і маленька,&lt;br /&gt;</w:t>
        <w:br/>
        <w:t>іде Оксана Іваненко.&lt;br /&gt;</w:t>
        <w:br/>
        <w:t>Талант у неї не сухий,&lt;br /&gt;</w:t>
        <w:br/>
        <w:t>навіки відданий малечі.&lt;br /&gt;</w:t>
        <w:br/>
        <w:t>І про "Тарасові шляхи"&lt;br /&gt;</w:t>
        <w:br/>
        <w:t>все цвірінчить вона, щебече...</w:t>
      </w:r>
    </w:p>
    <w:p>
      <w:r>
        <w:br/>
        <w:t>Наталю! Чи ж забула ти&lt;br /&gt;</w:t>
        <w:br/>
        <w:t>той тихий цвинтар і хрести,&lt;br /&gt;</w:t>
        <w:br/>
        <w:t>що поруч університету,&lt;br /&gt;</w:t>
        <w:br/>
        <w:t>де "гарбуза" дала поету,&lt;br /&gt;</w:t>
        <w:br/>
        <w:t>закоханому в тебе, ти.&lt;br /&gt;</w:t>
        <w:br/>
        <w:t>Хоч потім вірші ти писала&lt;br /&gt;</w:t>
        <w:br/>
        <w:t>про мене в ті далекі дні,&lt;br /&gt;</w:t>
        <w:br/>
        <w:t>та з іншим зустрічі шукала, —&lt;br /&gt;</w:t>
        <w:br/>
        <w:t>твій карий зір був не мені,&lt;br /&gt;</w:t>
        <w:br/>
        <w:t>ти не себе в других кохала,&lt;br /&gt;</w:t>
        <w:br/>
        <w:t>як зорі вечора, як небо!..&lt;br /&gt;</w:t>
        <w:br/>
        <w:t>А я так схожий був на тебе,&lt;br /&gt;</w:t>
        <w:br/>
        <w:t>як моря даль на ту блакить,&lt;br /&gt;</w:t>
        <w:br/>
        <w:t>й ти не могла мене любить.&lt;br /&gt;</w:t>
        <w:br/>
        <w:t>Та, може, й краще так. Так треба.&lt;br /&gt;</w:t>
        <w:br/>
        <w:t>Бо я поет, ти — поетеса,&lt;br /&gt;</w:t>
        <w:br/>
        <w:t>з тобою нас сварила б преса.&lt;br /&gt;</w:t>
        <w:br/>
        <w:t>Сварились ми б і ночі й дні,&lt;br /&gt;</w:t>
        <w:br/>
        <w:t>тобі я б заздрив, ти — мені.&lt;br /&gt;</w:t>
        <w:br/>
        <w:t>Пригара. Літо. Ніч. Одеса.&lt;br /&gt;</w:t>
        <w:br/>
        <w:t>Й над морем зорі, наче леза,&lt;br /&gt;</w:t>
        <w:br/>
        <w:t>й немов конвалії в гаю&lt;br /&gt;</w:t>
        <w:br/>
        <w:t>у душу дивляться мою.</w:t>
      </w:r>
    </w:p>
    <w:p>
      <w:r>
        <w:br/>
        <w:t>Та круча й ми, й над нами крик,&lt;br /&gt;</w:t>
        <w:br/>
        <w:t>такий брутальний і цинічний...&lt;br /&gt;</w:t>
        <w:br/>
        <w:t>А місяць висунув язик&lt;br /&gt;</w:t>
        <w:br/>
        <w:t>й нам усміхався іронічно...&lt;br /&gt;</w:t>
        <w:br/>
        <w:t>От тобі й лірик-більшовик,&lt;br /&gt;</w:t>
        <w:br/>
        <w:t>до тебе ставлюсь я критично.</w:t>
      </w:r>
    </w:p>
    <w:p>
      <w:r>
        <w:br/>
        <w:t>Навколо синьо, неосяжно...&lt;br /&gt;</w:t>
        <w:br/>
        <w:t>А в серці — з кривдою бої...&lt;br /&gt;</w:t>
        <w:br/>
        <w:t>І слухає Гринько уважно&lt;br /&gt;</w:t>
        <w:br/>
        <w:t>ліричні вибухи мої...</w:t>
      </w:r>
    </w:p>
    <w:p>
      <w:r>
        <w:br/>
        <w:t>Од ран душі стає лиш ранка,&lt;br /&gt;</w:t>
        <w:br/>
        <w:t>та й та зникає в дзвоні лір...&lt;br /&gt;</w:t>
        <w:br/>
        <w:t>То діє, наче валер'янка,&lt;br /&gt;</w:t>
        <w:br/>
        <w:t>Гринька привітний, добрий зір.</w:t>
      </w:r>
    </w:p>
    <w:p>
      <w:r>
        <w:br/>
        <w:t>Втихає гуркіт грізноводний,&lt;br /&gt;</w:t>
        <w:br/>
        <w:t>і серце спочива в тиші...&lt;br /&gt;</w:t>
        <w:br/>
        <w:t>Такий тонкий і благородний&lt;br /&gt;</w:t>
        <w:br/>
        <w:t>є силует його душі.</w:t>
      </w:r>
    </w:p>
    <w:p>
      <w:r>
        <w:br/>
        <w:t>Летить перо. Спішить рука,&lt;br /&gt;</w:t>
        <w:br/>
        <w:t>і образів ріка іскриста...&lt;br /&gt;</w:t>
        <w:br/>
        <w:t>А на обличчі Тендюка —&lt;br /&gt;</w:t>
        <w:br/>
        <w:t>борня поета й журналіста.</w:t>
      </w:r>
    </w:p>
    <w:p>
      <w:r>
        <w:br/>
        <w:t>Він у газеті — ночі й дні&lt;br /&gt;</w:t>
        <w:br/>
        <w:t>пером картає все вороже.&lt;br /&gt;</w:t>
        <w:br/>
        <w:t>Та журналіста у борні&lt;br /&gt;</w:t>
        <w:br/>
        <w:t>поет, я вірю, переможе.</w:t>
      </w:r>
    </w:p>
    <w:p>
      <w:r>
        <w:br/>
        <w:t>До всіх до вас моя любов,&lt;br /&gt;</w:t>
        <w:br/>
        <w:t>товариші, коханці слави!&lt;br /&gt;</w:t>
        <w:br/>
        <w:t>Ось Загребельний, що пройшов&lt;br /&gt;</w:t>
        <w:br/>
        <w:t>в борні за щастя шлях кривавий...</w:t>
      </w:r>
    </w:p>
    <w:p>
      <w:r>
        <w:br/>
        <w:t>Він з побратимами в боях&lt;br /&gt;</w:t>
        <w:br/>
        <w:t>знав і пожари, і потопи...&lt;br /&gt;</w:t>
        <w:br/>
        <w:t>Як чорна блискавка, той шлях&lt;br /&gt;</w:t>
        <w:br/>
        <w:t>в горах Південної Європи...</w:t>
      </w:r>
    </w:p>
    <w:p>
      <w:r>
        <w:br/>
        <w:t>Шумлять йому й річки, й діброви,&lt;br /&gt;</w:t>
        <w:br/>
        <w:t>де леза скель і вітру свист...&lt;br /&gt;</w:t>
        <w:br/>
        <w:t>В його душі злились чудово&lt;br /&gt;</w:t>
        <w:br/>
        <w:t>і партизан, і романіст.&lt;br /&gt;</w:t>
        <w:br/>
        <w:t>А ось... Ідіть, ідіть, будь ласка...&lt;br /&gt;</w:t>
        <w:br/>
        <w:t>Як сяє радісно їх зір!&lt;br /&gt;</w:t>
        <w:br/>
        <w:t>В безсмертя світ ідуть Дроб'язко&lt;br /&gt;</w:t>
        <w:br/>
        <w:t>й в життя закоханий Бобир.&lt;br /&gt;</w:t>
        <w:br/>
        <w:t>Дроб'язко... Труженик прекрасний,&lt;br /&gt;</w:t>
        <w:br/>
        <w:t>людей він любить, все нове...&lt;br /&gt;</w:t>
        <w:br/>
        <w:t>Коли не зайдеш, пише ясно,&lt;br /&gt;</w:t>
        <w:br/>
        <w:t>а все ж в підвалі він живе&lt;br /&gt;</w:t>
        <w:br/>
        <w:t>з своєю Лією, що світить,&lt;br /&gt;</w:t>
        <w:br/>
        <w:t>як мрійне сонечко, навкруг,&lt;br /&gt;</w:t>
        <w:br/>
        <w:t>До друзів сповнена привіту.&lt;br /&gt;</w:t>
        <w:br/>
        <w:t>Це справжній для поета друг.</w:t>
      </w:r>
    </w:p>
    <w:p>
      <w:r>
        <w:br/>
        <w:t>Бобир... Не тільки пише вірші,&lt;br /&gt;</w:t>
        <w:br/>
        <w:t>а ще й співає. Як співак&lt;br /&gt;</w:t>
        <w:br/>
        <w:t>він має голос і не гірший,&lt;br /&gt;</w:t>
        <w:br/>
        <w:t>ніж у Козловського. Це так.&lt;br /&gt;</w:t>
        <w:br/>
        <w:t>Коли співає — пристрасть, велич!..&lt;br /&gt;</w:t>
        <w:br/>
        <w:t>Не раз я чарувався ним.&lt;br /&gt;</w:t>
        <w:br/>
        <w:t>Дівчат закохував він безліч&lt;br /&gt;</w:t>
        <w:br/>
        <w:t>у себе голосом своїм.&lt;br /&gt;</w:t>
        <w:br/>
        <w:t>Він Україну так кохає!&lt;br /&gt;</w:t>
        <w:br/>
        <w:t>Хоч сивий він, а заспіває, —&lt;br /&gt;</w:t>
        <w:br/>
        <w:t>стає він знову молодим.&lt;br /&gt;</w:t>
        <w:br/>
        <w:t>Упала тінь на трав розмай,&lt;br /&gt;</w:t>
        <w:br/>
        <w:t>і засмутилась даль крилата...&lt;br /&gt;</w:t>
        <w:br/>
        <w:t>Помер Науменко Ісай...&lt;br /&gt;</w:t>
        <w:br/>
        <w:t>Про це сказав мені Залата.&lt;br /&gt;</w:t>
        <w:br/>
        <w:t>Ісай... Як я любив його!&lt;br /&gt;</w:t>
        <w:br/>
        <w:t>Він був такий кристально чистий!&lt;br /&gt;</w:t>
        <w:br/>
        <w:t>І от у жилах згас огонь,&lt;br /&gt;</w:t>
        <w:br/>
        <w:t>і стало серце комуніста.&lt;br /&gt;</w:t>
        <w:br/>
        <w:t>Так. Другаря нема мого.&lt;br /&gt;</w:t>
        <w:br/>
        <w:t>О ні! Не гасне молоде,&lt;br /&gt;</w:t>
        <w:br/>
        <w:t>нішо й ніде не пропадає.&lt;br /&gt;</w:t>
        <w:br/>
        <w:t>Ось у безсмертя він іде,&lt;br /&gt;</w:t>
        <w:br/>
        <w:t>йому я браму відчиняю.&lt;br /&gt;</w:t>
        <w:br/>
        <w:t>Здоров, Науменко Ісаю,&lt;br /&gt;</w:t>
        <w:br/>
        <w:t>що другом став давно моїм,&lt;br /&gt;</w:t>
        <w:br/>
        <w:t>дніпропетровський побратим!&lt;br /&gt;</w:t>
        <w:br/>
        <w:t>Ні! Я не плачу. Сліз не треба.&lt;br /&gt;</w:t>
        <w:br/>
        <w:t>Давай обнімемося, брат!&lt;br /&gt;</w:t>
        <w:br/>
        <w:t>Поглянь... навколо дивний сад...&lt;br /&gt;</w:t>
        <w:br/>
        <w:t>А десь з Землі, немов на небо,&lt;br /&gt;</w:t>
        <w:br/>
        <w:t>синок твій дивиться на тебе&lt;br /&gt;</w:t>
        <w:br/>
        <w:t>й крізь ніч, що як журба-туга,&lt;br /&gt;</w:t>
        <w:br/>
        <w:t>крізь зорі ручки простяга...&lt;br /&gt;</w:t>
        <w:br/>
        <w:t>І пестить трепетного сина&lt;br /&gt;</w:t>
        <w:br/>
        <w:t>твоя заплакана дружина...</w:t>
      </w:r>
    </w:p>
    <w:p>
      <w:r>
        <w:br/>
        <w:t>Поміж ірпінських тих дерев&lt;br /&gt;</w:t>
        <w:br/>
        <w:t>шле в далину не спів, а рев,&lt;br /&gt;</w:t>
        <w:br/>
        <w:t>немов голодний лев той левич,&lt;br /&gt;</w:t>
        <w:br/>
        <w:t>Євген Максимович Кротевич.</w:t>
      </w:r>
    </w:p>
    <w:p>
      <w:r>
        <w:br/>
        <w:t>А добрий Біба — з краю руд!&lt;br /&gt;</w:t>
        <w:br/>
        <w:t>Він весь — як радості салют,&lt;br /&gt;</w:t>
        <w:br/>
        <w:t>як поклик праці привітальний,&lt;br /&gt;</w:t>
        <w:br/>
        <w:t>в очах думок натхненний лет...&lt;br /&gt;</w:t>
        <w:br/>
        <w:t>В нім гармонійно і повчально&lt;br /&gt;</w:t>
        <w:br/>
        <w:t>злились редактор і поет.&lt;br /&gt;</w:t>
        <w:br/>
        <w:t>Ви всі зі мною тут, братове,&lt;br /&gt;</w:t>
        <w:br/>
        <w:t>в безсмертній стороні моїй,&lt;br /&gt;</w:t>
        <w:br/>
        <w:t>і по-марксистськи принциповий,&lt;br /&gt;</w:t>
        <w:br/>
        <w:t>веселий Петя Вільховий.&lt;br /&gt;</w:t>
        <w:br/>
        <w:t>Він любить так других повчати,&lt;br /&gt;</w:t>
        <w:br/>
        <w:t>він зна, де світло, а де тьма.&lt;br /&gt;</w:t>
        <w:br/>
        <w:t>Все обіцяє написати&lt;br /&gt;</w:t>
        <w:br/>
        <w:t>роман. Роману все ж нема.&lt;br /&gt;</w:t>
        <w:br/>
        <w:t>А роки йдуть, о даль, о мрії!..&lt;br /&gt;</w:t>
        <w:br/>
        <w:t>О, скільки в нього планів, мрій!..&lt;br /&gt;</w:t>
        <w:br/>
        <w:t>Од обіцянок аж сивіє&lt;br /&gt;</w:t>
        <w:br/>
        <w:t>веселий Петя Вільховий.&lt;br /&gt;</w:t>
        <w:br/>
        <w:t>Люблю тебе, як брат твій, чисто,&lt;br /&gt;</w:t>
        <w:br/>
        <w:t>бо ти — як молодість сама,&lt;br /&gt;</w:t>
        <w:br/>
        <w:t>мій профспілковий активісте!&lt;br /&gt;</w:t>
        <w:br/>
        <w:t>Але роману все ж — нема.</w:t>
      </w:r>
    </w:p>
    <w:p>
      <w:r>
        <w:br/>
        <w:t>Здіймаю в небо срібну чашу&lt;br /&gt;</w:t>
        <w:br/>
        <w:t>і п'ю за Городського Яшу!&lt;br /&gt;</w:t>
        <w:br/>
        <w:t>Критикував мене колись,&lt;br /&gt;</w:t>
        <w:br/>
        <w:t>коли зі мною був не в мирі,&lt;br /&gt;</w:t>
        <w:br/>
        <w:t>він за пісні солодкі, щирі,&lt;br /&gt;</w:t>
        <w:br/>
        <w:t>що з серця у серця лились.&lt;br /&gt;</w:t>
        <w:br/>
        <w:t>Він бив мене, од болю гув&lt;br /&gt;</w:t>
        <w:br/>
        <w:t>у мене мозок. Боже, Боже!..&lt;br /&gt;</w:t>
        <w:br/>
        <w:t>Та я про критику забув,&lt;br /&gt;</w:t>
        <w:br/>
        <w:t>а про любов забуть не можу.&lt;br /&gt;</w:t>
        <w:br/>
        <w:t>Вітаю вітер я китайський!&lt;br /&gt;</w:t>
        <w:br/>
        <w:t>Тож здрастуй, Льоню Первомайський,&lt;br /&gt;</w:t>
        <w:br/>
        <w:t>Голованівський, здрав і ти.&lt;br /&gt;</w:t>
        <w:br/>
        <w:t>Вас забуттю ніяк не зжерти,&lt;br /&gt;</w:t>
        <w:br/>
        <w:t>ви як зірки в душі моїй.&lt;br /&gt;</w:t>
        <w:br/>
        <w:t>Дивились ви у очі смерті&lt;br /&gt;</w:t>
        <w:br/>
        <w:t>і за Вітчизну йшли на бій.&lt;br /&gt;</w:t>
        <w:br/>
        <w:t>За те, що серце моє краяв,&lt;br /&gt;</w:t>
        <w:br/>
        <w:t>тебе я, Льонічко, прощаю.&lt;br /&gt;</w:t>
        <w:br/>
        <w:t>Як Сава, ти — Комуни син,&lt;br /&gt;</w:t>
        <w:br/>
        <w:t>і голос твій, неначе дзвін,&lt;br /&gt;</w:t>
        <w:br/>
        <w:t>гуде похмуро над землею,&lt;br /&gt;</w:t>
        <w:br/>
        <w:t>як вияв вдаченьки твоєї.</w:t>
      </w:r>
    </w:p>
    <w:p>
      <w:r>
        <w:br/>
        <w:t>Полянкер Грицю! В сяйві слав&lt;br /&gt;</w:t>
        <w:br/>
        <w:t>ти з нами йдеш на гул заводу,&lt;br /&gt;</w:t>
        <w:br/>
        <w:t>на майво доменних заграв.&lt;br /&gt;</w:t>
        <w:br/>
        <w:t>Із партії я виключав&lt;br /&gt;</w:t>
        <w:br/>
        <w:t>тебе як ворога народу,&lt;br /&gt;</w:t>
        <w:br/>
        <w:t>й за це я руку піднімав,&lt;br /&gt;</w:t>
        <w:br/>
        <w:t>бо вірив ворогам свободи.&lt;br /&gt;</w:t>
        <w:br/>
        <w:t>А ти прийшов із таборів...&lt;br /&gt;</w:t>
        <w:br/>
        <w:t>Ніякі муки не зламали&lt;br /&gt;</w:t>
        <w:br/>
        <w:t>твою веселість, щирий спів...&lt;br /&gt;</w:t>
        <w:br/>
        <w:t>І в сяйві київських огнів&lt;br /&gt;</w:t>
        <w:br/>
        <w:t>життя для Еті раєм стало.&lt;br /&gt;</w:t>
        <w:br/>
        <w:t>Життя ж — не мрія і не сон...&lt;br /&gt;</w:t>
        <w:br/>
        <w:t>Багряно грай, моя бандуро!&lt;br /&gt;</w:t>
        <w:br/>
        <w:t>І у Безсмертя Пантеон&lt;br /&gt;</w:t>
        <w:br/>
        <w:t>заходьте, Клоччя й Байдебура,&lt;br /&gt;</w:t>
        <w:br/>
        <w:t>Труханов, Павка Безпощадний,&lt;br /&gt;</w:t>
        <w:br/>
        <w:t>хто в віршах зовсім не такий,&lt;br /&gt;</w:t>
        <w:br/>
        <w:t>як в прізвищі. Він неоглядно&lt;br /&gt;</w:t>
        <w:br/>
        <w:t>закоханий в труда Едем,&lt;br /&gt;</w:t>
        <w:br/>
        <w:t>бо й сам колись був шахтарем&lt;br /&gt;</w:t>
        <w:br/>
        <w:t>і підставляв породі груди,&lt;br /&gt;</w:t>
        <w:br/>
        <w:t>йдучи з пластами в грізний бій.&lt;br /&gt;</w:t>
        <w:br/>
        <w:t>Всі шахтарі — святії люди,&lt;br /&gt;</w:t>
        <w:br/>
        <w:t>бо труд підземний їх — святий.&lt;br /&gt;</w:t>
        <w:br/>
        <w:t>Демидов, хоч і молодий,&lt;br /&gt;</w:t>
        <w:br/>
        <w:t>а зрілеє перо він має...&lt;br /&gt;</w:t>
        <w:br/>
        <w:t>Ні, не перо, а пір'я крил&lt;br /&gt;</w:t>
        <w:br/>
        <w:t>в його душі, ще повній сил&lt;br /&gt;</w:t>
        <w:br/>
        <w:t>для того, щоб летіти в співі&lt;br /&gt;</w:t>
        <w:br/>
        <w:t>у комунізму дні щасливі.&lt;br /&gt;</w:t>
        <w:br/>
        <w:t>О земляки мої донецькі,&lt;br /&gt;</w:t>
        <w:br/>
        <w:t>брати пісенні ви мої...&lt;br /&gt;</w:t>
        <w:br/>
        <w:t>Ви — з тих ланів, де край отецький,&lt;br /&gt;</w:t>
        <w:br/>
        <w:t>мого ви серця солов'ї!&lt;br /&gt;</w:t>
        <w:br/>
        <w:t>Я вас люблю любов'ю брата,&lt;br /&gt;</w:t>
        <w:br/>
        <w:t>хоч я один, а вас багато.&lt;br /&gt;</w:t>
        <w:br/>
        <w:t>Пробачте, що усіх згадати&lt;br /&gt;</w:t>
        <w:br/>
        <w:t>не можу я, але усіх&lt;br /&gt;</w:t>
        <w:br/>
        <w:t>за те, що ви в труді уперті,&lt;br /&gt;</w:t>
        <w:br/>
        <w:t>я вводжу в Пантеон Безсмертя&lt;br /&gt;</w:t>
        <w:br/>
        <w:t>як побратимів золотих...&lt;br /&gt;</w:t>
        <w:br/>
        <w:t>Ми йдем. О як ЙЕСЄ нас багато!..&lt;br /&gt;</w:t>
        <w:br/>
        <w:t>Ми йдем, з нас кожен — тисячі...&lt;br /&gt;</w:t>
        <w:br/>
        <w:t>Ми — наче зорі уночі.&lt;br /&gt;</w:t>
        <w:br/>
        <w:t>Ні! Нас не можна розстріляти!..</w:t>
      </w:r>
    </w:p>
    <w:p>
      <w:r>
        <w:br/>
        <w:t>Сергій, мій любий Воскрекас,&lt;br /&gt;</w:t>
        <w:br/>
        <w:t>багато літ єднають нас!&lt;br /&gt;</w:t>
        <w:br/>
        <w:t>Мчать дні, як коні важкогриві...&lt;br /&gt;</w:t>
        <w:br/>
        <w:t>Люблю думки твої правдиві,&lt;br /&gt;</w:t>
        <w:br/>
        <w:t>всю вдачу милу, запальну.&lt;br /&gt;</w:t>
        <w:br/>
        <w:t>Ти, як і ми, пройшов війну,&lt;br /&gt;</w:t>
        <w:br/>
        <w:t>не кланяючись ката кулям.&lt;br /&gt;</w:t>
        <w:br/>
        <w:t>Ти — світлий докір всім поснулим,&lt;br /&gt;</w:t>
        <w:br/>
        <w:t>що люблять тільки тишину&lt;br /&gt;</w:t>
        <w:br/>
        <w:t>і що живуть, як тихі миші,&lt;br /&gt;</w:t>
        <w:br/>
        <w:t>тільки заради тої тиші.&lt;br /&gt;</w:t>
        <w:br/>
        <w:t>Боєць з неправдою і друг&lt;br /&gt;</w:t>
        <w:br/>
        <w:t>усіх, хто од біди не гнеться.&lt;br /&gt;</w:t>
        <w:br/>
        <w:t>Люблю тебе за щире серце,&lt;br /&gt;</w:t>
        <w:br/>
        <w:t>що трохи хворе од напруг.&lt;br /&gt;</w:t>
        <w:br/>
        <w:t>Та це — нічого. Не здається&lt;br /&gt;</w:t>
        <w:br/>
        <w:t>воно хворобі й стука, б'ється,&lt;br /&gt;</w:t>
        <w:br/>
        <w:t>як і раніше, запальне,&lt;br /&gt;</w:t>
        <w:br/>
        <w:t>і по клітинах кров жене,&lt;br /&gt;</w:t>
        <w:br/>
        <w:t>щоб ти не знав, мій друже, муки.&lt;br /&gt;</w:t>
        <w:br/>
        <w:t>Воно міцні ще має крила.&lt;br /&gt;</w:t>
        <w:br/>
        <w:t>Не тільки в валідолі сила,&lt;br /&gt;</w:t>
        <w:br/>
        <w:t>а сила, друже, в нас самих.</w:t>
      </w:r>
    </w:p>
    <w:p>
      <w:r>
        <w:br/>
        <w:t>Нехай пече вогнем твій сміх&lt;br /&gt;</w:t>
        <w:br/>
        <w:t>чуже все, чорне, ненависне...</w:t>
      </w:r>
    </w:p>
    <w:p>
      <w:r>
        <w:br/>
        <w:t>Ми проти днів війни тяжких,&lt;br /&gt;</w:t>
        <w:br/>
        <w:t>що прийдуть, коли рак той свисне.&lt;br /&gt;</w:t>
        <w:br/>
        <w:t>Це я пишу тобі в іюні.&lt;br /&gt;</w:t>
        <w:br/>
        <w:t>В моїй душі пісень снага...</w:t>
      </w:r>
    </w:p>
    <w:p>
      <w:r>
        <w:br/>
        <w:t>Твоя жона — сільська красуня,&lt;br /&gt;</w:t>
        <w:br/>
        <w:t>хай спокій твій оберіга,&lt;br /&gt;</w:t>
        <w:br/>
        <w:t>щоб жив ти ще багато років&lt;br /&gt;</w:t>
        <w:br/>
        <w:t>у боротьбі за все ясне.&lt;br /&gt;</w:t>
        <w:br/>
        <w:t>Якби Марія синьоока&lt;br /&gt;</w:t>
        <w:br/>
        <w:t>оберігала так мене!</w:t>
      </w:r>
    </w:p>
    <w:p>
      <w:r>
        <w:br/>
        <w:t>Співай же, серце, не мовчи!&lt;br /&gt;</w:t>
        <w:br/>
        <w:t>Ти любиш даль і очі сині,&lt;br /&gt;</w:t>
        <w:br/>
        <w:t>твій спів не лиш мене чарує.&lt;br /&gt;</w:t>
        <w:br/>
        <w:t>Співай, тебе я подарую&lt;br /&gt;</w:t>
        <w:br/>
        <w:t>на пам'ять милій Україні,&lt;br /&gt;</w:t>
        <w:br/>
        <w:t>що лине в плетиві антен&lt;br /&gt;</w:t>
        <w:br/>
        <w:t>в щасливі далі солов'їні...&lt;br /&gt;</w:t>
        <w:br/>
        <w:t>Як стихне кров у стінах вен&lt;br /&gt;</w:t>
        <w:br/>
        <w:t>і, весь в сльозах за всім, умру я,&lt;br /&gt;</w:t>
        <w:br/>
        <w:t>Вкраїні серце подарую&lt;br /&gt;</w:t>
        <w:br/>
        <w:t>так, як колись своє — Шопен,&lt;br /&gt;</w:t>
        <w:br/>
        <w:t>на золотому схилі днів,&lt;br /&gt;</w:t>
        <w:br/>
        <w:t>великій Польщі заповів.</w:t>
      </w:r>
    </w:p>
    <w:p>
      <w:r>
        <w:br/>
        <w:t>Так бийся, серце, доки б'єшся!&lt;br /&gt;</w:t>
        <w:br/>
        <w:t>Ти не мені належиш, серце!&lt;br /&gt;</w:t>
        <w:br/>
        <w:t>[Весна 1960]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Розстріляне безсмертя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