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інтерв’юером</w:t>
      </w:r>
    </w:p>
    <w:p>
      <w:r>
        <w:br/>
        <w:t xml:space="preserve"> &lt;p&gt;РОЗМОВА З ІНТЕРВ’ЮЕРОМ</w:t>
      </w:r>
    </w:p>
    <w:p>
      <w:r>
        <w:br/>
        <w:t>Нервовий, фертикуватий, жевжикуватий молодик сів на запропонований мною стілець, сказав, що він від "Щоденного грому" і додав:</w:t>
      </w:r>
    </w:p>
    <w:p>
      <w:r>
        <w:br/>
        <w:t>– Сподіваюсь, ви не проти, я прийшов узяти в вас інтерв’ю.</w:t>
      </w:r>
    </w:p>
    <w:p>
      <w:r>
        <w:br/>
        <w:t>– Узяти що?</w:t>
      </w:r>
    </w:p>
    <w:p>
      <w:r>
        <w:br/>
        <w:t>– Та інтерв’ю ж.</w:t>
      </w:r>
    </w:p>
    <w:p>
      <w:r>
        <w:br/>
        <w:t>– Ага! Угу. Так-так. Гм. Так-так.</w:t>
      </w:r>
    </w:p>
    <w:p>
      <w:r>
        <w:br/>
        <w:t>Я того ранку був не в найкращій своїй формі. Здібності мої, прямо скажемо, якось притьмарились. Однак я підійшов до книжкової шафи і, порившись шість чи сім хвилин, переконався, що мушу вдатися до свого гостя. Я спитав:</w:t>
      </w:r>
    </w:p>
    <w:p>
      <w:r>
        <w:br/>
        <w:t>– Як воно пишеться?</w:t>
      </w:r>
    </w:p>
    <w:p>
      <w:r>
        <w:br/>
        <w:t>– Що пишеться?</w:t>
      </w:r>
    </w:p>
    <w:p>
      <w:r>
        <w:br/>
        <w:t>– Інтерв’ю.</w:t>
      </w:r>
    </w:p>
    <w:p>
      <w:r>
        <w:br/>
        <w:t>– Господи! Нащо вам здалось його писати?</w:t>
      </w:r>
    </w:p>
    <w:p>
      <w:r>
        <w:br/>
        <w:t>– А я й не збираюсь його писати; я хочу подивитися, що воно значить.</w:t>
      </w:r>
    </w:p>
    <w:p>
      <w:r>
        <w:br/>
        <w:t>– Ну, признаюсь, це просто дивовижно. Я можу вам сказати, що воно значить, якщо ви... якщо ви...</w:t>
      </w:r>
    </w:p>
    <w:p>
      <w:r>
        <w:br/>
        <w:t>– О, гаразд? Це мене влаштовує, і я вам буду вельми вдячний.</w:t>
      </w:r>
    </w:p>
    <w:p>
      <w:r>
        <w:br/>
        <w:t>– Ін, ін, тер, тер, інтер...</w:t>
      </w:r>
    </w:p>
    <w:p>
      <w:r>
        <w:br/>
        <w:t>– То ви його пишете через "і"?</w:t>
      </w:r>
    </w:p>
    <w:p>
      <w:r>
        <w:br/>
        <w:t>– Ну, та певно ж!</w:t>
      </w:r>
    </w:p>
    <w:p>
      <w:r>
        <w:br/>
        <w:t>– О, тим-то я так довго з ним морочився.</w:t>
      </w:r>
    </w:p>
    <w:p>
      <w:r>
        <w:br/>
        <w:t>– Але ж бо, любий пане, через що б ви його писали?</w:t>
      </w:r>
    </w:p>
    <w:p>
      <w:r>
        <w:br/>
        <w:t>– Та, я... я... власне, й не знаю. У мене Повний словник, і я гортав його з кінця, в надії виловити це між ілюстраціями. Тільки це дуже старе видання.</w:t>
      </w:r>
    </w:p>
    <w:p>
      <w:r>
        <w:br/>
        <w:t>– Але ж, дорогий мій, такої ілюстрації не може бути навіть у найновішому ви... Мій любий пане, я дуже перепрошую, я не маю на увазі жодної кривди, але ви здаєтеся не таким тямущим, як я чекав. Жодної кривди я не маю на думці, ні крихти кривди.</w:t>
      </w:r>
    </w:p>
    <w:p>
      <w:r>
        <w:br/>
        <w:t>– О, не турбуйтеся! Мені часто говорили, і то такі люди, що не люблять лестощів, що їх і неможливо змусити до лестощів, ніби я в цьому відношенні унікальний; так-так, вони завжди говорять про це з захватом.</w:t>
      </w:r>
    </w:p>
    <w:p>
      <w:r>
        <w:br/>
        <w:t>– Можу собі уявити. Але вернімось до нашого інтерв’ю. Ви знаєте, тепер такий звичай: брати інтерв’ю в кожного, хто прославився.</w:t>
      </w:r>
    </w:p>
    <w:p>
      <w:r>
        <w:br/>
        <w:t>– Он як, я досі й не чув. Це має бути страшенно цікаво. Чим ви його берете?</w:t>
      </w:r>
    </w:p>
    <w:p>
      <w:r>
        <w:br/>
        <w:t>– Ух, ну... ну... ну... просто сказитись можна. В деяких випадках слід було б довбнею; але звичайно це полягає в тому, що інтерв’юєр ставить питання, а інтерв’юйований відповідає на них. Тепер це у великій моді. Ви дозволите мені поставити вам кілька запитань, розрахованих на те, щоб висвітлити вузлові моменти вашої громадської та приватної історії?</w:t>
      </w:r>
    </w:p>
    <w:p>
      <w:r>
        <w:br/>
        <w:t>– О, з радістю, з радістю. У мене дуже кепська пам’ять, але сподіваюсь, ви на це не зважатимете. Тобто в мене дуже безладна пам’ять, винятково безладна. Часом вона скаче галопом, а часом – так по півмісяця товчеться на однім місці. Біда мені з нею, ще й велика.</w:t>
      </w:r>
    </w:p>
    <w:p>
      <w:r>
        <w:br/>
        <w:t>– О, то нічого, аби ви постаралися зробити все, що змога.</w:t>
      </w:r>
    </w:p>
    <w:p>
      <w:r>
        <w:br/>
        <w:t>– Я постараюся. Я докладу всіх своїх розумових сил.</w:t>
      </w:r>
    </w:p>
    <w:p>
      <w:r>
        <w:br/>
        <w:t>– Дякую. Ви готові почати?</w:t>
      </w:r>
    </w:p>
    <w:p>
      <w:r>
        <w:br/>
        <w:t>– Готовий.</w:t>
      </w:r>
    </w:p>
    <w:p>
      <w:r>
        <w:br/>
        <w:t>ПИТАННЯ. Скільки вам років?</w:t>
      </w:r>
    </w:p>
    <w:p>
      <w:r>
        <w:br/>
        <w:t>ВІДПОВІДЬ. Дев’ятнадцять, у червні.</w:t>
      </w:r>
    </w:p>
    <w:p>
      <w:r>
        <w:br/>
        <w:t>П. Он як, я б дав вам тридцять п’ять чи шість. Де ви народилися?</w:t>
      </w:r>
    </w:p>
    <w:p>
      <w:r>
        <w:br/>
        <w:t>В. В Міссурі.</w:t>
      </w:r>
    </w:p>
    <w:p>
      <w:r>
        <w:br/>
        <w:t>П. Коли ви почали писати?</w:t>
      </w:r>
    </w:p>
    <w:p>
      <w:r>
        <w:br/>
        <w:t>В. В 1836-му.</w:t>
      </w:r>
    </w:p>
    <w:p>
      <w:r>
        <w:br/>
        <w:t>П. Ну? Як то можливо, якщо вам зараз тільки дев’ятнадцять?</w:t>
      </w:r>
    </w:p>
    <w:p>
      <w:r>
        <w:br/>
        <w:t>В. Я не знаю. Це виглядає трохи дивним.</w:t>
      </w:r>
    </w:p>
    <w:p>
      <w:r>
        <w:br/>
        <w:t>П. І справді, це дивно. Хто, на вашу думку, найвидатніша людина з-поміж тих, з ким ви зустрічалися?</w:t>
      </w:r>
    </w:p>
    <w:p>
      <w:r>
        <w:br/>
        <w:t>В. Ерен Берр.39</w:t>
      </w:r>
    </w:p>
    <w:p>
      <w:r>
        <w:br/>
        <w:t>П. Але ж ви ніяк не могли зустрічатися з Ереном Берром, якщо вам тільки дев’ятнадцять...</w:t>
      </w:r>
    </w:p>
    <w:p>
      <w:r>
        <w:br/>
        <w:t>В. Ну, якщо ви знаєте про це краще за мене, то чому ж мене питаєте?</w:t>
      </w:r>
    </w:p>
    <w:p>
      <w:r>
        <w:br/>
        <w:t>П. О, я просто висловив свою думку, нічого більше. Як вам довелося зустрітися з Берром?</w:t>
      </w:r>
    </w:p>
    <w:p>
      <w:r>
        <w:br/>
        <w:t>В. Та я одного дня опинився на його похороні, і він попрохав мене так не галасувати, і...</w:t>
      </w:r>
    </w:p>
    <w:p>
      <w:r>
        <w:br/>
        <w:t>П. Але ж, на бога, якщо ви були на його похороні, то він, значить, був мертвий, а раз він був мертвий, то як же міг чути, галасуєте ви, чи ні.</w:t>
      </w:r>
    </w:p>
    <w:p>
      <w:r>
        <w:br/>
        <w:t>В. Я не знаю. Він завжди якось особливо реагував на такі речі.</w:t>
      </w:r>
    </w:p>
    <w:p>
      <w:r>
        <w:br/>
        <w:t>П. Однак я все ж не розумію. Ви кажете, що він звернувся до вас і що він був мертвий.</w:t>
      </w:r>
    </w:p>
    <w:p>
      <w:r>
        <w:br/>
        <w:t>В. Я не казав, що він був мертвий.</w:t>
      </w:r>
    </w:p>
    <w:p>
      <w:r>
        <w:br/>
        <w:t>П. То він не був мертвий?</w:t>
      </w:r>
    </w:p>
    <w:p>
      <w:r>
        <w:br/>
        <w:t>В. Одні казали мертвий, другі – ні.</w:t>
      </w:r>
    </w:p>
    <w:p>
      <w:r>
        <w:br/>
        <w:t>П. А ви як гадали?</w:t>
      </w:r>
    </w:p>
    <w:p>
      <w:r>
        <w:br/>
        <w:t>В. О, яке мені було до того діло? То ж не мій був похорон.</w:t>
      </w:r>
    </w:p>
    <w:p>
      <w:r>
        <w:br/>
        <w:t>П. Але ви... Ну, та ми з цією справою так ніколи й не розберемося. Краще я спитаю вас про що інше. Яка дата вашого народження?</w:t>
      </w:r>
    </w:p>
    <w:p>
      <w:r>
        <w:br/>
        <w:t>В. Понеділок, 31 жовтня 1693 року.</w:t>
      </w:r>
    </w:p>
    <w:p>
      <w:r>
        <w:br/>
        <w:t>П. Що! Неможливо! Тоді вам було б сто вісімдесят років. Як ви це поясните?</w:t>
      </w:r>
    </w:p>
    <w:p>
      <w:r>
        <w:br/>
        <w:t>В. Я ніяк не збираюсь цього пояснювати.</w:t>
      </w:r>
    </w:p>
    <w:p>
      <w:r>
        <w:br/>
        <w:t>П. Але ж ви спершу сказали, що вам дев’ятнадцять, а тепер приписуєте собі сто вісімдесят років. Це ж неймовірна суперечність!</w:t>
      </w:r>
    </w:p>
    <w:p>
      <w:r>
        <w:br/>
        <w:t>В. Ага, то ви її помітили? (Потиск рук). Не раз мені здавалося, наче тут якась є суперечність, але все якось не міг зібратися з думками. Як ви швидко все помічаєте!</w:t>
      </w:r>
    </w:p>
    <w:p>
      <w:r>
        <w:br/>
        <w:t>П. На разі, дякую за комплімент. Були чи є у вас брати, сестри?</w:t>
      </w:r>
    </w:p>
    <w:p>
      <w:r>
        <w:br/>
        <w:t>В. Га?.. Я... я... я... гадаю так... авжеж... тільки я не пригадую.</w:t>
      </w:r>
    </w:p>
    <w:p>
      <w:r>
        <w:br/>
        <w:t>П. Ну, це найдивовижніша заява, яку мені доводилось чути!</w:t>
      </w:r>
    </w:p>
    <w:p>
      <w:r>
        <w:br/>
        <w:t>В. Справді? Чому ви так гадаєте?</w:t>
      </w:r>
    </w:p>
    <w:p>
      <w:r>
        <w:br/>
        <w:t>П. А що ж би я мав іще гадати? О, а гляньте-но сюди! Чий це портрет на стіні? Хіба то не ваш брат?</w:t>
      </w:r>
    </w:p>
    <w:p>
      <w:r>
        <w:br/>
        <w:t>В. О, так, так, так! Тепер ви мені нагадали; то був мій брат. То Вільям – Віл, як ми його звали. Бідолаха Віл!</w:t>
      </w:r>
    </w:p>
    <w:p>
      <w:r>
        <w:br/>
        <w:t>П. Чом так? Невже він помер?</w:t>
      </w:r>
    </w:p>
    <w:p>
      <w:r>
        <w:br/>
        <w:t>В. Ах, та мабуть, що помер. Ми так і не змогли ніколи довідатися. Все це було оповито великою таємницею.</w:t>
      </w:r>
    </w:p>
    <w:p>
      <w:r>
        <w:br/>
        <w:t>П. Це прикро, дуже прикро. Отже, він пропав безвісти?</w:t>
      </w:r>
    </w:p>
    <w:p>
      <w:r>
        <w:br/>
        <w:t>В. О так, в загальному, так би мовити розумінні. Ми його поховали.</w:t>
      </w:r>
    </w:p>
    <w:p>
      <w:r>
        <w:br/>
        <w:t>П. Поховали його! Поховали, не знаючи, мертвий він чи ні?</w:t>
      </w:r>
    </w:p>
    <w:p>
      <w:r>
        <w:br/>
        <w:t>В. Та ні! Не те. Він був мертвий на всі сто.</w:t>
      </w:r>
    </w:p>
    <w:p>
      <w:r>
        <w:br/>
        <w:t>П. Ну, признаюсь, нічого не второпаю. Якщо ви поховали його і знали, що він мертвий...</w:t>
      </w:r>
    </w:p>
    <w:p>
      <w:r>
        <w:br/>
        <w:t>В. Ні! Ні! Ми тільки гадали, що він мертвий.</w:t>
      </w:r>
    </w:p>
    <w:p>
      <w:r>
        <w:br/>
        <w:t>П. А, розумію! Він ожив?</w:t>
      </w:r>
    </w:p>
    <w:p>
      <w:r>
        <w:br/>
        <w:t>В. Ручаюсь, ні.</w:t>
      </w:r>
    </w:p>
    <w:p>
      <w:r>
        <w:br/>
        <w:t>П. Ну, зроду не чув нічого подібного! Хтось помер. Когось поховали. Де ж тут таємниця?</w:t>
      </w:r>
    </w:p>
    <w:p>
      <w:r>
        <w:br/>
        <w:t>В. Ага! Отож-бо й воно! Тут-то собака й заритий. Ми, бачте, були близнюки – покійний та я,– і нас переплутали у ванні, як нам було ще тільки по два тижні, і один з нас утопився. Але ми не знали, хто саме. Одні гадають, що то був Білі. Інші гадають, що то був я.</w:t>
      </w:r>
    </w:p>
    <w:p>
      <w:r>
        <w:br/>
        <w:t>П. Ну, це таки дивовижа. А ви як гадаєте?</w:t>
      </w:r>
    </w:p>
    <w:p>
      <w:r>
        <w:br/>
        <w:t>В. Бог його знає! Я б оддав півсвіту, щоб довідатись. Ця моторошна, ця жахлива таємниця кинула тінь на все моє життя. Але зараз я поділюся з вами секретом, якого досі не відкривав ні душі. Один з нас мав особливу прикмету – велику родимку на звороті лівої долоні; так то був я. Ота дитина якраз і втопилася!</w:t>
      </w:r>
    </w:p>
    <w:p>
      <w:r>
        <w:br/>
        <w:t>П. Ну, гаразд, так тоді я кінець кінцем не бачу в цьому всьому ніякої таємниці.</w:t>
      </w:r>
    </w:p>
    <w:p>
      <w:r>
        <w:br/>
        <w:t>В. Не бачите? А я бачу. В кожному разі я не розумію, як могли наші бути такими йолопами, щоб взяти й поховати не ту дитину. Але – цс-с! – про це й не заїкайтеся, де вас може почути хтось з родини. Бог свідок, їм і без того серце з горя крається.</w:t>
      </w:r>
    </w:p>
    <w:p>
      <w:r>
        <w:br/>
        <w:t>П. Гаразд, мені, мабуть, поки що матеріалу вистачить, і я дуже вдячний вам за ваші турботи. А ваша розповідь про похорон Ерена Берра мене вельми зацікавила. Чи не могли б ви сказати, яка саме обставина змусила вас вважати Берра видатною людиною?</w:t>
      </w:r>
    </w:p>
    <w:p>
      <w:r>
        <w:br/>
        <w:t>В. О! Чистісінька дурниця! На це не звернув би уваги й один з півсотні. Коли скінчилася відправа, і процесія готова була рушати на кладовище, і його тіло гарненько вклали на катафалку, він сказав, що хотів би востаннє оглянути околицю, і тут він встав і поїхав поруч із кучером.</w:t>
      </w:r>
    </w:p>
    <w:p>
      <w:r>
        <w:br/>
        <w:t>Тут мій гість шанобливо попрощався. Його товариство було приємне, і мені шкода було бачити, що він вже йде.</w:t>
      </w:r>
    </w:p>
    <w:p>
      <w:r>
        <w:br/>
        <w:t>1875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інтерв’юером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