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 про премудрість</w:t>
      </w:r>
    </w:p>
    <w:p>
      <w:r>
        <w:br/>
        <w:t xml:space="preserve"> Людина.&lt;br /&gt;</w:t>
        <w:br/>
        <w:t>Сестрице люба, чи інакше звешся ти?&lt;br /&gt;</w:t>
        <w:br/>
        <w:t>Ти мати стрункості, а також доброти,&lt;br /&gt;</w:t>
        <w:br/>
        <w:t>Скажи своє ім'я, скажи мені сама,&lt;br /&gt;</w:t>
        <w:br/>
        <w:t>Бо хто без тебе думку упійма?</w:t>
      </w:r>
    </w:p>
    <w:p>
      <w:r>
        <w:br/>
        <w:t>Мудрість.&lt;br /&gt;</w:t>
        <w:br/>
        <w:t>Софією по-грецьки звали в давній вік,&lt;br /&gt;</w:t>
        <w:br/>
        <w:t>А мудрістю зове всяк руський чоловік,&lt;br /&gt;</w:t>
        <w:br/>
        <w:t>Та римлянин мене Мінервою назвав,&lt;br /&gt;</w:t>
        <w:br/>
        <w:t>Християнин Христа імення мені дав.</w:t>
      </w:r>
    </w:p>
    <w:p>
      <w:r>
        <w:br/>
        <w:t>Людина.&lt;br /&gt;</w:t>
        <w:br/>
        <w:t>Скажи, живеш і в хінській стороні?</w:t>
      </w:r>
    </w:p>
    <w:p>
      <w:r>
        <w:br/>
        <w:t>Мудрість.&lt;br /&gt;</w:t>
        <w:br/>
        <w:t>Там інше ім'я надано мені.</w:t>
      </w:r>
    </w:p>
    <w:p>
      <w:r>
        <w:br/>
        <w:t>Людина.&lt;br /&gt;</w:t>
        <w:br/>
        <w:t>Так ти і серед варварів живеш?</w:t>
      </w:r>
    </w:p>
    <w:p>
      <w:r>
        <w:br/>
        <w:t>Мудрість.&lt;br /&gt;</w:t>
        <w:br/>
        <w:t>Ну що це за дурноту ти плетеш?&lt;br /&gt;</w:t>
        <w:br/>
        <w:t>Без мене навіть рисці не бувать,&lt;br /&gt;</w:t>
        <w:br/>
        <w:t>Чому ж між хінцями мені не існувать?&lt;br /&gt;</w:t>
        <w:br/>
        <w:t>Де ніч і день живе, де літо і весна,&lt;br /&gt;</w:t>
        <w:br/>
        <w:t>Із батьком правлю я ускрізь сама одна.</w:t>
      </w:r>
    </w:p>
    <w:p>
      <w:r>
        <w:br/>
        <w:t>Людина.&lt;br /&gt;</w:t>
        <w:br/>
        <w:t>А батько хто? Питаю з дурноти.</w:t>
      </w:r>
    </w:p>
    <w:p>
      <w:r>
        <w:br/>
        <w:t>Мудрість.&lt;br /&gt;</w:t>
        <w:br/>
        <w:t>Пізнай мене, то й батька взнаєш ти.</w:t>
      </w:r>
    </w:p>
    <w:p>
      <w:r>
        <w:br/>
        <w:t>Людина.&lt;br /&gt;</w:t>
        <w:br/>
        <w:t>А з хінцями живеш ти як, відкрий?</w:t>
      </w:r>
    </w:p>
    <w:p>
      <w:r>
        <w:br/>
        <w:t>Мудрість.&lt;br /&gt;</w:t>
        <w:br/>
        <w:t>Так само, як і тут: дивлюсь, хто мій, то мій.</w:t>
      </w:r>
    </w:p>
    <w:p>
      <w:r>
        <w:br/>
        <w:t>Людина.&lt;br /&gt;</w:t>
        <w:br/>
        <w:t>Адже самі загиблі там живуть?</w:t>
      </w:r>
    </w:p>
    <w:p>
      <w:r>
        <w:br/>
        <w:t>Мудрість.&lt;br /&gt;</w:t>
        <w:br/>
        <w:t>Сестра вам бреше, геть-но, як і тут.</w:t>
      </w:r>
    </w:p>
    <w:p>
      <w:r>
        <w:br/>
        <w:t>Людина.&lt;br /&gt;</w:t>
        <w:br/>
        <w:t>Хіба у тебе є сестра?</w:t>
      </w:r>
    </w:p>
    <w:p>
      <w:r>
        <w:br/>
        <w:t>Мудрість.&lt;br /&gt;</w:t>
        <w:br/>
        <w:t>Увіч!&lt;br /&gt;</w:t>
        <w:br/>
        <w:t>Звичайно ж, є, як в дня сестрою ніч.</w:t>
      </w:r>
    </w:p>
    <w:p>
      <w:r>
        <w:br/>
        <w:t>Людина.&lt;br /&gt;</w:t>
        <w:br/>
        <w:t>І бреше, хоч з тобою і в рідні?</w:t>
      </w:r>
    </w:p>
    <w:p>
      <w:r>
        <w:br/>
        <w:t>Мудрість.&lt;br /&gt;</w:t>
        <w:br/>
        <w:t>Один в нас батько, діти ж не одні.</w:t>
      </w:r>
    </w:p>
    <w:p>
      <w:r>
        <w:br/>
        <w:t>Людина.&lt;br /&gt;</w:t>
        <w:br/>
        <w:t>А ймення як?</w:t>
      </w:r>
    </w:p>
    <w:p>
      <w:r>
        <w:br/>
        <w:t>Мудрість.&lt;br /&gt;</w:t>
        <w:br/>
        <w:t>Їй сто імен. Вона&lt;br /&gt;</w:t>
        <w:br/>
        <w:t>У росіян є безтолковщина.</w:t>
      </w:r>
    </w:p>
    <w:p>
      <w:r>
        <w:br/>
        <w:t>Людина.&lt;br /&gt;</w:t>
        <w:br/>
        <w:t>А роги є?</w:t>
      </w:r>
    </w:p>
    <w:p>
      <w:r>
        <w:br/>
        <w:t>Мудрість.&lt;br /&gt;</w:t>
        <w:br/>
        <w:t>Дурний!</w:t>
      </w:r>
    </w:p>
    <w:p>
      <w:r>
        <w:br/>
        <w:t>Людина.&lt;br /&gt;</w:t>
        <w:br/>
        <w:t>Чи борода?&lt;br /&gt;</w:t>
        <w:br/>
        <w:t>Чи в клобуці?</w:t>
      </w:r>
    </w:p>
    <w:p>
      <w:r>
        <w:br/>
        <w:t>Мудрість.&lt;br /&gt;</w:t>
        <w:br/>
        <w:t>Покинь! Вона склада&lt;br /&gt;</w:t>
        <w:br/>
        <w:t>І суть тебе, як хочеш. Гей-но! Зникни пріч!&lt;br /&gt;</w:t>
        <w:br/>
        <w:t>Я біля тебе, наче біля світла ніч.</w:t>
      </w:r>
    </w:p>
    <w:p>
      <w:r>
        <w:br/>
        <w:t>Людина.&lt;br /&gt;</w:t>
        <w:br/>
        <w:t>Зникни краще ти! Біжи з очей моїх,&lt;br /&gt;</w:t>
        <w:br/>
        <w:t>Дурна сама ти, здурена на сміх.&lt;br /&gt;</w:t>
        <w:br/>
        <w:t>Про все, чого нема ніде, плетеш,&lt;br /&gt;</w:t>
        <w:br/>
        <w:t>І, прямо кажучи, дурноту ти верзеш.&lt;br /&gt;</w:t>
        <w:br/>
        <w:t>Зродився тут народ і навчений не так,&lt;br /&gt;</w:t>
        <w:br/>
        <w:t>Тож дикі брехні слухать не мастак.&lt;br /&gt;</w:t>
        <w:br/>
        <w:t>Бо може віднайтись один лише такий,&lt;br /&gt;</w:t>
        <w:br/>
        <w:t>Щоб уподобав дикий змисел твій.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 про премудрість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