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Роздуми над словом</w:t>
      </w:r>
    </w:p>
    <w:p>
      <w:r>
        <w:br/>
        <w:t xml:space="preserve"> "Минає день, минає день, минає день!&lt;br /&gt;</w:t>
        <w:br/>
        <w:t>А де ж мій сад божественних пісень?"&lt;br /&gt;</w:t>
        <w:br/>
        <w:t>Ліна Костенко</w:t>
      </w:r>
    </w:p>
    <w:p>
      <w:r>
        <w:br/>
        <w:t>Минає день, минає день... І так щодень.&lt;br /&gt;</w:t>
        <w:br/>
        <w:t>І так роками без божественних пісень.&lt;br /&gt;</w:t>
        <w:br/>
        <w:t>За ними — труд незмірно довгих праепох,&lt;br /&gt;</w:t>
        <w:br/>
        <w:t>І міріади з пересердя скрушних "ох!".&lt;br /&gt;</w:t>
        <w:br/>
        <w:t>І я запитую: о пані, де ж той пень,&lt;br /&gt;</w:t>
        <w:br/>
        <w:t>Коли воскреснем від божественних пісень,&lt;br /&gt;</w:t>
        <w:br/>
        <w:t>Коли не будуть люди морщити чоло&lt;br /&gt;</w:t>
        <w:br/>
        <w:t>З лихої долі, а не з того, що було?&lt;br /&gt;</w:t>
        <w:br/>
        <w:t>Коли Вкраїна заврожаїться в жнивах&lt;br /&gt;</w:t>
        <w:br/>
        <w:t>Не скам'яніла в колотнечах, а жива,&lt;br /&gt;</w:t>
        <w:br/>
        <w:t>І люди душами торкнуться до зірок,&lt;br /&gt;</w:t>
        <w:br/>
        <w:t>Й Григорій Савич встане гордо, як пророк?..&lt;br /&gt;</w:t>
        <w:br/>
        <w:t>...Та ба... витаєм в емпіреях, чиним блуд,&lt;br /&gt;</w:t>
        <w:br/>
        <w:t>Йдемо крізь час, де полишаєм злість і бруд,&lt;br /&gt;</w:t>
        <w:br/>
        <w:t>Скликаєм лови на пророчії слова —&lt;br /&gt;</w:t>
        <w:br/>
        <w:t>А там хай після нас і не росте трава.&lt;br /&gt;</w:t>
        <w:br/>
        <w:t>Нам часто байдуже, коли це промине,&lt;br /&gt;</w:t>
        <w:br/>
        <w:t>І хто нас любить, ну, а хто всякчас кляне,&lt;br /&gt;</w:t>
        <w:br/>
        <w:t>Хто верховодить, запанівши до зубів,&lt;br /&gt;</w:t>
        <w:br/>
        <w:t>І хто світлицю перетворює на хлів.&lt;br /&gt;</w:t>
        <w:br/>
        <w:t>Отак, в шлею запрягши душу, день у день&lt;br /&gt;</w:t>
        <w:br/>
        <w:t>Ми тягнем воза без божественних пісень,&lt;br /&gt;</w:t>
        <w:br/>
        <w:t>Від чого серце опускається до ніг,&lt;br /&gt;</w:t>
        <w:br/>
        <w:t>І ми новий щоразу орем переліг.&lt;br /&gt;</w:t>
        <w:br/>
        <w:t>І навіть Бог в терпкій буденності щодень&lt;br /&gt;</w:t>
        <w:br/>
        <w:t>Пита: а де ж ваш сад божественних пісень?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Роздуми над словом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