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Розбуджу я для тебе світанок...</w:t>
      </w:r>
    </w:p>
    <w:p>
      <w:r>
        <w:br/>
        <w:t xml:space="preserve"> Розбуджу я для тебе світанок&lt;br /&gt;</w:t>
        <w:br/>
        <w:t>І досвітню зорю запалю,&lt;br /&gt;</w:t>
        <w:br/>
        <w:t>А душею натужною стану&lt;br /&gt;</w:t>
        <w:br/>
        <w:t>На порозі тремкого жалю.</w:t>
      </w:r>
    </w:p>
    <w:p>
      <w:r>
        <w:br/>
        <w:t>Ти радієш ранковому рвінню,&lt;br /&gt;</w:t>
        <w:br/>
        <w:t>Посміхнешся до світу мерщій.&lt;br /&gt;</w:t>
        <w:br/>
        <w:t>Я ж в кутку яворовою тінню&lt;br /&gt;</w:t>
        <w:br/>
        <w:t>Притулюся в оселі твоїй.</w:t>
      </w:r>
    </w:p>
    <w:p>
      <w:r>
        <w:br/>
        <w:t>А коли старий Кельн завирує&lt;br /&gt;</w:t>
        <w:br/>
        <w:t>І над Рейном розвієтьсяв мла,&lt;br /&gt;</w:t>
        <w:br/>
        <w:t>Гарну пісню тобі подарую,&lt;br /&gt;</w:t>
        <w:br/>
        <w:t>Що до нас з України прийшла.&lt;br /&gt;</w:t>
        <w:br/>
        <w:t>м. Кельн 1993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Розбуджу я для тебе світанок...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