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Ровесникам</w:t>
      </w:r>
    </w:p>
    <w:p>
      <w:r>
        <w:br/>
        <w:t xml:space="preserve"> Хай буде день один, як відблиск неба синій,&lt;br /&gt;</w:t>
        <w:br/>
        <w:t>Щоб нам, ровесникам, піти черев мости,&lt;br /&gt;</w:t>
        <w:br/>
        <w:t>Які показують дороги у долині,&lt;br /&gt;</w:t>
        <w:br/>
        <w:t>Куди за юністю, за радістю піти…</w:t>
      </w:r>
    </w:p>
    <w:p>
      <w:r>
        <w:br/>
        <w:t>Промчить травневий кінь, ударить в діл копитом,&lt;br /&gt;</w:t>
        <w:br/>
        <w:t>Чи вдягнеться в багрець пахучий листопад, —&lt;br /&gt;</w:t>
        <w:br/>
        <w:t>Ми будем жити так, щоб не дарма прожити,&lt;br /&gt;</w:t>
        <w:br/>
        <w:t>Бо ж корабель життя не вернеться назад.</w:t>
      </w:r>
    </w:p>
    <w:p>
      <w:r>
        <w:br/>
        <w:t>І що нам мілина, чи риф, чи грізні бурі,&lt;br /&gt;</w:t>
        <w:br/>
        <w:t>Ачей же допливем. Гей, уперед стерно!&lt;br /&gt;</w:t>
        <w:br/>
        <w:t>Хай хтось за борт впаде до всіх чортів і фурій,&lt;br /&gt;</w:t>
        <w:br/>
        <w:t>Аби лиш доплисти, а далі – все одно.</w:t>
      </w:r>
    </w:p>
    <w:p>
      <w:r>
        <w:br/>
        <w:t>На острові впадуть, як постарілі птиці,&lt;br /&gt;</w:t>
        <w:br/>
        <w:t>Підламлені життям ровесники мої,&lt;br /&gt;</w:t>
        <w:br/>
        <w:t>І буде знать орел, що їх серця із криці,&lt;br /&gt;</w:t>
        <w:br/>
        <w:t>Не виклює орел очей орлиних їм.</w:t>
      </w:r>
    </w:p>
    <w:p>
      <w:r>
        <w:br/>
        <w:t>Ходімо ж в день оцей, що наче відблиск синій&lt;br /&gt;</w:t>
        <w:br/>
        <w:t>І клечіні нарвем, зробивши всім вінки…&lt;br /&gt;</w:t>
        <w:br/>
        <w:t>Бо, може, тільки так і пощастить людині&lt;br /&gt;</w:t>
        <w:br/>
        <w:t>Дістати для життя не роки, а віки.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Ровесникам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