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Росинка-мандрівниця</w:t>
      </w:r>
    </w:p>
    <w:p>
      <w:r>
        <w:br/>
        <w:t xml:space="preserve"> &lt;p&gt;Росинка народилася чудового літнього ранку, коли зоря тільки підсвітила і підфарбувала окраєць нічного неба. Вона розправила свою прозору коротеньку сукеньку з рясною спідничкою, пов'язала блакитною стрічкою свою біляву голівку і порскнула з жовтого лютика, де вродилася, просто на пелюстки рожевої Смолянки, яка жила зовсім поруч.</w:t>
      </w:r>
    </w:p>
    <w:p>
      <w:r>
        <w:br/>
        <w:t>— Обережно, ах, обережніше, — прошепотіла Смоляночка.— У мене такий ніжний колір! Не залиште плями!</w:t>
      </w:r>
    </w:p>
    <w:p>
      <w:r>
        <w:br/>
        <w:t>— Ну, що ви, я ж зовсім прозора! — здивувалася Росинка.</w:t>
      </w:r>
    </w:p>
    <w:p>
      <w:r>
        <w:br/>
        <w:t>— Ай справді, у вас чудове вбрання. От прийде Сонечко і теж зігріє і висушить мою сукню.</w:t>
      </w:r>
    </w:p>
    <w:p>
      <w:r>
        <w:br/>
        <w:t>Росинка скотилася на траву і побігла до струмка, їй хотілося погомоніти. Адже Веселий Струмок був їй двоюрідним братом.</w:t>
      </w:r>
    </w:p>
    <w:p>
      <w:r>
        <w:br/>
        <w:t>По дорозі зустрівся батько Туман. Сивий і старий, він тяжко ступав понад самою землею.</w:t>
      </w:r>
    </w:p>
    <w:p>
      <w:r>
        <w:br/>
        <w:t>— Куди це ти, донечко?</w:t>
      </w:r>
    </w:p>
    <w:p>
      <w:r>
        <w:br/>
        <w:t>— Таточку, не затримуй мене. Я спішу до свого брата Веселого Струмка.</w:t>
      </w:r>
    </w:p>
    <w:p>
      <w:r>
        <w:br/>
        <w:t>— Ну, біжи, доню, біжи. Тільки стережися Сонечка. Воно висушить тебе.</w:t>
      </w:r>
    </w:p>
    <w:p>
      <w:r>
        <w:br/>
        <w:t>— Сонечко? Ні, тату, воно добре, ніжне. Смолянка он яка тендітна, а чекає на нього.</w:t>
      </w:r>
    </w:p>
    <w:p>
      <w:r>
        <w:br/>
        <w:t>— Воно добре, та не для всіх. Побачиш його — ховайся під листя, в тінь.</w:t>
      </w:r>
    </w:p>
    <w:p>
      <w:r>
        <w:br/>
        <w:t>Росинка вже не чула батькової поради, щодуху мчала зеленим лужком навпростець. Раптом вона зупинилась, зачудована червоним сяйвом якоїсь дивовижної квітки.</w:t>
      </w:r>
    </w:p>
    <w:p>
      <w:r>
        <w:br/>
        <w:t>— Ти хто? — запитала.</w:t>
      </w:r>
    </w:p>
    <w:p>
      <w:r>
        <w:br/>
        <w:t>— Хто мене будить? Хіба вже зійшло Сонечко? — ледь кивнула чудовою голівкою квітка.</w:t>
      </w:r>
    </w:p>
    <w:p>
      <w:r>
        <w:br/>
        <w:t>"Яка дивна квітка",— подумала Росинка.</w:t>
      </w:r>
    </w:p>
    <w:p>
      <w:r>
        <w:br/>
        <w:t>— Цс-сс-цс-цс, — засюрчав поруч Коник.— Куди мандруєш, Крапелько?</w:t>
      </w:r>
    </w:p>
    <w:p>
      <w:r>
        <w:br/>
        <w:t>Росинка зупинилась.</w:t>
      </w:r>
    </w:p>
    <w:p>
      <w:r>
        <w:br/>
        <w:t>— Чом називаєш мене чужим ім'ям?</w:t>
      </w:r>
    </w:p>
    <w:p>
      <w:r>
        <w:br/>
        <w:t>— А хіба ти не водяна крапелька?</w:t>
      </w:r>
    </w:p>
    <w:p>
      <w:r>
        <w:br/>
        <w:t>— Ні, я Росинка.</w:t>
      </w:r>
    </w:p>
    <w:p>
      <w:r>
        <w:br/>
        <w:t>— Ет, однаково — вода. Давай побалакаємо з тобою.</w:t>
      </w:r>
    </w:p>
    <w:p>
      <w:r>
        <w:br/>
        <w:t>— Ні. Я поспішаю.</w:t>
      </w:r>
    </w:p>
    <w:p>
      <w:r>
        <w:br/>
        <w:t>— Шкода. На нашій галяві так рано ніхто не прокидається і ні з ким словом перемовитись.</w:t>
      </w:r>
    </w:p>
    <w:p>
      <w:r>
        <w:br/>
        <w:t>— Конику, а чому ота червона квітка не розплющує очей?</w:t>
      </w:r>
    </w:p>
    <w:p>
      <w:r>
        <w:br/>
        <w:t>— Де — цс-цс? Де —цс-цс? — проспівав Коник!— А, то Тюльпан, він прокидається тільки тоді, коли з'являється Сонечко.</w:t>
      </w:r>
    </w:p>
    <w:p>
      <w:r>
        <w:br/>
        <w:t>— Будь здоров, Конику, — чемно сказала Росинка.</w:t>
      </w:r>
    </w:p>
    <w:p>
      <w:r>
        <w:br/>
        <w:t>— Ходи здоров.а, Крапелько,— знову помилився Коник. *</w:t>
      </w:r>
    </w:p>
    <w:p>
      <w:r>
        <w:br/>
        <w:t>Росинка легенько перекочувалась через травинки, задивлялась на кожну квітку — чи повертає та голову до Сонечка. І сама думала про дивне і, мабуть, дуже красиве Сонечко.</w:t>
      </w:r>
    </w:p>
    <w:p>
      <w:r>
        <w:br/>
        <w:t>Біля самого Струмочка вона побачила пані Жабу, котра лежала, припавши до мокрої землі.</w:t>
      </w:r>
    </w:p>
    <w:p>
      <w:r>
        <w:br/>
        <w:t>— Доброго ранку, пані Жабо! Ти що тут робиш?</w:t>
      </w:r>
    </w:p>
    <w:p>
      <w:r>
        <w:br/>
        <w:t>— Ох, моя дитиночко,— застогнала, сіпаючись, Жаба,— хочу трохи віддихатись, поки немає Сонечка.</w:t>
      </w:r>
    </w:p>
    <w:p>
      <w:r>
        <w:br/>
        <w:t>— Хіба ти його не любиш? Всі кажуть, що воно гаке гарне.</w:t>
      </w:r>
    </w:p>
    <w:p>
      <w:r>
        <w:br/>
        <w:t>— Гарне? От як висушить усе навкруги, побачиш. Я тільки вдосвіта й можу подихати повітрям. А ці-гаий день — у воді.</w:t>
      </w:r>
    </w:p>
    <w:p>
      <w:r>
        <w:br/>
        <w:t>Жаба й не помітила, що Росинка позадкувала від деї.</w:t>
      </w:r>
    </w:p>
    <w:p>
      <w:r>
        <w:br/>
        <w:t>— Привіт, братику! — Вигукнула Росинка і сіла да камінець над Веселим Струмком.</w:t>
      </w:r>
    </w:p>
    <w:p>
      <w:r>
        <w:br/>
        <w:t>— Шаную, шаную, сестро,— тихо проплюскотів Струмок.— Не барись тут, скоро прийде Сонечко.*</w:t>
      </w:r>
    </w:p>
    <w:p>
      <w:r>
        <w:br/>
        <w:t>— А я його не боюсь, кажуть, воно таке гарне!</w:t>
      </w:r>
    </w:p>
    <w:p>
      <w:r>
        <w:br/>
        <w:t>— Бозна-що балакаєш! — забулькав Струмок.</w:t>
      </w:r>
    </w:p>
    <w:p>
      <w:r>
        <w:br/>
        <w:t>— А що воно мені зробить?</w:t>
      </w:r>
    </w:p>
    <w:p>
      <w:r>
        <w:br/>
        <w:t>— Висушить, висушить,— шуміла вода.</w:t>
      </w:r>
    </w:p>
    <w:p>
      <w:r>
        <w:br/>
        <w:t>— І нічого од мене не лишиться? Мене не буде?</w:t>
      </w:r>
    </w:p>
    <w:p>
      <w:r>
        <w:br/>
        <w:t>— Так, так, нічого! Ти піднімешся до неба білою парою. Кожного дня багато моїх крапель воно забирає до себе, і я все мілію й мілію.</w:t>
      </w:r>
    </w:p>
    <w:p>
      <w:r>
        <w:br/>
        <w:t>Не збентежила Росинку і ця пересторога.</w:t>
      </w:r>
    </w:p>
    <w:p>
      <w:r>
        <w:br/>
        <w:t>— Я стану хмаркою! Легка, летюча — це ж чудово! Я так мрію про це!</w:t>
      </w:r>
    </w:p>
    <w:p>
      <w:r>
        <w:br/>
        <w:t>І ось ковзнув по вершечках трави, пелюстках квітів перший промінь Сонця. Низько-низько вклонився йому старий Туман, розплющила свої чудові очі червона квітка Тюльпан, а Жаба, важко дихаючи, шубовснула у воду.</w:t>
      </w:r>
    </w:p>
    <w:p>
      <w:r>
        <w:br/>
        <w:t>— Ах, ну де ж воно, те Сонечко? — бентежно шепотіла Росинка.</w:t>
      </w:r>
    </w:p>
    <w:p>
      <w:r>
        <w:br/>
        <w:t>І раптом побачила велике рожеве коло.</w:t>
      </w:r>
    </w:p>
    <w:p>
      <w:r>
        <w:br/>
        <w:t>— О, воно наче велика Росинка!—намагалась вигукнути. Та вже висушило її сонечко і крихітним струмочком звилася на камені блакитна стрічка.</w:t>
      </w:r>
    </w:p>
    <w:p>
      <w:r>
        <w:br/>
        <w:t>І вже легкою хмаркою линула у високості в теплих обіймах променів. Захоплено дивилась вона на неозору Землю. Росинці було зовсім не лячно, а легко і радісно, наче вона знала, що повернеться знову до яскравих квітів і зелених трав, до батька Тумана і брата Веселого Струмочка.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Росинка-мандрівниця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