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Романс про весну 1848</w:t>
      </w:r>
    </w:p>
    <w:p>
      <w:r>
        <w:br/>
        <w:t xml:space="preserve"> Завісу час зірвав — змінився світ!&lt;br /&gt;</w:t>
        <w:br/>
        <w:t>Що сталося з старовиною?&lt;br /&gt;</w:t>
        <w:br/>
        <w:t>Гей, глянь навкіл — як небовид&lt;br /&gt;</w:t>
        <w:br/>
        <w:t>буяє юною весною!&lt;br /&gt;</w:t>
        <w:br/>
        <w:t>Зашумував в лісах вітрів розмай,&lt;br /&gt;</w:t>
        <w:br/>
        <w:t>і сад співав, співали луки й гай,&lt;br /&gt;</w:t>
        <w:br/>
        <w:t>співали гори, береги й поля,&lt;br /&gt;</w:t>
        <w:br/>
        <w:t>співала з нами вся наша земля&lt;br /&gt;</w:t>
        <w:br/>
        <w:t>і ми співали: воля! воля!</w:t>
      </w:r>
    </w:p>
    <w:p>
      <w:r>
        <w:br/>
        <w:t>В ті дні величних і щасливих змін,&lt;br /&gt;</w:t>
        <w:br/>
        <w:t>як сяяла в очах сльозина,&lt;br /&gt;</w:t>
        <w:br/>
        <w:t>кров червоніла в жилах, мов рубін,&lt;br /&gt;</w:t>
        <w:br/>
        <w:t>і возвеличилась людина!&lt;br /&gt;</w:t>
        <w:br/>
        <w:t>В одне зливались день і ніч для нас,&lt;br /&gt;</w:t>
        <w:br/>
        <w:t>день пристрастю кипів і в снах не гас,&lt;br /&gt;</w:t>
        <w:br/>
        <w:t>ми вірили — не знаючи кому,&lt;br /&gt;</w:t>
        <w:br/>
        <w:t>сміялися — й не відали чому,&lt;br /&gt;</w:t>
        <w:br/>
        <w:t>о перші парості кохання!</w:t>
      </w:r>
    </w:p>
    <w:p>
      <w:r>
        <w:br/>
        <w:t>Гудів, мов на весіллі, людський рій,&lt;br /&gt;</w:t>
        <w:br/>
        <w:t>і під далекий гук гармати&lt;br /&gt;</w:t>
        <w:br/>
        <w:t>свободу здобувати в смертний бій&lt;br /&gt;</w:t>
        <w:br/>
        <w:t>рушали з піснею солдати.&lt;br /&gt;</w:t>
        <w:br/>
        <w:t>Перо на шапці, зброя у руці,&lt;br /&gt;</w:t>
        <w:br/>
        <w:t>і стережись, тиране, йдуть бійці!&lt;br /&gt;</w:t>
        <w:br/>
        <w:t>Нехай тремтить, хто перетнув їм путь,-&lt;br /&gt;</w:t>
        <w:br/>
        <w:t>вони життя і тричі віддадуть&lt;br /&gt;</w:t>
        <w:br/>
        <w:t>за людство і за батьківщину!</w:t>
      </w:r>
    </w:p>
    <w:p>
      <w:r>
        <w:br/>
        <w:t>Зеленим руном укривався лан,&lt;br /&gt;</w:t>
        <w:br/>
        <w:t>а день ясний, неначе вмитий,&lt;br /&gt;</w:t>
        <w:br/>
        <w:t>в блакитний одягнувсь кафтан,&lt;br /&gt;</w:t>
        <w:br/>
        <w:t>вогнем і золотом прошитий!&lt;br /&gt;</w:t>
        <w:br/>
        <w:t>До танцю з нами вся вітчизна йшла,&lt;br /&gt;</w:t>
        <w:br/>
        <w:t>музика наче з-під землі гула,&lt;br /&gt;</w:t>
        <w:br/>
        <w:t>то сам господь нас в гості запросив,&lt;br /&gt;</w:t>
        <w:br/>
        <w:t>і усміхнувся, й нас благословив:&lt;br /&gt;</w:t>
        <w:br/>
        <w:t>"Нарешті й ви людьми зробились!"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Романс про весну 1848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