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Робін Гуд</w:t>
      </w:r>
    </w:p>
    <w:p>
      <w:r>
        <w:br/>
        <w:t xml:space="preserve"> Робін Гуд</w:t>
      </w:r>
    </w:p>
    <w:p>
      <w:r>
        <w:br/>
        <w:t>(Другові)</w:t>
      </w:r>
    </w:p>
    <w:p>
      <w:r>
        <w:br/>
        <w:t>Ні! Ті дні вже пролетіли,&lt;br /&gt;</w:t>
        <w:br/>
        <w:t>Ті й години посивіли,&lt;br /&gt;</w:t>
        <w:br/>
        <w:t>I хвилини ті давно&lt;br /&gt;</w:t>
        <w:br/>
        <w:t>Вкрило втоптане рядно&lt;br /&gt;</w:t>
        <w:br/>
        <w:t>Листопадів незчисленних,&lt;br /&gt;</w:t>
        <w:br/>
        <w:t>I немало зим шалених,&lt;br /&gt;</w:t>
        <w:br/>
        <w:t>Суховіїв східних, бур&lt;br /&gt;</w:t>
        <w:br/>
        <w:t>У зелений бились мур&lt;br /&gt;</w:t>
        <w:br/>
        <w:t>Відтоді, як води Тренту&lt;br /&gt;</w:t>
        <w:br/>
        <w:t>Ще не знали про оренду.</w:t>
      </w:r>
    </w:p>
    <w:p>
      <w:r>
        <w:br/>
        <w:t>Ні, не гряне рогу гук,&lt;br /&gt;</w:t>
        <w:br/>
        <w:t>I тугий не свисне лук.&lt;br /&gt;</w:t>
        <w:br/>
        <w:t>Глухо в вересі густому,&lt;br /&gt;</w:t>
        <w:br/>
        <w:t>I не вчується нікому&lt;br /&gt;</w:t>
        <w:br/>
        <w:t>Серед лісу голосна&lt;br /&gt;</w:t>
        <w:br/>
        <w:t>Пісня, і дзвінка луна&lt;br /&gt;</w:t>
        <w:br/>
        <w:t>Не віддасть у цій пустелі&lt;br /&gt;</w:t>
        <w:br/>
        <w:t>Голоси стрільців веселі.</w:t>
      </w:r>
    </w:p>
    <w:p>
      <w:r>
        <w:br/>
        <w:t>Як захочеш, сам сюди&lt;br /&gt;</w:t>
        <w:br/>
        <w:t>Серед літа надійди,&lt;br /&gt;</w:t>
        <w:br/>
        <w:t>Сім зірок у провід взявши,—&lt;br /&gt;</w:t>
        <w:br/>
        <w:t>Та, гілля важке рознявши,&lt;br /&gt;</w:t>
        <w:br/>
        <w:t>Вже тебе не стріне тут&lt;br /&gt;</w:t>
        <w:br/>
        <w:t>Ані Джон, ні Робін Гуд;&lt;br /&gt;</w:t>
        <w:br/>
        <w:t>Ані жоден із ватаги,&lt;br /&gt;</w:t>
        <w:br/>
        <w:t>В дно порожньої баклаги&lt;br /&gt;</w:t>
        <w:br/>
        <w:t>Барабанячи під крок,&lt;br /&gt;</w:t>
        <w:br/>
        <w:t>Не майне поміж гілок,&lt;br /&gt;</w:t>
        <w:br/>
        <w:t>Спів шлючи хазяйці хмелю&lt;br /&gt;</w:t>
        <w:br/>
        <w:t>Посланцем по мірку елю.</w:t>
      </w:r>
    </w:p>
    <w:p>
      <w:r>
        <w:br/>
        <w:t>Вже не чути грищ гучних;&lt;br /&gt;</w:t>
        <w:br/>
        <w:t>Гамеліна спів затих.&lt;br /&gt;</w:t>
        <w:br/>
        <w:t>Стягши стан, сайдак на спині,&lt;br /&gt;</w:t>
        <w:br/>
        <w:t>Тут ніхто не пройде нині —&lt;br /&gt;</w:t>
        <w:br/>
        <w:t>Все поглинув часу пруд!&lt;br /&gt;</w:t>
        <w:br/>
        <w:t>I якби сам Робін Гуд&lt;br /&gt;</w:t>
        <w:br/>
        <w:t>Із трави, з могили звівся&lt;br /&gt;</w:t>
        <w:br/>
        <w:t>I з Мар'яною з'явився,&lt;br /&gt;</w:t>
        <w:br/>
        <w:t>В неї вид би посмутнів,&lt;br /&gt;</w:t>
        <w:br/>
        <w:t>А його обняв би гнів:&lt;br /&gt;</w:t>
        <w:br/>
        <w:t>Бо дуби, що їм кивали,&lt;br /&gt;</w:t>
        <w:br/>
        <w:t>Під сокирами упали&lt;br /&gt;</w:t>
        <w:br/>
        <w:t>I згнили в воді морській,&lt;br /&gt;</w:t>
        <w:br/>
        <w:t>I бджолиний кожен рій&lt;br /&gt;</w:t>
        <w:br/>
        <w:t>Опинився в огорожі,&lt;br /&gt;</w:t>
        <w:br/>
        <w:t>Й продається мед за гроші.</w:t>
      </w:r>
    </w:p>
    <w:p>
      <w:r>
        <w:br/>
        <w:t>Заспіваймо ж ми, живі,&lt;br /&gt;</w:t>
        <w:br/>
        <w:t>Славу луку й тятиві,&lt;br /&gt;</w:t>
        <w:br/>
        <w:t>Славу рогові дзвінкому,&lt;br /&gt;</w:t>
        <w:br/>
        <w:t>Славу лісові густому,&lt;br /&gt;</w:t>
        <w:br/>
        <w:t>Славу добрій опанчі&lt;br /&gt;</w:t>
        <w:br/>
        <w:t>На стрілецькому плечі,&lt;br /&gt;</w:t>
        <w:br/>
        <w:t>Славу Джонові Малому&lt;br /&gt;</w:t>
        <w:br/>
        <w:t>I коню його швидкому,&lt;br /&gt;</w:t>
        <w:br/>
        <w:t>Славу ватагові їх,&lt;br /&gt;</w:t>
        <w:br/>
        <w:t>Що в Шервудську землю ліг,&lt;br /&gt;</w:t>
        <w:br/>
        <w:t>Славу дівчині Мар'яні&lt;br /&gt;</w:t>
        <w:br/>
        <w:t>Й кожному в Шервудськім клані!</w:t>
      </w:r>
    </w:p>
    <w:p>
      <w:r>
        <w:br/>
        <w:t>Хоч давно той час пробіг,&lt;br /&gt;</w:t>
        <w:br/>
        <w:t>Знову й знову славмо їх!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Робін Гуд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