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Робфаківка</w:t>
      </w:r>
    </w:p>
    <w:p>
      <w:r>
        <w:br/>
        <w:t xml:space="preserve"> РОБФАКІВКА&lt;br /&gt;</w:t>
        <w:br/>
        <w:t>(Поема)&lt;br /&gt;</w:t>
        <w:br/>
        <w:t>І</w:t>
      </w:r>
    </w:p>
    <w:p>
      <w:r>
        <w:br/>
        <w:t>В цей час, коли я іду&lt;br /&gt;</w:t>
        <w:br/>
        <w:t>і міські ліхтарі сперечають із місяцем,&lt;br /&gt;</w:t>
        <w:br/>
        <w:t>коли я проходжу великі площі і оглядаюсь,&lt;br /&gt;</w:t>
        <w:br/>
        <w:t>аби не наїхав авто,&lt;br /&gt;</w:t>
        <w:br/>
        <w:t>і згадую,&lt;br /&gt;</w:t>
        <w:br/>
        <w:t>як мені на "Сінабарі" трохи не набили фізії, —&lt;br /&gt;</w:t>
        <w:br/>
        <w:t>ти в брудній і нетопленій кімнаті&lt;br /&gt;</w:t>
        <w:br/>
        <w:t>читаєш золоті й невідомі утопії:&lt;br /&gt;</w:t>
        <w:br/>
        <w:t>пробігають літери довгими й радісними рядками&lt;br /&gt;</w:t>
        <w:br/>
        <w:t>і здається, що ті літери —&lt;br /&gt;</w:t>
        <w:br/>
        <w:t>я.&lt;br /&gt;</w:t>
        <w:br/>
        <w:t>В цей час, коли я іду&lt;br /&gt;</w:t>
        <w:br/>
        <w:t>і прожектор огненно розсікає груди вечора,&lt;br /&gt;</w:t>
        <w:br/>
        <w:t>і в криваве провалля видно,&lt;br /&gt;</w:t>
        <w:br/>
        <w:t>як вітер скажено ганяє перелякані акації,&lt;br /&gt;</w:t>
        <w:br/>
        <w:t>і метушаться розірвані хмари, — я згадую,&lt;br /&gt;</w:t>
        <w:br/>
        <w:t>як ти була політруком ескадрону&lt;br /&gt;</w:t>
        <w:br/>
        <w:t>і брала Перекоп...&lt;br /&gt;</w:t>
        <w:br/>
        <w:t>А тепер ти, золотоволоса робфаківка,&lt;br /&gt;</w:t>
        <w:br/>
        <w:t>кожного ранку біжиш по задрипаних вулицях&lt;br /&gt;</w:t>
        <w:br/>
        <w:t>і боїшся опізнитись на лекцію,&lt;br /&gt;</w:t>
        <w:br/>
        <w:t>де розказують про меридіани й про життя рослин.</w:t>
      </w:r>
    </w:p>
    <w:p>
      <w:r>
        <w:br/>
        <w:t>II</w:t>
      </w:r>
    </w:p>
    <w:p>
      <w:r>
        <w:br/>
        <w:t>Невпинно&lt;br /&gt;</w:t>
        <w:br/>
        <w:t>і солодко б'ються серця,&lt;br /&gt;</w:t>
        <w:br/>
        <w:t>і правильно, і з перебоями&lt;br /&gt;</w:t>
        <w:br/>
        <w:t>в цей час,&lt;br /&gt;</w:t>
        <w:br/>
        <w:t>коли ми йдемо з тобою.</w:t>
      </w:r>
    </w:p>
    <w:p>
      <w:r>
        <w:br/>
        <w:t>А на заході:</w:t>
      </w:r>
    </w:p>
    <w:p>
      <w:r>
        <w:br/>
        <w:t>прямо в прострелене чоло сонця —&lt;br /&gt;</w:t>
        <w:br/>
        <w:t>летять журавлі...&lt;br /&gt;</w:t>
        <w:br/>
        <w:t>І ніколи, ніколи&lt;br /&gt;</w:t>
        <w:br/>
        <w:t>не буде краще на землі.&lt;br /&gt;</w:t>
        <w:br/>
        <w:t>Віки проходять перед тобою&lt;br /&gt;</w:t>
        <w:br/>
        <w:t>і оддають тобі пошану,&lt;br /&gt;</w:t>
        <w:br/>
        <w:t>о жінко Революції!&lt;br /&gt;</w:t>
        <w:br/>
        <w:t>Скільки геніїв вийшло із доісторичної&lt;br /&gt;</w:t>
        <w:br/>
        <w:t>глибини твого черева..Г&lt;br /&gt;</w:t>
        <w:br/>
        <w:t>Дивлюсь на твої заломлені руки,&lt;br /&gt;</w:t>
        <w:br/>
        <w:t>на зморшки на твоїм чолі&lt;br /&gt;</w:t>
        <w:br/>
        <w:t>і оддаю тобі своє серце...&lt;br /&gt;</w:t>
        <w:br/>
        <w:t>На!..&lt;br /&gt;</w:t>
        <w:br/>
        <w:t>І підставляю вітрам розірвані груди,&lt;br /&gt;</w:t>
        <w:br/>
        <w:t>і женуть вітри по жилах мою кров,&lt;br /&gt;</w:t>
        <w:br/>
        <w:t>і ритмічно піднімають легені...&lt;br /&gt;</w:t>
        <w:br/>
        <w:t>А на заході:&lt;br /&gt;</w:t>
        <w:br/>
        <w:t>будинки і люди&lt;br /&gt;</w:t>
        <w:br/>
        <w:t>чітко вирізьбила далечінь.&lt;br /&gt;</w:t>
        <w:br/>
        <w:t>III</w:t>
      </w:r>
    </w:p>
    <w:p>
      <w:r>
        <w:br/>
        <w:t>Моя душа,&lt;br /&gt;</w:t>
        <w:br/>
        <w:t>мов залита асфальтом земля,&lt;br /&gt;</w:t>
        <w:br/>
        <w:t>і кожне необережне слово&lt;br /&gt;</w:t>
        <w:br/>
        <w:t>вгрузає в ній, як закаблуки моєї коханої&lt;br /&gt;</w:t>
        <w:br/>
        <w:t>на розпеченім ґрунті&lt;br /&gt;</w:t>
        <w:br/>
        <w:t>площі Рози Люксембург...&lt;br /&gt;</w:t>
        <w:br/>
        <w:t>І її, таку наївну і тривожну,&lt;br /&gt;</w:t>
        <w:br/>
        <w:t>я оддаю тобі,&lt;br /&gt;</w:t>
        <w:br/>
        <w:t>бо:&lt;br /&gt;</w:t>
        <w:br/>
        <w:t>прийдуть тисячі таких же, як і я,&lt;br /&gt;</w:t>
        <w:br/>
        <w:t>і оддадуть тобі свої серця і душі,&lt;br /&gt;</w:t>
        <w:br/>
        <w:t>і ми їх запалимо,&lt;br /&gt;</w:t>
        <w:br/>
        <w:t>щоб&lt;br /&gt;</w:t>
        <w:br/>
        <w:t>освітить твої дороги,&lt;br /&gt;</w:t>
        <w:br/>
        <w:t>о жінко Революції!&lt;br /&gt;</w:t>
        <w:br/>
        <w:t>А ти крутиш із газети цигарку,&lt;br /&gt;</w:t>
        <w:br/>
        <w:t>і крізь розірвану юбку видно брудне коліно,&lt;br /&gt;</w:t>
        <w:br/>
        <w:t>а твої стоптані черевики&lt;br /&gt;</w:t>
        <w:br/>
        <w:t>нагадують одеський порт у 20-м році...</w:t>
      </w:r>
    </w:p>
    <w:p>
      <w:r>
        <w:br/>
        <w:t>IV</w:t>
      </w:r>
    </w:p>
    <w:p>
      <w:r>
        <w:br/>
        <w:t>Ремонтуємо тіло й душу,&lt;br /&gt;</w:t>
        <w:br/>
        <w:t>ремонтуєм будинки й дороги.&lt;br /&gt;</w:t>
        <w:br/>
        <w:t>Але той, хто тисячолітні підпори зрушив,&lt;br /&gt;</w:t>
        <w:br/>
        <w:t>це не вважає за ремонт.&lt;br /&gt;</w:t>
        <w:br/>
        <w:t>Там, за обрієм, бачу велику руїну всього&lt;br /&gt;</w:t>
        <w:br/>
        <w:t>Сущого&lt;br /&gt;</w:t>
        <w:br/>
        <w:t>і великий ремонт,&lt;br /&gt;</w:t>
        <w:br/>
        <w:t>там, за обрієм...&lt;br /&gt;</w:t>
        <w:br/>
        <w:t>І тремтить золота волосинка&lt;br /&gt;</w:t>
        <w:br/>
        <w:t>на твоїй, на рожевій щоці.&lt;br /&gt;</w:t>
        <w:br/>
        <w:t>Уже кулі на розі не тинькають.&lt;br /&gt;</w:t>
        <w:br/>
        <w:t>І все ближче осяяна ціль.&lt;br /&gt;</w:t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Робфаківка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