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лла з Інглсай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лла з Інглсай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