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Рідна мова в рідній школі!..</w:t>
      </w:r>
    </w:p>
    <w:p>
      <w:r>
        <w:br/>
        <w:t xml:space="preserve"> Рідна мова в рідній школі!&lt;br /&gt;</w:t>
        <w:br/>
        <w:t>Що бринить нам чарівніш?&lt;br /&gt;</w:t>
        <w:br/>
        <w:t>Що нам ближче, і миліш,&lt;br /&gt;</w:t>
        <w:br/>
        <w:t>І дорожче в час недолі?!&lt;br /&gt;</w:t>
        <w:br/>
        <w:t>Рідна мова! рідна мова!&lt;br /&gt;</w:t>
        <w:br/>
        <w:t>Що в єдине нас злива, —&lt;br /&gt;</w:t>
        <w:br/>
        <w:t>Перші матері слова,&lt;br /&gt;</w:t>
        <w:br/>
        <w:t>Перша пісня колискова,&lt;br /&gt;</w:t>
        <w:br/>
        <w:t>Як розлучимось з тобою,&lt;br /&gt;</w:t>
        <w:br/>
        <w:t>Як забудем голос твій,&lt;br /&gt;</w:t>
        <w:br/>
        <w:t>І в вітчизні дорогій&lt;br /&gt;</w:t>
        <w:br/>
        <w:t>Говоритимем чужою?!&lt;br /&gt;</w:t>
        <w:br/>
        <w:t>Краще нам німими стати,&lt;br /&gt;</w:t>
        <w:br/>
        <w:t>Легше гори нам нести,&lt;br /&gt;</w:t>
        <w:br/>
        <w:t>Ніж тебе розіп'ясти,&lt;br /&gt;</w:t>
        <w:br/>
        <w:t>Наша мово, наша мати!&lt;br /&gt;</w:t>
        <w:br/>
        <w:t>Ні! В кім думка прагне слова,&lt;br /&gt;</w:t>
        <w:br/>
        <w:t>Хто в майбутнім хоче жить,&lt;br /&gt;</w:t>
        <w:br/>
        <w:t>Той всім серцем закричить:&lt;br /&gt;</w:t>
        <w:br/>
        <w:t>"В рідній школі рідна мова!"&lt;br /&gt;</w:t>
        <w:br/>
        <w:t>І спасе того в недолі&lt;br /&gt;</w:t>
        <w:br/>
        <w:t>Наша мрія золота,&lt;br /&gt;</w:t>
        <w:br/>
        <w:t>Наше гасло і мета:&lt;br /&gt;</w:t>
        <w:br/>
        <w:t>Рідна мова в рідній школі!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Рідна мова в рідній школі!..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