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Річний пісок слідок ноги твоєї...</w:t>
      </w:r>
    </w:p>
    <w:p>
      <w:r>
        <w:br/>
        <w:t xml:space="preserve"> Річний пісок слідок ноги твоєї&lt;br /&gt;</w:t>
        <w:br/>
        <w:t>І досі ще — для мене! — не заніс...&lt;br /&gt;</w:t>
        <w:br/>
        <w:t>Тремтить ріка, і хилиться до неї&lt;br /&gt;</w:t>
        <w:br/>
        <w:t>На тому березі ріденький ліс...</w:t>
      </w:r>
    </w:p>
    <w:p>
      <w:r>
        <w:br/>
        <w:t>Не заблукають з хуторів лелеки,—&lt;br /&gt;</w:t>
        <w:br/>
        <w:t>Хіба що вітер хмари нажене...&lt;br /&gt;</w:t>
        <w:br/>
        <w:t>О друже мій єдиний, а далекий,&lt;br /&gt;</w:t>
        <w:br/>
        <w:t>Який тут спокій стереже мене!</w:t>
      </w:r>
    </w:p>
    <w:p>
      <w:r>
        <w:br/>
        <w:t>Немов поклала ти мені на груди&lt;br /&gt;</w:t>
        <w:br/>
        <w:t>Долоні теплі, і спинилось все:&lt;br /&gt;</w:t>
        <w:br/>
        <w:t>І почуття, і спогади, і люди,&lt;br /&gt;</w:t>
        <w:br/>
        <w:t>І мертвий лист, що хвилями несе...</w:t>
      </w:r>
    </w:p>
    <w:p>
      <w:r>
        <w:br/>
        <w:t>Немов ласкаві вересневі феї&lt;br /&gt;</w:t>
        <w:br/>
        <w:t>Спинили час,— і всесвіт не тече...&lt;br /&gt;</w:t>
        <w:br/>
        <w:t>І навіть цей слідок ноги твоєї&lt;br /&gt;</w:t>
        <w:br/>
        <w:t>Вже не хвилює серця і очей...</w:t>
      </w:r>
    </w:p>
    <w:p>
      <w:r>
        <w:br/>
        <w:t>Бо я дивлюсь і бачу: все навіки&lt;br /&gt;</w:t>
        <w:br/>
        <w:t>На цій осінній лагідній землі,&lt;br /&gt;</w:t>
        <w:br/>
        <w:t>І твій слідок малий — такий великий,&lt;br /&gt;</w:t>
        <w:br/>
        <w:t>Що я тобі й сказати б не зумів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Річний пісок слідок ноги твоєї...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