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Риб'ячі танці</w:t>
      </w:r>
    </w:p>
    <w:p>
      <w:r>
        <w:br/>
        <w:t xml:space="preserve"> 1</w:t>
      </w:r>
    </w:p>
    <w:p>
      <w:r>
        <w:br/>
        <w:t>Лев царює над лісами,&lt;br /&gt;</w:t>
        <w:br/>
        <w:t>Над водами він царює,&lt;br /&gt;</w:t>
        <w:br/>
        <w:t>Скрізь закони видає він&lt;br /&gt;</w:t>
        <w:br/>
        <w:t>І усюди порядкує.</w:t>
      </w:r>
    </w:p>
    <w:p>
      <w:r>
        <w:br/>
        <w:t>2</w:t>
      </w:r>
    </w:p>
    <w:p>
      <w:r>
        <w:br/>
        <w:t>Ось надумавсь він і кличе&lt;br /&gt;</w:t>
        <w:br/>
        <w:t>На великую пораду&lt;br /&gt;</w:t>
        <w:br/>
        <w:t>До свого царського двору&lt;br /&gt;</w:t>
        <w:br/>
        <w:t>Всю звірячую громаду.</w:t>
      </w:r>
    </w:p>
    <w:p>
      <w:r>
        <w:br/>
        <w:t>3</w:t>
      </w:r>
    </w:p>
    <w:p>
      <w:r>
        <w:br/>
        <w:t>Каже раді міркувати,&lt;br /&gt;</w:t>
        <w:br/>
        <w:t>Дати рибі суд і право,&lt;br /&gt;</w:t>
        <w:br/>
        <w:t>І суддю настановити,&lt;br /&gt;</w:t>
        <w:br/>
        <w:t>Щоб судив він нелукаво.</w:t>
      </w:r>
    </w:p>
    <w:p>
      <w:r>
        <w:br/>
        <w:t>4</w:t>
      </w:r>
    </w:p>
    <w:p>
      <w:r>
        <w:br/>
        <w:t>Стала рада міркувати,&lt;br /&gt;</w:t>
        <w:br/>
        <w:t>Міркували-радували,&lt;br /&gt;</w:t>
        <w:br/>
        <w:t>І над рибою суддею&lt;br /&gt;</w:t>
        <w:br/>
        <w:t>Всі лисицю обібрали.</w:t>
      </w:r>
    </w:p>
    <w:p>
      <w:r>
        <w:br/>
        <w:t>5</w:t>
      </w:r>
    </w:p>
    <w:p>
      <w:r>
        <w:br/>
        <w:t>Почала тоді лисиця&lt;br /&gt;</w:t>
        <w:br/>
        <w:t>По річках порядкувати.&lt;br /&gt;</w:t>
        <w:br/>
        <w:t>В неї кум був — однокрилий&lt;br /&gt;</w:t>
        <w:br/>
        <w:t>Журавель старий цибатий.</w:t>
      </w:r>
    </w:p>
    <w:p>
      <w:r>
        <w:br/>
        <w:t>6</w:t>
      </w:r>
    </w:p>
    <w:p>
      <w:r>
        <w:br/>
        <w:t>Ось його вона до себе&lt;br /&gt;</w:t>
        <w:br/>
        <w:t>Пособляти попросила,&lt;br /&gt;</w:t>
        <w:br/>
        <w:t>І тоді у них робота&lt;br /&gt;</w:t>
        <w:br/>
        <w:t>Дуже швидко закипіла.</w:t>
      </w:r>
    </w:p>
    <w:p>
      <w:r>
        <w:br/>
        <w:t>7</w:t>
      </w:r>
    </w:p>
    <w:p>
      <w:r>
        <w:br/>
        <w:t>Кум стромляє ніс у воду,&lt;br /&gt;</w:t>
        <w:br/>
        <w:t>Рибу з неї викидає,&lt;br /&gt;</w:t>
        <w:br/>
        <w:t>А лисичка на травиці&lt;br /&gt;</w:t>
        <w:br/>
        <w:t>Суд над нею вирікає.</w:t>
      </w:r>
    </w:p>
    <w:p>
      <w:r>
        <w:br/>
        <w:t>8</w:t>
      </w:r>
    </w:p>
    <w:p>
      <w:r>
        <w:br/>
        <w:t>І як риба та погано&lt;br /&gt;</w:t>
        <w:br/>
        <w:t>Щось поводилася в річці,&lt;br /&gt;</w:t>
        <w:br/>
        <w:t>То злочинницю карати&lt;br /&gt;</w:t>
        <w:br/>
        <w:t>Все доводилось лисичці.</w:t>
      </w:r>
    </w:p>
    <w:p>
      <w:r>
        <w:br/>
        <w:t>9</w:t>
      </w:r>
    </w:p>
    <w:p>
      <w:r>
        <w:br/>
        <w:t>І покараних злочинців&lt;br /&gt;</w:t>
        <w:br/>
        <w:t>Кум з кумою не ділили,&lt;br /&gt;</w:t>
        <w:br/>
        <w:t>А ладненько та тихенько&lt;br /&gt;</w:t>
        <w:br/>
        <w:t>Так удвох усіх і їли.</w:t>
      </w:r>
    </w:p>
    <w:p>
      <w:r>
        <w:br/>
        <w:t>10</w:t>
      </w:r>
    </w:p>
    <w:p>
      <w:r>
        <w:br/>
        <w:t>І погладшала лисичка,&lt;br /&gt;</w:t>
        <w:br/>
        <w:t>I така ситенька стала,&lt;br /&gt;</w:t>
        <w:br/>
        <w:t>Що усіх звірів, як глянуть,&lt;br /&gt;</w:t>
        <w:br/>
        <w:t>Заздрість зараз обнімала.</w:t>
      </w:r>
    </w:p>
    <w:p>
      <w:r>
        <w:br/>
        <w:t>11</w:t>
      </w:r>
    </w:p>
    <w:p>
      <w:r>
        <w:br/>
        <w:t>Як позаздрили, то стали&lt;br /&gt;</w:t>
        <w:br/>
        <w:t>Доглядатися пильненько,&lt;br /&gt;</w:t>
        <w:br/>
        <w:t>Та й дізнались, як лисичка&lt;br /&gt;</w:t>
        <w:br/>
        <w:t>Порядкує там гарненько.</w:t>
      </w:r>
    </w:p>
    <w:p>
      <w:r>
        <w:br/>
        <w:t>12</w:t>
      </w:r>
    </w:p>
    <w:p>
      <w:r>
        <w:br/>
        <w:t>Між звірями зараз чутка&lt;br /&gt;</w:t>
        <w:br/>
        <w:t>Пролинула про те діло,&lt;br /&gt;</w:t>
        <w:br/>
        <w:t>І те слово і до лева&lt;br /&gt;</w:t>
        <w:br/>
        <w:t>Трохи згодом долетіло.</w:t>
      </w:r>
    </w:p>
    <w:p>
      <w:r>
        <w:br/>
        <w:t>13</w:t>
      </w:r>
    </w:p>
    <w:p>
      <w:r>
        <w:br/>
        <w:t>Хоч пан лев і сам обіда&lt;br /&gt;</w:t>
        <w:br/>
        <w:t>Баранами та волами,&lt;br /&gt;</w:t>
        <w:br/>
        <w:t>А голодний не гидує&lt;br /&gt;</w:t>
        <w:br/>
        <w:t>І нечистими свинями,</w:t>
      </w:r>
    </w:p>
    <w:p>
      <w:r>
        <w:br/>
        <w:t>14</w:t>
      </w:r>
    </w:p>
    <w:p>
      <w:r>
        <w:br/>
        <w:t>Дак то він і лев на теє,&lt;br /&gt;</w:t>
        <w:br/>
        <w:t>Щоб з підданців драти шкуру,&lt;br /&gt;</w:t>
        <w:br/>
        <w:t>Інші ж мусять просту мати,&lt;br /&gt;</w:t>
        <w:br/>
        <w:t>А не левову натуру.</w:t>
      </w:r>
    </w:p>
    <w:p>
      <w:r>
        <w:br/>
        <w:t>15</w:t>
      </w:r>
    </w:p>
    <w:p>
      <w:r>
        <w:br/>
        <w:t>Беззаконство він карає!&lt;br /&gt;</w:t>
        <w:br/>
        <w:t>Сам бажає подивиться,&lt;br /&gt;</w:t>
        <w:br/>
        <w:t>Як то справді порядкує&lt;br /&gt;</w:t>
        <w:br/>
        <w:t>Там над рибою лисиця.</w:t>
      </w:r>
    </w:p>
    <w:p>
      <w:r>
        <w:br/>
        <w:t>16</w:t>
      </w:r>
    </w:p>
    <w:p>
      <w:r>
        <w:br/>
        <w:t>І до річки він приходить,&lt;br /&gt;</w:t>
        <w:br/>
        <w:t>А над нею суд там саме:&lt;br /&gt;</w:t>
        <w:br/>
        <w:t>Рибка б'ється на травиці&lt;br /&gt;</w:t>
        <w:br/>
        <w:t>Головами та хвостами.</w:t>
      </w:r>
    </w:p>
    <w:p>
      <w:r>
        <w:br/>
        <w:t>17</w:t>
      </w:r>
    </w:p>
    <w:p>
      <w:r>
        <w:br/>
        <w:t>Кум з кумою вже гарненько&lt;br /&gt;</w:t>
        <w:br/>
        <w:t>Пообідати хотіли,&lt;br /&gt;</w:t>
        <w:br/>
        <w:t>Та зненацька коло себе&lt;br /&gt;</w:t>
        <w:br/>
        <w:t>Лева дужого уздріли.</w:t>
      </w:r>
    </w:p>
    <w:p>
      <w:r>
        <w:br/>
        <w:t>18</w:t>
      </w:r>
    </w:p>
    <w:p>
      <w:r>
        <w:br/>
        <w:t>"Хто такий ти? Що тут робиш?" —&lt;br /&gt;</w:t>
        <w:br/>
        <w:t>Грізно в кума лев питає.&lt;br /&gt;</w:t>
        <w:br/>
        <w:t>Та лисичка зна брехати&lt;br /&gt;</w:t>
        <w:br/>
        <w:t>І швиденько відмовляє:</w:t>
      </w:r>
    </w:p>
    <w:p>
      <w:r>
        <w:br/>
        <w:t>19</w:t>
      </w:r>
    </w:p>
    <w:p>
      <w:r>
        <w:br/>
        <w:t>"Се мій писар єсть, о царю!&lt;br /&gt;</w:t>
        <w:br/>
        <w:t>Він за чесність превелику&lt;br /&gt;</w:t>
        <w:br/>
        <w:t>Од народу має шану&lt;br /&gt;</w:t>
        <w:br/>
        <w:t>Й буде мати аж довіку.</w:t>
      </w:r>
    </w:p>
    <w:p>
      <w:r>
        <w:br/>
        <w:t>20</w:t>
      </w:r>
    </w:p>
    <w:p>
      <w:r>
        <w:br/>
        <w:t>А оце твої підданці,&lt;br /&gt;</w:t>
        <w:br/>
        <w:t>Посланці се од народу,&lt;br /&gt;</w:t>
        <w:br/>
        <w:t>Щоб тебе тут привітати,&lt;br /&gt;</w:t>
        <w:br/>
        <w:t>Бач, покинули і воду.</w:t>
      </w:r>
    </w:p>
    <w:p>
      <w:r>
        <w:br/>
        <w:t>21</w:t>
      </w:r>
    </w:p>
    <w:p>
      <w:r>
        <w:br/>
        <w:t>Карасі, великий царю,&lt;br /&gt;</w:t>
        <w:br/>
        <w:t>Це прийшли поздоровити..."&lt;br /&gt;</w:t>
        <w:br/>
        <w:t>"Ну, а як же,— лев питає,—&lt;br /&gt;</w:t>
        <w:br/>
        <w:t>Як народові тут жити?</w:t>
      </w:r>
    </w:p>
    <w:p>
      <w:r>
        <w:br/>
        <w:t>22</w:t>
      </w:r>
    </w:p>
    <w:p>
      <w:r>
        <w:br/>
        <w:t>Чи вдоволені підданці?&lt;br /&gt;</w:t>
        <w:br/>
        <w:t>Чи порядок є у краї?"&lt;br /&gt;</w:t>
        <w:br/>
        <w:t>А лисиця відмовляє:&lt;br /&gt;</w:t>
        <w:br/>
        <w:t>"Та їм так, неначе в раї!</w:t>
      </w:r>
    </w:p>
    <w:p>
      <w:r>
        <w:br/>
        <w:t>23</w:t>
      </w:r>
    </w:p>
    <w:p>
      <w:r>
        <w:br/>
        <w:t>О наш добрий царю! Тільки б&lt;br /&gt;</w:t>
        <w:br/>
        <w:t>Бог тобі дав віку й сили!.."&lt;br /&gt;</w:t>
        <w:br/>
        <w:t>(А карасики безщасні&lt;br /&gt;</w:t>
        <w:br/>
        <w:t>На травиці тріпотіли.)</w:t>
      </w:r>
    </w:p>
    <w:p>
      <w:r>
        <w:br/>
        <w:t>24</w:t>
      </w:r>
    </w:p>
    <w:p>
      <w:r>
        <w:br/>
        <w:t>"Тільки чом же,— лев питає,—&lt;br /&gt;</w:t>
        <w:br/>
        <w:t>І хвостами, й головами&lt;br /&gt;</w:t>
        <w:br/>
        <w:t>Ті заступники народні&lt;br /&gt;</w:t>
        <w:br/>
        <w:t>Всі кивають перед вами?"</w:t>
      </w:r>
    </w:p>
    <w:p>
      <w:r>
        <w:br/>
        <w:t>25</w:t>
      </w:r>
    </w:p>
    <w:p>
      <w:r>
        <w:br/>
        <w:t>А лисиця відмовляє:&lt;br /&gt;</w:t>
        <w:br/>
        <w:t>"Мудрий леве! Се радіють&lt;br /&gt;</w:t>
        <w:br/>
        <w:t>Так вони, тебе уздрівши,&lt;br /&gt;</w:t>
        <w:br/>
        <w:t>І танцюють, як уміють..."</w:t>
      </w:r>
    </w:p>
    <w:p>
      <w:r>
        <w:br/>
        <w:t>26</w:t>
      </w:r>
    </w:p>
    <w:p>
      <w:r>
        <w:br/>
        <w:t>"А!" — ревнув тут лев, брехнею&lt;br /&gt;</w:t>
        <w:br/>
        <w:t>Розлютований такою,&lt;br /&gt;</w:t>
        <w:br/>
        <w:t>І в свої він кігті кума&lt;br /&gt;</w:t>
        <w:br/>
        <w:t>Ухопив ураз з кумою.</w:t>
      </w:r>
    </w:p>
    <w:p>
      <w:r>
        <w:br/>
        <w:t>27</w:t>
      </w:r>
    </w:p>
    <w:p>
      <w:r>
        <w:br/>
        <w:t>І щоб так не без музики&lt;br /&gt;</w:t>
        <w:br/>
        <w:t>Тим підданцям танцювати,&lt;br /&gt;</w:t>
        <w:br/>
        <w:t>То він писаря з суддею&lt;br /&gt;</w:t>
        <w:br/>
        <w:t>Їм примусив заспівати.</w:t>
      </w:r>
    </w:p>
    <w:p>
      <w:r>
        <w:br/>
        <w:t>28</w:t>
      </w:r>
    </w:p>
    <w:p>
      <w:r>
        <w:br/>
        <w:t>І було то на цім світі&lt;br /&gt;</w:t>
        <w:br/>
        <w:t>Їм останнє вже співання...&lt;br /&gt;</w:t>
        <w:br/>
        <w:t>Так скінчилося лисиче&lt;br /&gt;</w:t>
        <w:br/>
        <w:t>Над річками панування...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Риб'ячі танці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