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Риба від діда Остапа</w:t>
      </w:r>
    </w:p>
    <w:p>
      <w:r>
        <w:br/>
        <w:t xml:space="preserve"> &lt;p&gt;Пасу я козу. А вона не пасеться. Стала, голову задерла, бородою трясе і мекає, мекає.</w:t>
      </w:r>
    </w:p>
    <w:p>
      <w:r>
        <w:br/>
        <w:t>Так уже мені вмекалася, що й сили немає терпіти.</w:t>
      </w:r>
    </w:p>
    <w:p>
      <w:r>
        <w:br/>
        <w:t>Аж тут дід Остап іде та й каже мені:</w:t>
      </w:r>
    </w:p>
    <w:p>
      <w:r>
        <w:br/>
        <w:t>— Вона ж у тебе, мабуть, води хоче! Бач, як жалібно кричить...</w:t>
      </w:r>
    </w:p>
    <w:p>
      <w:r>
        <w:br/>
        <w:t>От про воду я й не подумав. Думав тільки про її характер поганий. Бо наша коза — вереда з усіх веред на світі. Як побачить, наприклад, яблуко в мене в руках, буде мекати на всю вулицю. Як смикне її хтось за бороду — теж крику не обберешся. Начеб не можна потерпіти трохи!</w:t>
      </w:r>
    </w:p>
    <w:p>
      <w:r>
        <w:br/>
        <w:t>Зайняв дід Остап козу й мене і погнав обох до озера.</w:t>
      </w:r>
    </w:p>
    <w:p>
      <w:r>
        <w:br/>
        <w:t>Каже:</w:t>
      </w:r>
    </w:p>
    <w:p>
      <w:r>
        <w:br/>
        <w:t>— Я саме туди йду рибу ловити.</w:t>
      </w:r>
    </w:p>
    <w:p>
      <w:r>
        <w:br/>
        <w:t>Прийшли ми до озера. Коза відразу ж до води кинулася — справді пити хотіла. І як дід Остап узнав?</w:t>
      </w:r>
    </w:p>
    <w:p>
      <w:r>
        <w:br/>
        <w:t>— Бачиш,— каже мені,— ти якби так пити захотів, то теж замекав би дужче за козу.</w:t>
      </w:r>
    </w:p>
    <w:p>
      <w:r>
        <w:br/>
        <w:t>А я сміюсь. Бо чого б це мені мекати? Що, в мене голосу нема, чи що! Скажу: "Дайте води". Або й сам піду нап'юся — не малий же.</w:t>
      </w:r>
    </w:p>
    <w:p>
      <w:r>
        <w:br/>
        <w:t>Дивлюся, аж дід вудки під очеретом у воду позакидав і сів. А поплавці так смішно виткнулися і стримлять із води.</w:t>
      </w:r>
    </w:p>
    <w:p>
      <w:r>
        <w:br/>
        <w:t>Тепер коза пасеться, не мекає. Сів і я з дідом Остапом поряд.</w:t>
      </w:r>
    </w:p>
    <w:p>
      <w:r>
        <w:br/>
        <w:t>А він каже:</w:t>
      </w:r>
    </w:p>
    <w:p>
      <w:r>
        <w:br/>
        <w:t>— Хочеш половити рибу?</w:t>
      </w:r>
    </w:p>
    <w:p>
      <w:r>
        <w:br/>
        <w:t>Ще б не хотів!</w:t>
      </w:r>
    </w:p>
    <w:p>
      <w:r>
        <w:br/>
        <w:t>Ловлю, а вона не ловиться. Дід Остап одну за одною витягає.</w:t>
      </w:r>
    </w:p>
    <w:p>
      <w:r>
        <w:br/>
        <w:t>— Оце клює! Сто років так не клювала!..</w:t>
      </w:r>
    </w:p>
    <w:p>
      <w:r>
        <w:br/>
        <w:t>А в мене — хоч плач — поплавок як заснув.</w:t>
      </w:r>
    </w:p>
    <w:p>
      <w:r>
        <w:br/>
        <w:t>— Перевір,— каже дід,— гачка, там, мабуть, нічого вже немає.</w:t>
      </w:r>
    </w:p>
    <w:p>
      <w:r>
        <w:br/>
        <w:t>Справді: нічогісінько. Давно риба хліб з'їла. А хіба ж на голий гачок щось упіймається?</w:t>
      </w:r>
    </w:p>
    <w:p>
      <w:r>
        <w:br/>
        <w:t>Так я аж до вечора закидав і перевіряв. І нічого не впіймав.</w:t>
      </w:r>
    </w:p>
    <w:p>
      <w:r>
        <w:br/>
        <w:t>Уже й темніти почало. Коза мекає — додому хоче.</w:t>
      </w:r>
    </w:p>
    <w:p>
      <w:r>
        <w:br/>
        <w:t>— Славно ми порибалили,— каже дід.</w:t>
      </w:r>
    </w:p>
    <w:p>
      <w:r>
        <w:br/>
        <w:t>Мабуть, підсміюється з мене. Бо я ж тільки просидів коло нього дурно.</w:t>
      </w:r>
    </w:p>
    <w:p>
      <w:r>
        <w:br/>
        <w:t>Пильно дивлюся на діда: начеб і не схоже, що підсміюється.</w:t>
      </w:r>
    </w:p>
    <w:p>
      <w:r>
        <w:br/>
        <w:t>— Це ви все вловили,— заздрісно кажу.— У мене нічого не виходить...</w:t>
      </w:r>
    </w:p>
    <w:p>
      <w:r>
        <w:br/>
        <w:t>— А так одразу й не вийде,— відповідає він.— Ось я тебе вчитиму, як ловити рибу. Добре?</w:t>
      </w:r>
    </w:p>
    <w:p>
      <w:r>
        <w:br/>
        <w:t>— Добре — кажу, хот і не дуже вірю, що на мій гачок може вчепитися якась рибина.</w:t>
      </w:r>
    </w:p>
    <w:p>
      <w:r>
        <w:br/>
        <w:t>— Я теж, коли починав рибалити, то довго нічого не вмів упіймати. А потім пішло діло. І в тебе так буде. Побачиш.</w:t>
      </w:r>
    </w:p>
    <w:p>
      <w:r>
        <w:br/>
        <w:t>Женемо козу до села.</w:t>
      </w:r>
    </w:p>
    <w:p>
      <w:r>
        <w:br/>
        <w:t>А я все дорогою думаю: і що він з тією рибою робитиме? Повнісінька ж торбина! Невже всю з'їсть? Мабуть, на базар половину понесе.</w:t>
      </w:r>
    </w:p>
    <w:p>
      <w:r>
        <w:br/>
        <w:t>Коли це коло нашого двору дід каже:</w:t>
      </w:r>
    </w:p>
    <w:p>
      <w:r>
        <w:br/>
        <w:t>— Давай я тобі в щось риби насиплю.</w:t>
      </w:r>
    </w:p>
    <w:p>
      <w:r>
        <w:br/>
        <w:t>— Риби? — навіть не вірю я.</w:t>
      </w:r>
    </w:p>
    <w:p>
      <w:r>
        <w:br/>
        <w:t>— Риби,— каже дід Остап.— А що ж, хіба ми з тобою не наловили?</w:t>
      </w:r>
    </w:p>
    <w:p>
      <w:r>
        <w:br/>
        <w:t>Я ж добре пам'ятаю, як це ми вдвох ловили!</w:t>
      </w:r>
    </w:p>
    <w:p>
      <w:r>
        <w:br/>
        <w:t>Забіг за козою в двір, виношу миску. І дід накладає в неї карасів. Хто міг би таке подумати?!</w:t>
      </w:r>
    </w:p>
    <w:p>
      <w:r>
        <w:br/>
        <w:t>Я навіть подякувати забув — так розгубився від несподіванки.</w:t>
      </w:r>
    </w:p>
    <w:p>
      <w:r>
        <w:br/>
        <w:t>Треба хоч завтра сказати йому "спасибі".</w:t>
      </w:r>
    </w:p>
    <w:p>
      <w:r>
        <w:br/>
        <w:t>Мати, як побачила карасів, аж руками сплеснула:</w:t>
      </w:r>
    </w:p>
    <w:p>
      <w:r>
        <w:br/>
        <w:t>— Де це ти їх узяв?</w:t>
      </w:r>
    </w:p>
    <w:p>
      <w:r>
        <w:br/>
        <w:t>— З дідом Остапом наловили,— відповідаю.</w:t>
      </w:r>
    </w:p>
    <w:p>
      <w:r>
        <w:br/>
        <w:t>А коза на мої слова як розмекалася,— мабуть, на все село стало її чути. Добре, що кози не вміють говорити, бо зараз би почала розповідати, як це ми ловили і скільки я впіймав.</w:t>
      </w:r>
    </w:p>
    <w:p>
      <w:r>
        <w:br/>
        <w:t>— А хіба ж ти вмієш рибалити? — здивовано запитує мати.</w:t>
      </w:r>
    </w:p>
    <w:p>
      <w:r>
        <w:br/>
        <w:t>— Вчуся... Вже вудку навчився правильно закидати. Скоро вмітиму й рибу з води витягувать. Що там його вміти!</w:t>
      </w:r>
    </w:p>
    <w:p>
      <w:r>
        <w:br/>
        <w:t>Далі мати не розпитувала Тільки сказала:</w:t>
      </w:r>
    </w:p>
    <w:p>
      <w:r>
        <w:br/>
        <w:t>— Бач, який хороший дід Остап!</w:t>
      </w:r>
    </w:p>
    <w:p>
      <w:r>
        <w:br/>
        <w:t>Начебто я сам не знаю, що він хороший!</w:t>
      </w:r>
    </w:p>
    <w:p>
      <w:r>
        <w:br/>
        <w:t>Завтра ми знову з ним порибалимо.</w:t>
      </w:r>
    </w:p>
    <w:p>
      <w:r>
        <w:br/>
        <w:t>І я неодмінно щось упіймаю...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Риба від діда Остапа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