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Реп'яшки</w:t>
      </w:r>
    </w:p>
    <w:p>
      <w:r>
        <w:br/>
        <w:t xml:space="preserve"> &lt;p&gt;ВИБЕРІТЬ КОГОСЬ ІЗ МІСЦЕВИХ</w:t>
      </w:r>
    </w:p>
    <w:p>
      <w:r>
        <w:br/>
        <w:t>На ім'я полтавського голови губвиконкому надійшла така заява:</w:t>
      </w:r>
    </w:p>
    <w:p>
      <w:r>
        <w:br/>
        <w:t>ПРЕДГУБИСПОЛКОМА Пенсионерки П. М. Д.</w:t>
      </w:r>
    </w:p>
    <w:p>
      <w:r>
        <w:br/>
        <w:t>ЗАЯВЛЕНИЙ</w:t>
      </w:r>
    </w:p>
    <w:p>
      <w:r>
        <w:br/>
        <w:t>Прошу выдать меня замуж за образованного русского коммуниста в цели произведения выдающегося человека для России и для коммунизма.</w:t>
      </w:r>
    </w:p>
    <w:p>
      <w:r>
        <w:br/>
        <w:t>"7/ХІІ 1924 г. (Підпис)</w:t>
      </w:r>
    </w:p>
    <w:p>
      <w:r>
        <w:br/>
        <w:t>Надіслали цю заяву нам до редакції…</w:t>
      </w:r>
    </w:p>
    <w:p>
      <w:r>
        <w:br/>
        <w:t>Ми вважаємо, що мета заяви прекрасна, але, на жаль, ми всі страшенно перегружені черговою роботою… Маємо оце видавати ще й журнал ілюстрований, і газету "Червоний юнак", та й "Вісті" розростаються…</w:t>
      </w:r>
    </w:p>
    <w:p>
      <w:r>
        <w:br/>
        <w:t>Нема коли, товариші, не то що братися "в цели произведения вьщающегося человека", а власної дружини цілими тижнями не бачиш…</w:t>
      </w:r>
    </w:p>
    <w:p>
      <w:r>
        <w:br/>
        <w:t>Наша думка така, що підтримати прохання дівицине слід, тільки обійдіться, будь ласка, "місцевим бюджетом".</w:t>
      </w:r>
    </w:p>
    <w:p>
      <w:r>
        <w:br/>
        <w:t>А ПО-МОЄМУ — СУКНЯНА ДОБА!</w:t>
      </w:r>
    </w:p>
    <w:p>
      <w:r>
        <w:br/>
        <w:t>Ось куди наших "славних запорожців" одеські "Вечерние известия" запроторили:</w:t>
      </w:r>
    </w:p>
    <w:p>
      <w:r>
        <w:br/>
        <w:t>"Археологічні нахідки. 1 Повне ім'я й прізвище є в редакції. (Am.)</w:t>
      </w:r>
    </w:p>
    <w:p>
      <w:r>
        <w:br/>
        <w:t>Група студентів Одеської політехніки організувала тво аматорів мистецтва й старовини. За три тижні їм пощастило зібрати силу коштовних речей кам'яної доби. Знайдено: кам'яну бабу, кам'яний молот, запорозькі люльки, кресала, чорнильниця Гордієнкова (отаманова) й інші речі запорозькі…"</w:t>
      </w:r>
    </w:p>
    <w:p>
      <w:r>
        <w:br/>
        <w:t>Аж у кам'яну добу затаскала газета запорозькі люльки та чорнильниці…</w:t>
      </w:r>
    </w:p>
    <w:p>
      <w:r>
        <w:br/>
        <w:t>Ну, я ще розумію: лялька! Вона хоч і з глини, проте її можна за камінь прийняти.</w:t>
      </w:r>
    </w:p>
    <w:p>
      <w:r>
        <w:br/>
        <w:t>А чорнильниця?!</w:t>
      </w:r>
    </w:p>
    <w:p>
      <w:r>
        <w:br/>
        <w:t>А кресало?!</w:t>
      </w:r>
    </w:p>
    <w:p>
      <w:r>
        <w:br/>
        <w:t>До якої їх доби?</w:t>
      </w:r>
    </w:p>
    <w:p>
      <w:r>
        <w:br/>
        <w:t>До скляної й до залізної?!</w:t>
      </w:r>
    </w:p>
    <w:p>
      <w:r>
        <w:br/>
        <w:t>А ті запорозькі штани, що професор Д. І. Яворницький у музей Катеринославський добув? Запорозькі червоні штани?!</w:t>
      </w:r>
    </w:p>
    <w:p>
      <w:r>
        <w:br/>
        <w:t>До якої їх доби?</w:t>
      </w:r>
    </w:p>
    <w:p>
      <w:r>
        <w:br/>
        <w:t>Ясно: до сукняної…</w:t>
      </w:r>
    </w:p>
    <w:p>
      <w:r>
        <w:br/>
        <w:t>А декого з писак, як в одеських "Вечерних известиях"? До допотопної!</w:t>
      </w:r>
    </w:p>
    <w:p>
      <w:r>
        <w:br/>
        <w:t>НЕ ТАК ТРОХИ</w:t>
      </w:r>
    </w:p>
    <w:p>
      <w:r>
        <w:br/>
        <w:t>Досвітки заїдають. Треба боротись. І боремось. Ось і сама боротьба. Це в селі Ігорівці, Софіївського району на Катеринославідині.</w:t>
      </w:r>
    </w:p>
    <w:p>
      <w:r>
        <w:br/>
        <w:t>ВИТЯГ ІЗ ПРОТОКОЛУ</w:t>
      </w:r>
    </w:p>
    <w:p>
      <w:r>
        <w:br/>
        <w:t>Слухали: 7. Доклад уповноваженого за продєлану роботу від д. Широкої Григорівки, Ігоровки, Єлисаветовки й Мабурища.</w:t>
      </w:r>
    </w:p>
    <w:p>
      <w:r>
        <w:br/>
        <w:t>Ухвалили: 7. Прекратить способи розгонить досвітки, позаяк це явище "обичая", а стараться використовувати випадок якогопебудь "бєзобразія" з таким рахунком, щоб між посіщающими досвітки на грунті "бєзобразія" зав'язался суд…</w:t>
      </w:r>
    </w:p>
    <w:p>
      <w:r>
        <w:br/>
        <w:t>Не треба, товариші, використовувати так досвітки. Треба трохи інакше…</w:t>
      </w:r>
    </w:p>
    <w:p>
      <w:r>
        <w:br/>
        <w:t>Досвітки можна використати, і навіть добре, обернувши їх у вечірку розмов на які хочете теми… Треба тільки балакати не про ті справи, що нижче від очкура перебувають…</w:t>
      </w:r>
    </w:p>
    <w:p>
      <w:r>
        <w:br/>
        <w:t>І буде гаразд…</w:t>
      </w:r>
    </w:p>
    <w:p>
      <w:r>
        <w:br/>
        <w:t>А як ви зарядите так, щоб після кожних досвіток та "зав'язался суд", — краще розженіть… Ну їх к лихій годині…</w:t>
      </w:r>
    </w:p>
    <w:p>
      <w:r>
        <w:br/>
        <w:t>НЕ РОЗБІГАЙТЕСЬ, ХАЙ ВАМ ЩАСТЯ!</w:t>
      </w:r>
    </w:p>
    <w:p>
      <w:r>
        <w:br/>
        <w:t>У селі Недогарках, Олександрійської округи на Катеринославщині, схибив трохи голова сільради П'ятак… Дружина його била за "гречку"…</w:t>
      </w:r>
    </w:p>
    <w:p>
      <w:r>
        <w:br/>
        <w:t>П'ятак сам з цим ділом не впорався й поставив справу на засіданні сільради, де й ухвалив приструнити свою дружину… &gt;</w:t>
      </w:r>
    </w:p>
    <w:p>
      <w:r>
        <w:br/>
        <w:t>За це ми його й скубонули трохи в газеті…</w:t>
      </w:r>
    </w:p>
    <w:p>
      <w:r>
        <w:br/>
        <w:t>Скубонули, щоб думав голова головою, що він робить як офіціальна особа…</w:t>
      </w:r>
    </w:p>
    <w:p>
      <w:r>
        <w:br/>
        <w:t>А він, прочитавши реп'яшка й "побалакавши" з цього приводу з райвиконкомом (райвиконком його, пишуть нам, викликав для пояснення), узяв та й дременув із села… Утік… Залишив і "уверенную" сільраду, все залишив і "рановранці та ранесенько" на підводу й ходу в світ, як у нову копійку…</w:t>
      </w:r>
    </w:p>
    <w:p>
      <w:r>
        <w:br/>
        <w:t>Кинулася сільрада — нема голови!</w:t>
      </w:r>
    </w:p>
    <w:p>
      <w:r>
        <w:br/>
        <w:t>До райвиконкому:</w:t>
      </w:r>
    </w:p>
    <w:p>
      <w:r>
        <w:br/>
        <w:t>— Чи не бачили ви нашого голови? Чотири вже дні — як і нюхали…</w:t>
      </w:r>
    </w:p>
    <w:p>
      <w:r>
        <w:br/>
        <w:t>Райвиконком до міліції:</w:t>
      </w:r>
    </w:p>
    <w:p>
      <w:r>
        <w:br/>
        <w:t>— Голова Недогарської сільради втік! Розшукайте й "водворіть" на місце, бо без власті на селі…</w:t>
      </w:r>
    </w:p>
    <w:p>
      <w:r>
        <w:br/>
        <w:t>І шукають тепер…</w:t>
      </w:r>
    </w:p>
    <w:p>
      <w:r>
        <w:br/>
        <w:t>Так отака штука трапилась!</w:t>
      </w:r>
    </w:p>
    <w:p>
      <w:r>
        <w:br/>
        <w:t>Таке, хоч не пиши, а то в розгоні влади обвинувачуватимуть…</w:t>
      </w:r>
    </w:p>
    <w:p>
      <w:r>
        <w:br/>
        <w:t>Помилуйте, товариші! Не тікайте! Краще робіть так, щоб про вас вірші хароші поети писали!</w:t>
      </w:r>
    </w:p>
    <w:p>
      <w:r>
        <w:br/>
        <w:t>А то, як порозбігаєтесь, що ж ми робитимемо?</w:t>
      </w:r>
    </w:p>
    <w:p>
      <w:r>
        <w:br/>
        <w:t>ЗАЛИШТЕ ЦЕ…</w:t>
      </w:r>
    </w:p>
    <w:p>
      <w:r>
        <w:br/>
        <w:t>Недавнечко оце ми писали про те, що царя Кирила вже цілий рік маємо…</w:t>
      </w:r>
    </w:p>
    <w:p>
      <w:r>
        <w:br/>
        <w:t>І про те писали, що Кирило "збирається" до Радянського Союзу приїхати й з богом зацарювати…</w:t>
      </w:r>
    </w:p>
    <w:p>
      <w:r>
        <w:br/>
        <w:t>Ми кепкували з царя і з усіх царів на світі, думаючи, що в нас, уже нема таких людей, що так чи інакше згадували б про царські часи й про царський "прижим", — і помилилися.</w:t>
      </w:r>
    </w:p>
    <w:p>
      <w:r>
        <w:br/>
        <w:t>Є такі люди.</w:t>
      </w:r>
    </w:p>
    <w:p>
      <w:r>
        <w:br/>
        <w:t>Купив один громадянин цукерок у державнім кондитерськім тресті… Приніс ті цукерки додому, розгорнув і зомлів…</w:t>
      </w:r>
    </w:p>
    <w:p>
      <w:r>
        <w:br/>
        <w:t>Цукерки позавірчувано в папірці, а на тих папірцях двоголового орла намальовано й отакого написано: "Царская карамель".</w:t>
      </w:r>
    </w:p>
    <w:p>
      <w:r>
        <w:br/>
        <w:t>Опам'ятавшись, громадянин написав до нас довгого листа з докором, куди трест дивиться і куди ми дивимось.</w:t>
      </w:r>
    </w:p>
    <w:p>
      <w:r>
        <w:br/>
        <w:t>Ми не знаємо, куди трест дивиться, а ми, правду казавши, не дуже часто їмо цукерки й такого дива не бачили…</w:t>
      </w:r>
    </w:p>
    <w:p>
      <w:r>
        <w:br/>
        <w:t>Ми оце й переказуємо трестові:</w:t>
      </w:r>
    </w:p>
    <w:p>
      <w:r>
        <w:br/>
        <w:t>— Залиште ці папірці, хай їм абищо.</w:t>
      </w:r>
    </w:p>
    <w:p>
      <w:r>
        <w:br/>
        <w:t>Вам воно, може, й нічого, а споживач гнівається:</w:t>
      </w:r>
    </w:p>
    <w:p>
      <w:r>
        <w:br/>
        <w:t>— Годі, мовляв, на восьмім році революції двоголові орли серед населення розповсюджувати!</w:t>
      </w:r>
    </w:p>
    <w:p>
      <w:r>
        <w:br/>
        <w:t>Це — раз.</w:t>
      </w:r>
    </w:p>
    <w:p>
      <w:r>
        <w:br/>
        <w:t>А друге — ось що. Потрапить отакао бамажка за кордон до "царя нашого Кирила", він і закричить:</w:t>
      </w:r>
    </w:p>
    <w:p>
      <w:r>
        <w:br/>
        <w:t>— Ага. Не я казав? От вам уже й карамель на мою пошану роблять.</w:t>
      </w:r>
    </w:p>
    <w:p>
      <w:r>
        <w:br/>
        <w:t>І до Англії, і до Франції:</w:t>
      </w:r>
    </w:p>
    <w:p>
      <w:r>
        <w:br/>
        <w:t>— Дайте на "табачок", уже мене визнали. І дадуть.</w:t>
      </w:r>
    </w:p>
    <w:p>
      <w:r>
        <w:br/>
        <w:t>— Залиште, кажу вам.</w:t>
      </w:r>
    </w:p>
    <w:p>
      <w:r>
        <w:br/>
        <w:t>КЛУБ "ПРИЯТНОЙ"</w:t>
      </w:r>
    </w:p>
    <w:p>
      <w:r>
        <w:br/>
        <w:t>Такий клуб, як нам пишуть, є в Синельникові… Гуртків там порозводилось чимало, і все гуртки дуже оригінальні.</w:t>
      </w:r>
    </w:p>
    <w:p>
      <w:r>
        <w:br/>
        <w:t>"Огрівательний" гурток — це коли, сидячи на вікні хлопець гріє руки біля серця в дівчини.</w:t>
      </w:r>
    </w:p>
    <w:p>
      <w:r>
        <w:br/>
        <w:t>"Обнімательний" гурток — це коли на другім вікні одне одного обнімає цупко.</w:t>
      </w:r>
    </w:p>
    <w:p>
      <w:r>
        <w:br/>
        <w:t>"Підручкательний" гурток — коли одне з одним по клубу під ручку гуляють і насіння лускають.</w:t>
      </w:r>
    </w:p>
    <w:p>
      <w:r>
        <w:br/>
        <w:t>Гуртки понароджувалися самі собою стихійно, бо завклубом буває в клубі тільки раз на тиждень, а зборів членів клубу не було, та кажуть, що й надалі не буде.</w:t>
      </w:r>
    </w:p>
    <w:p>
      <w:r>
        <w:br/>
        <w:t>Стінної газети видавати не можна. Видали були одну року 1924, так миші її поїли.</w:t>
      </w:r>
    </w:p>
    <w:p>
      <w:r>
        <w:br/>
        <w:t>Керує клубом тов. Саша, вартова сторожиха. Керує, кажуть, так, що не всякі вуха витримають. Навчилася в клубі.</w:t>
      </w:r>
    </w:p>
    <w:p>
      <w:r>
        <w:br/>
        <w:t>"Оригінальний" клуб!</w:t>
      </w:r>
    </w:p>
    <w:p>
      <w:r>
        <w:br/>
        <w:t>МОЖНА ПОМЕРТИ</w:t>
      </w:r>
    </w:p>
    <w:p>
      <w:r>
        <w:br/>
        <w:t>"Доки встанеш, доки дійдеш…"</w:t>
      </w:r>
    </w:p>
    <w:p>
      <w:r>
        <w:br/>
        <w:t>В даннім разі роль Омелька з безсмертного "Мартина Борулі" талановито виконало Харківське управління округи зв'язку.</w:t>
      </w:r>
    </w:p>
    <w:p>
      <w:r>
        <w:br/>
        <w:t>7 квітня 1925 року до названого управління було надіслано свідоцтво про хворобу (tbc) телефоністки Запорізької міської станції Гойденкової, щоб послати її на курорт.</w:t>
      </w:r>
    </w:p>
    <w:p>
      <w:r>
        <w:br/>
        <w:t>16 січня 1926 року управління повернуло свідоцтво на Запоріжжя з таким написом:</w:t>
      </w:r>
    </w:p>
    <w:p>
      <w:r>
        <w:br/>
        <w:t>"За скінченням лікарного (?) сезону при цьому надсилається документ про хворість телефоністки Гойденкової…"</w:t>
      </w:r>
    </w:p>
    <w:p>
      <w:r>
        <w:br/>
        <w:t>І все…</w:t>
      </w:r>
    </w:p>
    <w:p>
      <w:r>
        <w:br/>
        <w:t>Можна було б іще й так написати, продержавши свідоцтво в себе років зо два:</w:t>
      </w:r>
    </w:p>
    <w:p>
      <w:r>
        <w:br/>
        <w:t>"За скінченням телефоністки Гойденкової надсилаємо…" і т. д.</w:t>
      </w:r>
    </w:p>
    <w:p>
      <w:r>
        <w:br/>
        <w:t>"Медлительной", як писав про нас Іловайський, ми народ…</w:t>
      </w:r>
    </w:p>
    <w:p>
      <w:r>
        <w:br/>
        <w:t>Дуже "медлительной"…</w:t>
      </w:r>
    </w:p>
    <w:p>
      <w:r>
        <w:br/>
        <w:t>ЦЕ ДІЛО БОЖЕ</w:t>
      </w:r>
    </w:p>
    <w:p>
      <w:r>
        <w:br/>
        <w:t>Полтавська губстрахконтора не за свою справу взялася… Розіслала обіжника такого змісту:</w:t>
      </w:r>
    </w:p>
    <w:p>
      <w:r>
        <w:br/>
        <w:t>"В целях более быстрого производства массовых градобитий, правление считает необходимьгм…" і т. д., і т. ін.</w:t>
      </w:r>
    </w:p>
    <w:p>
      <w:r>
        <w:br/>
        <w:t>От вам і маєте!</w:t>
      </w:r>
    </w:p>
    <w:p>
      <w:r>
        <w:br/>
        <w:t>А що тоді бог робитиме, коли полтавські "страхи" самі масові "градобития будут производить"? Та ще й "более быстро". Киньте цю справу.</w:t>
      </w:r>
    </w:p>
    <w:p>
      <w:r>
        <w:br/>
        <w:t>Ви хоч би встигли обслідувать та відшкодувати за граді Градобиття — боже діло.</w:t>
      </w:r>
    </w:p>
    <w:p>
      <w:r>
        <w:br/>
        <w:t>І він, милосердний, хвала йому, не залишає нас своєю мил остю.</w:t>
      </w:r>
    </w:p>
    <w:p>
      <w:r>
        <w:br/>
        <w:t>Б'є градом по совісті… За те й молимося йому…</w:t>
      </w:r>
    </w:p>
    <w:p>
      <w:r>
        <w:br/>
        <w:t>НЕ ЗАБУВАЙТЕ ПРО ТЕ, ЩО МАНУФАКТУРИ В НАС НЕБАГАТО</w:t>
      </w:r>
    </w:p>
    <w:p>
      <w:r>
        <w:br/>
        <w:t>Отже, бережіть і штани, і спідниці!</w:t>
      </w:r>
    </w:p>
    <w:p>
      <w:r>
        <w:br/>
        <w:t>Це — гарячий заклик до харківського міськгоспу…</w:t>
      </w:r>
    </w:p>
    <w:p>
      <w:r>
        <w:br/>
        <w:t>Закрив він з боку Чернишевської Комсомольський сквер, а з боку вул. Лібкнехта залишив одкритим.</w:t>
      </w:r>
    </w:p>
    <w:p>
      <w:r>
        <w:br/>
        <w:t>Котрі, значить, граждани з вул. Лібкнехта йдуть, доходять сквером до Чернишевської, а там — стоп!</w:t>
      </w:r>
    </w:p>
    <w:p>
      <w:r>
        <w:br/>
        <w:t>Не вертаться ж! Ну й перестрибують граждани через оградку.</w:t>
      </w:r>
    </w:p>
    <w:p>
      <w:r>
        <w:br/>
        <w:t>А вона "спичакувата".</w:t>
      </w:r>
    </w:p>
    <w:p>
      <w:r>
        <w:br/>
        <w:t>І летять шмаття із штанів та із спідниць.</w:t>
      </w:r>
    </w:p>
    <w:p>
      <w:r>
        <w:br/>
        <w:t>І зойки, і прокльони…</w:t>
      </w:r>
    </w:p>
    <w:p>
      <w:r>
        <w:br/>
        <w:t>А один гражданин, очевидно, антифізкультурник, зовсім оскандалився: глибше зачепився, ніж йому належало.</w:t>
      </w:r>
    </w:p>
    <w:p>
      <w:r>
        <w:br/>
        <w:t>Довго, бідняга, сидів на ограді, з очима, повними жаху, болю й розпачу…</w:t>
      </w:r>
    </w:p>
    <w:p>
      <w:r>
        <w:br/>
        <w:t>Не гаразд… Треба закривати з обох боків.</w:t>
      </w:r>
    </w:p>
    <w:p>
      <w:r>
        <w:br/>
        <w:t>НУ Й НАРОД!</w:t>
      </w:r>
    </w:p>
    <w:p>
      <w:r>
        <w:br/>
        <w:t>Такий тепер народ пішов заковиристий, що життя нема… Як тільки спотикнувся — так зразу:</w:t>
      </w:r>
    </w:p>
    <w:p>
      <w:r>
        <w:br/>
        <w:t>— А протягніть, будь ласка, в газеті!</w:t>
      </w:r>
    </w:p>
    <w:p>
      <w:r>
        <w:br/>
        <w:t>— А хіба так можна?!</w:t>
      </w:r>
    </w:p>
    <w:p>
      <w:r>
        <w:br/>
        <w:t>— Хіба так ставляться до будови нового життя?! І хоч би було за віщо…</w:t>
      </w:r>
    </w:p>
    <w:p>
      <w:r>
        <w:br/>
        <w:t>Ну от вам.</w:t>
      </w:r>
    </w:p>
    <w:p>
      <w:r>
        <w:br/>
        <w:t>Село Басань, на Запоріжжі. Перше травня. Свято. Доповіді. Дитяча вистава…</w:t>
      </w:r>
    </w:p>
    <w:p>
      <w:r>
        <w:br/>
        <w:t>Зібралась молодь. Ждуть…</w:t>
      </w:r>
    </w:p>
    <w:p>
      <w:r>
        <w:br/>
        <w:t>Нема доповідачів, нема керівника дитячого драмгуртка… Нікого нема…</w:t>
      </w:r>
    </w:p>
    <w:p>
      <w:r>
        <w:br/>
        <w:t>З тим і порозходилися…</w:t>
      </w:r>
    </w:p>
    <w:p>
      <w:r>
        <w:br/>
        <w:t>Виявляється: і доповідач, і кердрамгуртком, і представник з округи у місцевого батюшки на "балу" до ранку протанцювали…</w:t>
      </w:r>
    </w:p>
    <w:p>
      <w:r>
        <w:br/>
        <w:t>І все…</w:t>
      </w:r>
    </w:p>
    <w:p>
      <w:r>
        <w:br/>
        <w:t>Так от за це й:</w:t>
      </w:r>
    </w:p>
    <w:p>
      <w:r>
        <w:br/>
        <w:t>— Протягніть, будь ласка!</w:t>
      </w:r>
    </w:p>
    <w:p>
      <w:r>
        <w:br/>
        <w:t>А за що "протягувать?" Хіба винуваті всі "кери", що в батюшки бал?!</w:t>
      </w:r>
    </w:p>
    <w:p>
      <w:r>
        <w:br/>
        <w:t>Не одкладать же через те, що сьогодні Перше травня.</w:t>
      </w:r>
    </w:p>
    <w:p>
      <w:r>
        <w:br/>
        <w:t>Пироги прохолонуть, смажене перестоє, морозиво розтане…</w:t>
      </w:r>
    </w:p>
    <w:p>
      <w:r>
        <w:br/>
        <w:t>А потім пора ж, нарешті, зрозуміти, що танцювати з матушкою значно веселіше й легше, ніж визволяти трудящих усього світу від капіталістичного ярма…. То таки матушка, а то таки ярмо!</w:t>
      </w:r>
    </w:p>
    <w:p>
      <w:r>
        <w:br/>
        <w:t>Прирівняли!</w:t>
      </w:r>
    </w:p>
    <w:p>
      <w:r>
        <w:br/>
        <w:t>"ПУСТІТЬ ДУШУ НА ПОКАЯНІЄ"</w:t>
      </w:r>
    </w:p>
    <w:p>
      <w:r>
        <w:br/>
        <w:t>Галасуватиму оце на всю Україну за старорежимного "поліцая".</w:t>
      </w:r>
    </w:p>
    <w:p>
      <w:r>
        <w:br/>
        <w:t>За таку людину галасуватиму, що стоїть в усіх списках як людина дуже страшна, така страшна, що її й голосу виборчого позбавлено, й тавро йому таке на все його життя (ще дуже довге!) причеплено, що аж зашпори поза шкурою ходять, як ізгадаєш.</w:t>
      </w:r>
    </w:p>
    <w:p>
      <w:r>
        <w:br/>
        <w:t>Поліцай! Ой, як страшно!</w:t>
      </w:r>
    </w:p>
    <w:p>
      <w:r>
        <w:br/>
        <w:t>Страшилище те в Прилуках живе і С і ч к а р е м прозивається.</w:t>
      </w:r>
    </w:p>
    <w:p>
      <w:r>
        <w:br/>
        <w:t>Так отого самого Січкаря так сильно нашими законами "придавлено", що він, колишній стовп царату російського, заплакав:</w:t>
      </w:r>
    </w:p>
    <w:p>
      <w:r>
        <w:br/>
        <w:t>— Порятуйте мене, бідного!</w:t>
      </w:r>
    </w:p>
    <w:p>
      <w:r>
        <w:br/>
        <w:t>І пише, в чім же ж його рятувати:</w:t>
      </w:r>
    </w:p>
    <w:p>
      <w:r>
        <w:br/>
        <w:t>"Народився я року 1903, на 12му році свого життя (1915 р.) скінчив я початкову школу, й оддали тоді мене батьки до Прилуцької волості вивчитись канцелярської премудрості… Пробув я там два місяці, а потім взяв мене становий пристав до себе розносити пакети за 1 крб. на місяць… Пробув я там сім місяців… Так за оті сім місяців у пристава я тепер і права голосу не маю, і тавро в мене "поліцай"…</w:t>
      </w:r>
    </w:p>
    <w:p>
      <w:r>
        <w:br/>
        <w:t>І що ж би ви гадали?</w:t>
      </w:r>
    </w:p>
    <w:p>
      <w:r>
        <w:br/>
        <w:t>Їй-бо: і голосу не має, і "поліцай"…</w:t>
      </w:r>
    </w:p>
    <w:p>
      <w:r>
        <w:br/>
        <w:t>Прилуцький окрвиборком позбавив його права голосу… Ой, умру: їй же богу, позбавив! А Січкар пише:</w:t>
      </w:r>
    </w:p>
    <w:p>
      <w:r>
        <w:br/>
        <w:t>"Я в той час був тупим орудієм буржуазії і навіть не мав уявлення, що то за "революція", та і такого слова не чув…"</w:t>
      </w:r>
    </w:p>
    <w:p>
      <w:r>
        <w:br/>
        <w:t>Ой, умру: що з людиною зробили… Сам себе вже "тупим орудієм буржуазії" називає… А я за нього вже скажу, що не був він ні "тупим", ні "гострим орудієм", а був усього тільки хлопцем дванадцятилітнім…</w:t>
      </w:r>
    </w:p>
    <w:p>
      <w:r>
        <w:br/>
        <w:t>От які прилучани: сказано в законі позбавляти бувших поліцаїв права — і край!</w:t>
      </w:r>
    </w:p>
    <w:p>
      <w:r>
        <w:br/>
        <w:t>Умри на місці:</w:t>
      </w:r>
    </w:p>
    <w:p>
      <w:r>
        <w:br/>
        <w:t>— Служив у поліції?</w:t>
      </w:r>
    </w:p>
    <w:p>
      <w:r>
        <w:br/>
        <w:t>— Та я в пристава хату підмітав.</w:t>
      </w:r>
    </w:p>
    <w:p>
      <w:r>
        <w:br/>
        <w:t>— Уyyl Фараон!</w:t>
      </w:r>
    </w:p>
    <w:p>
      <w:r>
        <w:br/>
        <w:t>А скільки ж ото Січкарів батько з волосним писарем горілки були випили, щоб сина на канцеляриста вивести. І вивів на "тупе орудіє".</w:t>
      </w:r>
    </w:p>
    <w:p>
      <w:r>
        <w:br/>
        <w:t>Прилучанні Ой, умру! Не мертвіть закону!</w:t>
      </w:r>
    </w:p>
    <w:p>
      <w:r>
        <w:br/>
        <w:t>Це якби за старих часів усі такі "поліцаї" були, не було о отого знаменитого:</w:t>
      </w:r>
    </w:p>
    <w:p>
      <w:r>
        <w:br/>
        <w:t>"Ми триста лет!"</w:t>
      </w:r>
    </w:p>
    <w:p>
      <w:r>
        <w:br/>
        <w:t>Пустіть його, бо лусну зо сміху.</w:t>
      </w:r>
    </w:p>
    <w:p>
      <w:r>
        <w:br/>
        <w:t>ЩО Ж ТУТ СМІШНОГО?</w:t>
      </w:r>
    </w:p>
    <w:p>
      <w:r>
        <w:br/>
        <w:t>"Прошу написать фейлетона на таку тему: Посварилися чоловік і жінка і пішли до Запорізького загсу розлучатись. А діловод якраз кудись вийшов… Чекали вони, чекали на того діловода, остогидло їм чекати.</w:t>
      </w:r>
    </w:p>
    <w:p>
      <w:r>
        <w:br/>
        <w:t>Вийшли вони на вулицю й помирилися. Зараз мирно собі живуть…"</w:t>
      </w:r>
    </w:p>
    <w:p>
      <w:r>
        <w:br/>
        <w:t>І прекрасно! Поздоровте їх од нас! Щасти їм доле! Вчасно, значить, діловод вийшов! З чого ж тут сміятись?</w:t>
      </w:r>
    </w:p>
    <w:p>
      <w:r>
        <w:br/>
        <w:t>НА ВСІ БОКИ</w:t>
      </w:r>
    </w:p>
    <w:p>
      <w:r>
        <w:br/>
        <w:t>Секретар Недригайлівського райвиконкому — людина обережна. Живучи на цім світі, він і на той світ поглядає…</w:t>
      </w:r>
    </w:p>
    <w:p>
      <w:r>
        <w:br/>
        <w:t>Хто й зна, мовляв, як воно буде: може, й припечуть.</w:t>
      </w:r>
    </w:p>
    <w:p>
      <w:r>
        <w:br/>
        <w:t>І бога не залишає на всякий випадок.</w:t>
      </w:r>
    </w:p>
    <w:p>
      <w:r>
        <w:br/>
        <w:t>Роменська община "євангельських християн" телефонограму послала в Недригайлів:</w:t>
      </w:r>
    </w:p>
    <w:p>
      <w:r>
        <w:br/>
        <w:t>"Общинє євангелістів. С'їзд євангельських християн 17 января в Ромнах".</w:t>
      </w:r>
    </w:p>
    <w:p>
      <w:r>
        <w:br/>
        <w:t>Секретар РВК за ту телефонограму, — господи благослови, — й резолюцію:</w:t>
      </w:r>
    </w:p>
    <w:p>
      <w:r>
        <w:br/>
        <w:t>"Оголосити євангелістам під розписку.</w:t>
      </w:r>
    </w:p>
    <w:p>
      <w:r>
        <w:br/>
        <w:t>Секретар РВК Литвиненко". Як ота баба, пам'ятаєте, в Руданського, що:</w:t>
      </w:r>
    </w:p>
    <w:p>
      <w:r>
        <w:br/>
        <w:t>Найшла баба і Микиту. Святий чорта ціпить. Баба одну йому свічку, Другу чорту ліпить.</w:t>
      </w:r>
    </w:p>
    <w:p>
      <w:r>
        <w:br/>
        <w:t>А коли бабу запитали:</w:t>
      </w:r>
    </w:p>
    <w:p>
      <w:r>
        <w:br/>
        <w:t>Що ти, бабо, робиш? Та то ж вража сила.</w:t>
      </w:r>
    </w:p>
    <w:p>
      <w:r>
        <w:br/>
        <w:t>А баба на те:</w:t>
      </w:r>
    </w:p>
    <w:p>
      <w:r>
        <w:br/>
        <w:t>Чи у небі, чи у пеклі Скажуть вікувати. Треба всюди, добрі люди, Приятеля мати.</w:t>
      </w:r>
    </w:p>
    <w:p>
      <w:r>
        <w:br/>
        <w:t>Так і недригайлівський секретар. Хитра людина.</w:t>
      </w:r>
    </w:p>
    <w:p>
      <w:r>
        <w:br/>
        <w:t>МИ НІЧОГО НЕ МАЄМО ПРОТИ</w:t>
      </w:r>
    </w:p>
    <w:p>
      <w:r>
        <w:br/>
        <w:t>Єсть, пишуть нам, при Підвисоцькому райземуправлінні (Уманщина) посада агротехніка. Сидить на тій посаді агротехнік і нічого, пишуть нам, не робить. Сидить собі й сидить. Вже й ніжка під його стільцем поламалась, а він сидить. На трьох ніжках сидить.</w:t>
      </w:r>
    </w:p>
    <w:p>
      <w:r>
        <w:br/>
        <w:t>Селяни, пишуть нам, до нього не звертаються, бо все одно нічого не порадить.</w:t>
      </w:r>
    </w:p>
    <w:p>
      <w:r>
        <w:br/>
        <w:t>Може б, пишуть нам, підсипать під нього десятків із три яєць, хай би на весну курчатка вилупив?! Все ж одно даром сидить!</w:t>
      </w:r>
    </w:p>
    <w:p>
      <w:r>
        <w:br/>
        <w:t>Підсипте! Ми проти нічого не маємо. Хай справді вилупить. Курчата — штука непогана.</w:t>
      </w:r>
    </w:p>
    <w:p>
      <w:r>
        <w:br/>
        <w:t>A TE Й БУДЕ</w:t>
      </w:r>
    </w:p>
    <w:p>
      <w:r>
        <w:br/>
        <w:t>Задумали селяни села Закревського, Троїцького району (Одещина), збудувати школу. Почали.</w:t>
      </w:r>
    </w:p>
    <w:p>
      <w:r>
        <w:br/>
        <w:t>Поставили стіни. Було це в 1925 році.</w:t>
      </w:r>
    </w:p>
    <w:p>
      <w:r>
        <w:br/>
        <w:t>Потім припинили будову, бо коштів, чи що, не вистачило. Приїздить до села піп. Найшов хліва, вимив, вичистив, понавішував ікон, почав службу правити. Проповідує:</w:t>
      </w:r>
    </w:p>
    <w:p>
      <w:r>
        <w:br/>
        <w:t>— Що ж це ви, православні! Отакі віруючі, а в хліві молитесь: не дійдуть ваші молитви з хліва до бога. Треба церкви.</w:t>
      </w:r>
    </w:p>
    <w:p>
      <w:r>
        <w:br/>
        <w:t>Ну, тут ясно, куркулики підтримали, і за рік виросла церква. А школа як стояла з випнутими стінамиребрами, так і досі стоїть та розвалюється помаленьку. Отаке нам пишуть і запитують:</w:t>
      </w:r>
    </w:p>
    <w:p>
      <w:r>
        <w:br/>
        <w:t>— Що ж воно буде, що такі ми мудрі: будували школу, а вийшла церква?</w:t>
      </w:r>
    </w:p>
    <w:p>
      <w:r>
        <w:br/>
        <w:t>Що ж буде? А те й буде.</w:t>
      </w:r>
    </w:p>
    <w:p>
      <w:r>
        <w:br/>
        <w:t>Попадете всі скопом у царство небесне, будете там по раю проходжатись, горіхи лускати, єрусалимську воду пить, святих у руку цілувать, грім робить із Іллеюпророком.</w:t>
      </w:r>
    </w:p>
    <w:p>
      <w:r>
        <w:br/>
        <w:t>А діти ваші дивитимуться на небо, хитатимуть головами та проказуватимуть:</w:t>
      </w:r>
    </w:p>
    <w:p>
      <w:r>
        <w:br/>
        <w:t>"Щастя ваше, татуні й мамуні, що ви так далеко!"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Реп'яшки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