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 на здачу Севастополя</w:t>
      </w:r>
    </w:p>
    <w:p>
      <w:r>
        <w:br/>
        <w:t xml:space="preserve"> Оте море, що скелю мордує всліпу,&lt;br /&gt;</w:t>
        <w:br/>
        <w:t>Ота скеля, щоб лобним орлові була,&lt;br /&gt;</w:t>
        <w:br/>
        <w:t>той орел, що довбати людину забув,&lt;br /&gt;</w:t>
        <w:br/>
        <w:t>та людина, що з'їла свого орла, —&lt;br /&gt;</w:t>
        <w:br/>
        <w:t>будуть виправдані&lt;br /&gt;</w:t>
        <w:br/>
        <w:t>чи прокляті?..</w:t>
      </w:r>
    </w:p>
    <w:p>
      <w:r>
        <w:br/>
        <w:t>Море, де твої кораблі, можновладні красені?&lt;br /&gt;</w:t>
        <w:br/>
        <w:t>Відступили, втонули, чи їх не було?..&lt;br /&gt;</w:t>
        <w:br/>
        <w:t>День і ніч не вмовкає радіо,&lt;br /&gt;</w:t>
        <w:br/>
        <w:t>густо виткане з настанов:&lt;br /&gt;</w:t>
        <w:br/>
        <w:t>кинь зневіру, на втраті втрата;&lt;br /&gt;</w:t>
        <w:br/>
        <w:t>мудрий відступ — передовсім;&lt;br /&gt;</w:t>
        <w:br/>
        <w:t>А відчуєш: пора вмирати —&lt;br /&gt;</w:t>
        <w:br/>
        <w:t>зброю іншому передаси.&lt;br /&gt;</w:t>
        <w:br/>
        <w:t>Не вмирати!</w:t>
      </w:r>
    </w:p>
    <w:p>
      <w:r>
        <w:br/>
        <w:t>Скеля Криму, а де ж твої дзоти?&lt;br /&gt;</w:t>
        <w:br/>
        <w:t>Все розтрощено від роботи.&lt;br /&gt;</w:t>
        <w:br/>
        <w:t>Від знемоги та від грізьби&lt;br /&gt;</w:t>
        <w:br/>
        <w:t>кров тече з губи.</w:t>
      </w:r>
    </w:p>
    <w:p>
      <w:r>
        <w:br/>
        <w:t>Не вмирати!</w:t>
      </w:r>
    </w:p>
    <w:p>
      <w:r>
        <w:br/>
        <w:t>Орле, чкурнув до яких епох,&lt;br /&gt;</w:t>
        <w:br/>
        <w:t>До яких легенд, насолод миттєвих?&lt;br /&gt;</w:t>
        <w:br/>
        <w:t>Ти ж нині — єдино можливий мажорний вихід&lt;br /&gt;</w:t>
        <w:br/>
        <w:t>і Бог&lt;br /&gt;</w:t>
        <w:br/>
        <w:t>для однієї тисячі дев'ятсот сорока двох&lt;br /&gt;</w:t>
        <w:br/>
        <w:t>безробітніх&lt;br /&gt;</w:t>
        <w:br/>
        <w:t>і знехтуваних Прометеїв.&lt;br /&gt;</w:t>
        <w:br/>
        <w:t>Не вмирати!</w:t>
      </w:r>
    </w:p>
    <w:p>
      <w:r>
        <w:br/>
        <w:t>Я — людина, що з'їла свого орла,&lt;br /&gt;</w:t>
        <w:br/>
        <w:t>мала смерть перед оком, а не прийняла.&lt;br /&gt;</w:t>
        <w:br/>
        <w:t>Ви, батьки й матері,&lt;br /&gt;</w:t>
        <w:br/>
        <w:t>ви, хати у солом'яній плахті, —&lt;br /&gt;</w:t>
        <w:br/>
        <w:t>ви вжахніться —&lt;br /&gt;</w:t>
        <w:br/>
        <w:t>поплачте.</w:t>
      </w:r>
    </w:p>
    <w:p>
      <w:r>
        <w:br/>
        <w:t>Хай той плач, плачний плач, плач плачів,&lt;br /&gt;</w:t>
        <w:br/>
        <w:t>буде вам за оздобу,&lt;br /&gt;</w:t>
        <w:br/>
        <w:t>за хрещату сорочку, протягу навиліт —&lt;br /&gt;</w:t>
        <w:br/>
        <w:t>на волі, на вітер.&lt;br /&gt;</w:t>
        <w:br/>
        <w:t>Севастополь,&lt;br /&gt;</w:t>
        <w:br/>
        <w:t>ми здаємо тебе, ми покотимо звідси на Волгу&lt;br /&gt;</w:t>
        <w:br/>
        <w:t>(й за Волгу?), — не сміти!&lt;br /&gt;</w:t>
        <w:br/>
        <w:t>Охни, леле, одначе не плач —&lt;br /&gt;</w:t>
        <w:br/>
        <w:t>з мене доволі (До Волги?)…</w:t>
      </w:r>
    </w:p>
    <w:p>
      <w:r>
        <w:br/>
        <w:t>С е в а с т о п о л ь…&lt;br /&gt;</w:t>
        <w:br/>
        <w:t>по звуках, по літерках і кульових&lt;br /&gt;</w:t>
        <w:br/>
        <w:t>цвьохках —&lt;br /&gt;</w:t>
        <w:br/>
        <w:t>ім'ям коханої — живишся біля скроні.&lt;br /&gt;</w:t>
        <w:br/>
        <w:t>До побачення, димно вежа моя висока!&lt;br /&gt;</w:t>
        <w:br/>
        <w:t>До побачення, присмак любові та крові…&lt;br /&gt;</w:t>
        <w:br/>
        <w:t>Не в м и р а т и…</w:t>
      </w:r>
    </w:p>
    <w:p>
      <w:r>
        <w:br/>
        <w:t>Що це — сниться? —&lt;br /&gt;</w:t>
        <w:br/>
        <w:t>зигзиця путивльська у ролі,&lt;br /&gt;</w:t>
        <w:br/>
        <w:t>ген золотіє насічка&lt;br /&gt;</w:t>
        <w:br/>
        <w:t>на шоломі слов'янського князя,&lt;br /&gt;</w:t>
        <w:br/>
        <w:t>ген полки за полками, і стогін,&lt;br /&gt;</w:t>
        <w:br/>
        <w:t>і місяць уповні,&lt;br /&gt;</w:t>
        <w:br/>
        <w:t>і не див дибуляє —&lt;br /&gt;</w:t>
        <w:br/>
        <w:t>це Матір Образа!.. Образа.&lt;br /&gt;</w:t>
        <w:br/>
        <w:t>Це долі прощання, благання "прости", а воно&lt;br /&gt;</w:t>
        <w:br/>
        <w:t>Непростиме,&lt;br /&gt;</w:t>
        <w:br/>
        <w:t>воно докориме, мов чорне коріння — розпяття&lt;br /&gt;</w:t>
        <w:br/>
        <w:t>Пристійне.&lt;br /&gt;</w:t>
        <w:br/>
        <w:t>Здрастуй, Матір Образо… Уже і не знать,&lt;br /&gt;</w:t>
        <w:br/>
        <w:t>Коли саме&lt;br /&gt;</w:t>
        <w:br/>
        <w:t>гей та сплатять герої твої й комісари.&lt;br /&gt;</w:t>
        <w:br/>
        <w:t>Прощай до часу…&lt;br /&gt;</w:t>
        <w:br/>
        <w:t>(Як просто — пірнути в свої моря!)&lt;br /&gt;</w:t>
        <w:br/>
        <w:t>Матір Образо і Помсто,&lt;br /&gt;</w:t>
        <w:br/>
        <w:t>сивій, терпи убозтво —&lt;br /&gt;</w:t>
        <w:br/>
        <w:t>тільки&lt;br /&gt;</w:t>
        <w:br/>
        <w:t>НЕ&lt;br /&gt;</w:t>
        <w:br/>
        <w:t>ПОМИРАЙ!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 на здачу Севастополя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