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Рано ще, рано...</w:t>
      </w:r>
    </w:p>
    <w:p>
      <w:r>
        <w:br/>
        <w:t xml:space="preserve"> Рано ще, рано.</w:t>
      </w:r>
    </w:p>
    <w:p>
      <w:r>
        <w:br/>
        <w:t>Ще і мати не вставали&lt;br /&gt;</w:t>
        <w:br/>
        <w:t>І до мене не гукали:&lt;br /&gt;</w:t>
        <w:br/>
        <w:t>Вставай,сину!&lt;br /&gt;</w:t>
        <w:br/>
        <w:t>Ще і батько не вставали&lt;br /&gt;</w:t>
        <w:br/>
        <w:t>І до мене не гукали:&lt;br /&gt;</w:t>
        <w:br/>
        <w:t>Ходім, хлопче!</w:t>
      </w:r>
    </w:p>
    <w:p>
      <w:r>
        <w:br/>
        <w:t>Рано ще, рано.</w:t>
      </w:r>
    </w:p>
    <w:p>
      <w:r>
        <w:br/>
        <w:t>Ще Марія не вставала&lt;br /&gt;</w:t>
        <w:br/>
        <w:t>І до мене не гукала:&lt;br /&gt;</w:t>
        <w:br/>
        <w:t>Вставай, Йванку!&lt;br /&gt;</w:t>
        <w:br/>
        <w:t>Старшина ще не вставав&lt;br /&gt;</w:t>
        <w:br/>
        <w:t>І до мене не гукав:&lt;br /&gt;</w:t>
        <w:br/>
        <w:t>Кроком руш!</w:t>
      </w:r>
    </w:p>
    <w:p>
      <w:r>
        <w:br/>
        <w:t>Рано ще, рано.</w:t>
      </w:r>
    </w:p>
    <w:p>
      <w:r>
        <w:br/>
        <w:t>Ще і донька не вставала&lt;br /&gt;</w:t>
        <w:br/>
        <w:t>І до мене не гукала:&lt;br /&gt;</w:t>
        <w:br/>
        <w:t>Вставай, тату!&lt;br /&gt;</w:t>
        <w:br/>
        <w:t>Ще й онук мій не вставав&lt;br /&gt;</w:t>
        <w:br/>
        <w:t>І до мене не гукав:&lt;br /&gt;</w:t>
        <w:br/>
        <w:t>Ходім, діду!</w:t>
      </w:r>
    </w:p>
    <w:p>
      <w:r>
        <w:br/>
        <w:t>Рано ще, ой, рано.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Рано ще, рано...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