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Райський сад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Райський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