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Пустуни на пароплаві</w:t>
      </w:r>
    </w:p>
    <w:p>
      <w:r>
        <w:br/>
        <w:t xml:space="preserve"> &lt;p&gt;ЯШКА I МАШКА</w:t>
      </w:r>
    </w:p>
    <w:p>
      <w:r>
        <w:br/>
        <w:t>Наш пароплав ішов теплими південними морями.</w:t>
      </w:r>
    </w:p>
    <w:p>
      <w:r>
        <w:br/>
        <w:t>Якось ми зупинились біля берегів Африки. До нас на човні підплив негр. Він продав морякам двох мавпочок.</w:t>
      </w:r>
    </w:p>
    <w:p>
      <w:r>
        <w:br/>
        <w:t>Руденькі мавпочки були завбільшки як кішки. їх узяли на мотузочки й потягли на пароплав. Звірята впирались, вищали, мотали головами, дригали лапками, махали хвостами — не хотіли залишати негра. Тоді сивий боцман схопив їх руками і забрав на палубу.</w:t>
      </w:r>
    </w:p>
    <w:p>
      <w:r>
        <w:br/>
        <w:t>Пароплав рушив у дальшу путь.</w:t>
      </w:r>
    </w:p>
    <w:p>
      <w:r>
        <w:br/>
        <w:t>Мавпочки швидко звикли до нового місця. Незабаром вони стали улюбленцями команди. Моряки назвали їх Яшкою і Машкою.</w:t>
      </w:r>
    </w:p>
    <w:p>
      <w:r>
        <w:br/>
        <w:t>Яшка любив чіплятись хвостом за перекладини і, звисаючи головою вниз, розгойдувався, ніби вправний фізкультурник.</w:t>
      </w:r>
    </w:p>
    <w:p>
      <w:r>
        <w:br/>
        <w:t>Машка раз у раз під час сніданку плигала на стіл, хапала грудку цукру й миттю зникала.</w:t>
      </w:r>
    </w:p>
    <w:p>
      <w:r>
        <w:br/>
        <w:t>ШОКОЛАД БОЦМАНА</w:t>
      </w:r>
    </w:p>
    <w:p>
      <w:r>
        <w:br/>
        <w:t>Наш боцман сховав у шухляді стола дві коробки шоколаду. Якось, виходячи з каюти, він не причинив дверей.</w:t>
      </w:r>
    </w:p>
    <w:p>
      <w:r>
        <w:br/>
        <w:t>Зацікавлена Машка сунула мордочку в щілину. Потім ускочила в каюту й почала господарювати там. Вона плигала по ліжку й зазирала до шухляд у шафочці і столі.</w:t>
      </w:r>
    </w:p>
    <w:p>
      <w:r>
        <w:br/>
        <w:t>Коли боцман повернувся, перед самісіньким його носом на палубу виплигнула Машка. В зубах вона тримала коробку шоколаду.</w:t>
      </w:r>
    </w:p>
    <w:p>
      <w:r>
        <w:br/>
        <w:t>Боцман погнався за мавпою. Звіреня легко, мов пташка, метнулось по пароплаву. Матроси з голосним сміхом і свистом поспішили боцману на допомогу.</w:t>
      </w:r>
    </w:p>
    <w:p>
      <w:r>
        <w:br/>
        <w:t>Проворна Машка не давалась до рук. Вона плигала, ховалась, стрибала. Галас і метушня знялись на палубі. Розохочені несподіваною розвагою матроси не шкодували ніг.</w:t>
      </w:r>
    </w:p>
    <w:p>
      <w:r>
        <w:br/>
        <w:t>— Половину шоколаду тому, хто відбере коробку,— крикнув боцман, наздоганяючи хвостатого злочинця.</w:t>
      </w:r>
    </w:p>
    <w:p>
      <w:r>
        <w:br/>
        <w:t>Та ось мавпа випустила коробку, а сама метнулась на щоглу. Боцман радісно схопив коробку й одкрив її. Матроси заглянули туди й зареготали. Коробка була порожня. Машка ж сиділа на щоглі, доїдала шоколад і пищала від задоволення.</w:t>
      </w:r>
    </w:p>
    <w:p>
      <w:r>
        <w:br/>
        <w:t>ОМАР</w:t>
      </w:r>
    </w:p>
    <w:p>
      <w:r>
        <w:br/>
        <w:t>Матроси купили великого омара. Це — великий морський рак. У нього довжелезні й тонкі, мов соломинки, вуса.</w:t>
      </w:r>
    </w:p>
    <w:p>
      <w:r>
        <w:br/>
        <w:t>Яшка підбіг до омара й зупинився. Подивився і од цікавості почав чухатись. Потім нахмурився і ляснув рака лапкою. Омар стиснув клешнями його лапку. Мавпа зойкнула, заверещала. На той вереск прибіг боцман і розняв ракові клешні.</w:t>
      </w:r>
    </w:p>
    <w:p>
      <w:r>
        <w:br/>
        <w:t>З криком Яшка побіг геть.</w:t>
      </w:r>
    </w:p>
    <w:p>
      <w:r>
        <w:br/>
        <w:t>Від спеки омар загинув. Мертвого омара поклали сохнути на сонці. Гарний рак, мов размальований синьою, червоною, зеленою фарбами, з широко розставленими вусами лежав під тропічним сонцем.</w:t>
      </w:r>
    </w:p>
    <w:p>
      <w:r>
        <w:br/>
        <w:t>Випадково під час роботи боцман опинився біля омара. Він застав там Яшку. Мавпа обламувала омарові вуса. Вона шматувала їх, ніби дражнячись, і викидала. Але клешень не зачіпала. Мавпа їх боялась.</w:t>
      </w:r>
    </w:p>
    <w:p>
      <w:r>
        <w:br/>
        <w:t>— Опікшись на молоці, води боїшся,— сказав усміхаючись боцман.</w:t>
      </w:r>
    </w:p>
    <w:p>
      <w:r>
        <w:br/>
        <w:t>НІЧНА ТРИВОГА</w:t>
      </w:r>
    </w:p>
    <w:p>
      <w:r>
        <w:br/>
        <w:t>Біля корабельного дзвона боцман поставив високу скриню. Матроси скаржились, що та скриня заважає їм вибивати склянки. Вибивати склянки — значить видзвонювати в корабельний дзвін години. Одну годину б'ють так: бам-бам; коли дві — бам-бам, бам-бам; коли чотири — бам-бам, бам-бам, бам-бам, бам-бам. Більше чотирьох годин не б'ють. Через кожні чотири години знов починають так само.</w:t>
      </w:r>
    </w:p>
    <w:p>
      <w:r>
        <w:br/>
        <w:t>Коли на пароплаві трапляється пожежа, тоді б'ють у дзвін швидко й довго: бам! бам! бам! бам! бам!..</w:t>
      </w:r>
    </w:p>
    <w:p>
      <w:r>
        <w:br/>
        <w:t>Боцман обіцяв забрати скриню. Але не встиг він виконати свою обіцянку, як сталась незвичайна подія.</w:t>
      </w:r>
    </w:p>
    <w:p>
      <w:r>
        <w:br/>
        <w:t>Уночі всіх розбудили швидкі удари дзвона: бам! бам! бам! бам! бам! бам!..</w:t>
      </w:r>
    </w:p>
    <w:p>
      <w:r>
        <w:br/>
        <w:t>Дзвін сповіщав про пожежу.</w:t>
      </w:r>
    </w:p>
    <w:p>
      <w:r>
        <w:br/>
        <w:t>Хто спав, хто не спав,— усі вибігли на палубу, готові рятувати пароплав від вогню.</w:t>
      </w:r>
    </w:p>
    <w:p>
      <w:r>
        <w:br/>
        <w:t>Дзвін замовк. Ніде не видно полум'я. Хтось пустував.</w:t>
      </w:r>
    </w:p>
    <w:p>
      <w:r>
        <w:br/>
        <w:t>Моряки, обурені з такого жарту, розійшлися спати.</w:t>
      </w:r>
    </w:p>
    <w:p>
      <w:r>
        <w:br/>
        <w:t>Через двадцять п'ять хвилин знов почулось гасло пожежної тривоги. Бам! бам! бам! бам! бам!...— кликав дзвін усіх нагору. І знов на палубі ні вогню, ні того, хто зняв тривогу, не застали.</w:t>
      </w:r>
    </w:p>
    <w:p>
      <w:r>
        <w:br/>
        <w:t>Минуло півгодини, і втретє повторилось те саме.</w:t>
      </w:r>
    </w:p>
    <w:p>
      <w:r>
        <w:br/>
        <w:t>Під кінець ночі боцман заховався поблизу дзвона, щоб зловити негідного жартівника.</w:t>
      </w:r>
    </w:p>
    <w:p>
      <w:r>
        <w:br/>
        <w:t>Незабаром він побачив у напівтемряві, як до дзвона тихенько підійшла Машка, скочила на скриню, вхопила мотузок і почала дзвонити.</w:t>
      </w:r>
    </w:p>
    <w:p>
      <w:r>
        <w:br/>
        <w:t>Мавпа часто спостерігала, як матроси б'ють у дзвін, їй хотілось теж покалатати, але вона не могла дістати, поки там не поставили скриню.</w:t>
      </w:r>
    </w:p>
    <w:p>
      <w:r>
        <w:br/>
        <w:t>ПУСТУНИ РЯТУЮТЬ БОЦМАНА</w:t>
      </w:r>
    </w:p>
    <w:p>
      <w:r>
        <w:br/>
        <w:t>Опівдні сонце стояло просто над головою. Спека надзвичайна. На одкритому місці палуби — жодної людини. Всі ховались у затінках. Боцман вийшов, щоб полити розпечену палубу морською водою. В руках у нього мідна трубка насоса, з якої ллється вода.</w:t>
      </w:r>
    </w:p>
    <w:p>
      <w:r>
        <w:br/>
        <w:t>Боцман вийшов без бриля. Волосся у нього коротко обстрижене. Сонце напекло голову, боцман зомлів і впав.</w:t>
      </w:r>
    </w:p>
    <w:p>
      <w:r>
        <w:br/>
        <w:t>Ніхто, крім мавпочок, цього не бачив.</w:t>
      </w:r>
    </w:p>
    <w:p>
      <w:r>
        <w:br/>
        <w:t>Вони підскочили до боцмана і, схопивши трубку насоса, почали бавитись. Пустуючи, бризнули на лежачого моряка водою, а розохотившись, облили його з голови до ніг.</w:t>
      </w:r>
    </w:p>
    <w:p>
      <w:r>
        <w:br/>
        <w:t>Від води боцман опритомнів.</w:t>
      </w:r>
    </w:p>
    <w:p>
      <w:r>
        <w:br/>
        <w:t>ЛОВЛЯ ЛЕТЮЧИХ РИБ</w:t>
      </w:r>
    </w:p>
    <w:p>
      <w:r>
        <w:br/>
        <w:t>Боцман захотів помити брудний мішок. Він прив'язав його мотузкою і викинув через кругле віконце своєї каюти в море. Од швидкого руху пароплава мішок полоскався у морській воді.</w:t>
      </w:r>
    </w:p>
    <w:p>
      <w:r>
        <w:br/>
        <w:t>Залишивши мішок купатись, боцман вийшов з каюти, зачинивши двері на ключ, і піднявся на верхню палубу.</w:t>
      </w:r>
    </w:p>
    <w:p>
      <w:r>
        <w:br/>
        <w:t>Погладивши вуса, глянув на море.</w:t>
      </w:r>
    </w:p>
    <w:p>
      <w:r>
        <w:br/>
        <w:t>Серед дрібної хвилі показалась величезна акула. Моряк розгледів її коротке тупе рило та чорно-синювату спину.</w:t>
      </w:r>
    </w:p>
    <w:p>
      <w:r>
        <w:br/>
        <w:t>З води почали вискакувати летючі риби. Мабуть, їх сполохала акула.</w:t>
      </w:r>
    </w:p>
    <w:p>
      <w:r>
        <w:br/>
        <w:t>Окремі риби перелітали через пароплав і поринали у воду.</w:t>
      </w:r>
    </w:p>
    <w:p>
      <w:r>
        <w:br/>
        <w:t>Обидві мавпочки почали підплигувати, намагаючись впіймати рибок. Вони кидались на всі боки.</w:t>
      </w:r>
    </w:p>
    <w:p>
      <w:r>
        <w:br/>
        <w:t>Але риби летіли швидко і мавпи жодної не впіймали.</w:t>
      </w:r>
    </w:p>
    <w:p>
      <w:r>
        <w:br/>
        <w:t>Та ось Яшка і Машка разом підскочили над бортом і вдарились одне об одного. В ту ж мить повітря розітнув жахливий зойк. Мавпи зникли з палуби й шубовснули у воду.</w:t>
      </w:r>
    </w:p>
    <w:p>
      <w:r>
        <w:br/>
        <w:t>ЛЮДИНА В МОРІ</w:t>
      </w:r>
    </w:p>
    <w:p>
      <w:r>
        <w:br/>
        <w:t>Враз пролунало:</w:t>
      </w:r>
    </w:p>
    <w:p>
      <w:r>
        <w:br/>
        <w:t>— Людина за бортом!</w:t>
      </w:r>
    </w:p>
    <w:p>
      <w:r>
        <w:br/>
        <w:t>То боцман, схопивши рятувальний круг, стрибнув у море. Коли повернули назад пароплав, людина в морі здавалась ледве помітною цяткою.</w:t>
      </w:r>
    </w:p>
    <w:p>
      <w:r>
        <w:br/>
        <w:t>Моряки побачили, як акула теж повернула і попливла туди, де видно було боцмана.</w:t>
      </w:r>
    </w:p>
    <w:p>
      <w:r>
        <w:br/>
        <w:t>Всі захвилювались. Пароплав поспішав повним ходом і безперервно гудів. Так хотіли відігнати морського хижака.</w:t>
      </w:r>
    </w:p>
    <w:p>
      <w:r>
        <w:br/>
        <w:t>Акула зникла під водою. Та ось її плавники мигнули поблизу боцмана.</w:t>
      </w:r>
    </w:p>
    <w:p>
      <w:r>
        <w:br/>
        <w:t>У кожного, хто стояв на палубі, тривожно стиснулось серце: чи вдасться врятувати боцмана?</w:t>
      </w:r>
    </w:p>
    <w:p>
      <w:r>
        <w:br/>
        <w:t>Скоро наблизились до нього. Спустили шлюпку. З води витягли боцмана і Яшку. Всі зрозуміли, що Машка потонула. В ту ж хвилину поблизу показались могутні плавники акули.</w:t>
      </w:r>
    </w:p>
    <w:p>
      <w:r>
        <w:br/>
        <w:t>— Ти думав про неї? — спитали боцмана, показуючи на акулу.</w:t>
      </w:r>
    </w:p>
    <w:p>
      <w:r>
        <w:br/>
        <w:t>— Це велетенська малозуба акула,— відповів старий моряк,— вона ніколи не нападає на людей.</w:t>
      </w:r>
    </w:p>
    <w:p>
      <w:r>
        <w:br/>
        <w:t>ДРУГА КОРОБКА ШОКОЛАДУ</w:t>
      </w:r>
    </w:p>
    <w:p>
      <w:r>
        <w:br/>
        <w:t>Попискуючи, Яшка тулився до боцмана. Матросам здавалось, що у мавпочки на очах сльози. Всім стало сумно. Всіх пройняв жаль за Машкою.</w:t>
      </w:r>
    </w:p>
    <w:p>
      <w:r>
        <w:br/>
        <w:t>Шлюпку підняли на пароплав.</w:t>
      </w:r>
    </w:p>
    <w:p>
      <w:r>
        <w:br/>
        <w:t>Боцман, весь мокрий, мовчки пішов у свою каюту.</w:t>
      </w:r>
    </w:p>
    <w:p>
      <w:r>
        <w:br/>
        <w:t>Він відчинив двері і побачив... Машку, що сиділа на столику і гризла шоколад з другої коробки.</w:t>
      </w:r>
    </w:p>
    <w:p>
      <w:r>
        <w:br/>
        <w:t>Моряк остовпів.</w:t>
      </w:r>
    </w:p>
    <w:p>
      <w:r>
        <w:br/>
        <w:t>Машка, схопивши недогризок шоколаду, метнулась крізь вікно у море.</w:t>
      </w:r>
    </w:p>
    <w:p>
      <w:r>
        <w:br/>
        <w:t>Боцман підбіг до столу й насилу просунув голову у віконце. Він побачив мавпочку, що трималась на мотузку, яким він прив'язав мішок.</w:t>
      </w:r>
    </w:p>
    <w:p>
      <w:r>
        <w:br/>
        <w:t>Моряк догадався, що, коли мавпи падали з палуби, Машка схопилась за цей мотузок і врятувалась.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Пустуни на пароплаві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