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Пустельник</w:t>
      </w:r>
    </w:p>
    <w:p>
      <w:r>
        <w:br/>
        <w:t xml:space="preserve"> Пустельник босий перед ним білястий череп&lt;br /&gt;</w:t>
        <w:br/>
        <w:t>— Спокуси тлять мене печуть десь у нутрі&lt;br /&gt;</w:t>
        <w:br/>
        <w:t>Приваби місяця принади словопрі&lt;br /&gt;</w:t>
        <w:br/>
        <w:t>Кляну всі зречення кляну тяжкий мій жереб</w:t>
      </w:r>
    </w:p>
    <w:p>
      <w:r>
        <w:br/>
        <w:t>Як я молюсь зірки готові утікати&lt;br /&gt;</w:t>
        <w:br/>
        <w:t>О женський черепе Слонова кість Дірки&lt;br /&gt;</w:t>
        <w:br/>
        <w:t>Мій крик од голоду хрипким став і гірким&lt;br /&gt;</w:t>
        <w:br/>
        <w:t>Оце ж мені на піст найшовся сир діркатий</w:t>
      </w:r>
    </w:p>
    <w:p>
      <w:r>
        <w:br/>
        <w:t>Бичуй о Господи надзахідні хмарини&lt;br /&gt;</w:t>
        <w:br/>
        <w:t>Що пнуть у небеса рожевенькі задки&lt;br /&gt;</w:t>
        <w:br/>
        <w:t>Вже затуляються уденішні квітки&lt;br /&gt;</w:t>
        <w:br/>
        <w:t>І в стумі чується химерення мишине</w:t>
      </w:r>
    </w:p>
    <w:p>
      <w:r>
        <w:br/>
        <w:t>В людей є ігри в чіт чи лишку в чик-чиричку&lt;br /&gt;</w:t>
        <w:br/>
        <w:t>Є гра пупів є гра напів і до щирця&lt;br /&gt;</w:t>
        <w:br/>
        <w:t>О Господи благий що відаєш серця&lt;br /&gt;</w:t>
        <w:br/>
        <w:t>Подай мені любов пошли якусь дівичку</w:t>
      </w:r>
    </w:p>
    <w:p>
      <w:r>
        <w:br/>
        <w:t>Щоб пальчики тяглись і нігтики цвіли&lt;br /&gt;</w:t>
        <w:br/>
        <w:t>На щастя на добро хоч то знаки оманні&lt;br /&gt;</w:t>
        <w:br/>
        <w:t>Щоб Незнайома та в жагучім пориванні&lt;br /&gt;</w:t>
        <w:br/>
        <w:t>До мене кинулась о Господи звели</w:t>
      </w:r>
    </w:p>
    <w:p>
      <w:r>
        <w:br/>
        <w:t>Чим Боже я згрішив нещасний одноріг&lt;br /&gt;</w:t>
        <w:br/>
        <w:t>Попри вогонь жадань тужливо самотинний&lt;br /&gt;</w:t>
        <w:br/>
        <w:t>Мордований мій уд мов немовля невинний&lt;br /&gt;</w:t>
        <w:br/>
        <w:t>Стоїть собі стовпом на розстані доріг</w:t>
      </w:r>
    </w:p>
    <w:p>
      <w:r>
        <w:br/>
        <w:t>Христос нагий Накинь о Господи накинь&lt;br /&gt;</w:t>
        <w:br/>
        <w:t>На тіло страдника м'які нешиті шати&lt;br /&gt;</w:t>
        <w:br/>
        <w:t>В криниці падає дзигарний дзвін дзвінчатий&lt;br /&gt;</w:t>
        <w:br/>
        <w:t>Під ізохронний дзюрк дощевих крапелин</w:t>
      </w:r>
    </w:p>
    <w:p>
      <w:r>
        <w:br/>
        <w:t>Тридцять ночей не спав немов непритаманний&lt;br /&gt;</w:t>
        <w:br/>
        <w:t>Та так і не діждав кривавих тих потів&lt;br /&gt;</w:t>
        <w:br/>
        <w:t>А ти Розіп'ятий ти кровію потів&lt;br /&gt;</w:t>
        <w:br/>
        <w:t>Скажи Христе що ні в саду у Гефсимані</w:t>
      </w:r>
    </w:p>
    <w:p>
      <w:r>
        <w:br/>
        <w:t>Стояв навколішках і наслухав як шпорта&lt;br /&gt;</w:t>
        <w:br/>
        <w:t>Як шарпа в жилах кров і серце як бубнить&lt;br /&gt;</w:t>
        <w:br/>
        <w:t>В артеріях на кшталт коралів чи грибниць&lt;br /&gt;</w:t>
        <w:br/>
        <w:t>Але скупа навік була моя аорта</w:t>
      </w:r>
    </w:p>
    <w:p>
      <w:r>
        <w:br/>
        <w:t>Щось раптом крапнуло Я думав благодать&lt;br /&gt;</w:t>
        <w:br/>
        <w:t>I з непрощенних душ моя глумилась душка&lt;br /&gt;</w:t>
        <w:br/>
        <w:t>Та потім зрозумів що то із носа юшка&lt;br /&gt;</w:t>
        <w:br/>
        <w:t>Од пахноти квіток усього можна ждать</w:t>
      </w:r>
    </w:p>
    <w:p>
      <w:r>
        <w:br/>
        <w:t>Я кпив із ангела що з ліні й недбання&lt;br /&gt;</w:t>
        <w:br/>
        <w:t>Так чаші й не підніс сивенький ледащиця&lt;br /&gt;</w:t>
        <w:br/>
        <w:t>Я скинув геть свою кольку волосяницю&lt;br /&gt;</w:t>
        <w:br/>
        <w:t>Того жорстокого ліонського ткання</w:t>
      </w:r>
    </w:p>
    <w:p>
      <w:r>
        <w:br/>
        <w:t>До лиха Сміх мені з ложесен тих папес&lt;br /&gt;</w:t>
        <w:br/>
        <w:t>Безперсих тих святиць Іду в велике місто&lt;br /&gt;</w:t>
        <w:br/>
        <w:t>Хоч може за своє осквернене дівицтво&lt;br /&gt;</w:t>
        <w:br/>
        <w:t>Між рук між ласк між слів там пропаду як пес</w:t>
      </w:r>
    </w:p>
    <w:p>
      <w:r>
        <w:br/>
        <w:t>Встаю божественно проти крутих вітрів&lt;br /&gt;</w:t>
        <w:br/>
        <w:t>Мов промінь місячний обожуваний морем&lt;br /&gt;</w:t>
        <w:br/>
        <w:t>Даремно я моливсь угодникам суворим&lt;br /&gt;</w:t>
        <w:br/>
        <w:t>Моїх опрісноків ніхто не освятив</w:t>
      </w:r>
    </w:p>
    <w:p>
      <w:r>
        <w:br/>
        <w:t>I я іду біжу О ніч Не люлі-люлі&lt;br /&gt;</w:t>
        <w:br/>
        <w:t>А улю-лю Ліліт вигукує О ніч&lt;br /&gt;</w:t>
        <w:br/>
        <w:t>З твоїх трагічно повитріщуваних віч&lt;br /&gt;</w:t>
        <w:br/>
        <w:t>Зоряють навсібіч золочені пілюлі</w:t>
      </w:r>
    </w:p>
    <w:p>
      <w:r>
        <w:br/>
        <w:t>Скелет невинної цариці он повис&lt;br /&gt;</w:t>
        <w:br/>
        <w:t>На зорній ниточці о строгосте шалена&lt;br /&gt;</w:t>
        <w:br/>
        <w:t>Вночі чорніє ліс надія мре зелена&lt;br /&gt;</w:t>
        <w:br/>
        <w:t>Як умирає день дух визівнувши ввись</w:t>
      </w:r>
    </w:p>
    <w:p>
      <w:r>
        <w:br/>
        <w:t>А я іду біжу О день Порив світанку&lt;br /&gt;</w:t>
        <w:br/>
        <w:t>Сов рубінoвий зір затемрив унівець&lt;br /&gt;</w:t>
        <w:br/>
        <w:t>Розкривши погляди пробуджених овець&lt;br /&gt;</w:t>
        <w:br/>
        <w:t>I льох з рожевими сосками наостанку</w:t>
      </w:r>
    </w:p>
    <w:p>
      <w:r>
        <w:br/>
        <w:t>Летючі вoрони даремні тіні стелять&lt;br /&gt;</w:t>
        <w:br/>
        <w:t>По половіючих обрідчастих житах&lt;br /&gt;</w:t>
        <w:br/>
        <w:t>При вбогих присілках де по чадних хатах&lt;br /&gt;</w:t>
        <w:br/>
        <w:t>Опудала сови красуються на стелях</w:t>
      </w:r>
    </w:p>
    <w:p>
      <w:r>
        <w:br/>
        <w:t>Ще версти ще і ще Сухі вершки ялиць і&lt;br /&gt;</w:t>
        <w:br/>
        <w:t>Жалі мої буйні заводили у блуд&lt;br /&gt;</w:t>
        <w:br/>
        <w:t>Мене і вимрійки думок моїх облуд&lt;br /&gt;</w:t>
        <w:br/>
        <w:t>Не раз в ялинниках я ночував на глиці</w:t>
      </w:r>
    </w:p>
    <w:p>
      <w:r>
        <w:br/>
        <w:t>I ось О вечоре Мандрівку я одбув&lt;br /&gt;</w:t>
        <w:br/>
        <w:t>Мені явилося у дзвонах славне місто&lt;br /&gt;</w:t>
        <w:br/>
        <w:t>I похоті мої погинули всі чисто&lt;br /&gt;</w:t>
        <w:br/>
        <w:t>Обіруч я уже благословляв юрбу</w:t>
      </w:r>
    </w:p>
    <w:p>
      <w:r>
        <w:br/>
        <w:t>О місто Я сміявсь Палаци мов черінь&lt;br /&gt;</w:t>
        <w:br/>
        <w:t>Білющих трюфелів на голубому полі&lt;br /&gt;</w:t>
        <w:br/>
        <w:t>Хто зна де розбрелись бажання прохололі&lt;br /&gt;</w:t>
        <w:br/>
        <w:t>Скуфійку надягла смиренницька мігрень</w:t>
      </w:r>
    </w:p>
    <w:p>
      <w:r>
        <w:br/>
        <w:t>Всі перелюбниці до мене йшли на сповідь&lt;br /&gt;</w:t>
        <w:br/>
        <w:t>В уяві блудних жен святим я став умент&lt;br /&gt;</w:t>
        <w:br/>
        <w:t>Лорій і Зелотід Луїз і Діямант&lt;br /&gt;</w:t>
        <w:br/>
        <w:t>Я чув палкі слова Гріхів великих повідь</w:t>
      </w:r>
    </w:p>
    <w:p>
      <w:r>
        <w:br/>
        <w:t>Нас пойняла Святий спаси і розгріши&lt;br /&gt;</w:t>
        <w:br/>
        <w:t>Пізнай наші серця жагучі наші ігри&lt;br /&gt;</w:t>
        <w:br/>
        <w:t>I плоті вибрики і пристрасті як вихри&lt;br /&gt;</w:t>
        <w:br/>
        <w:t>Цілунки медяні на пагубу душі</w:t>
      </w:r>
    </w:p>
    <w:p>
      <w:r>
        <w:br/>
        <w:t>I я їх розгрішав гріхи багрянокрові&lt;br /&gt;</w:t>
        <w:br/>
        <w:t>Тих голих поетес і фей і форнарін&lt;br /&gt;</w:t>
        <w:br/>
        <w:t>А з помислів моїх лишивсь хіба один&lt;br /&gt;</w:t>
        <w:br/>
        <w:t>Не чуть не бачить як у млості вечоровій</w:t>
      </w:r>
    </w:p>
    <w:p>
      <w:r>
        <w:br/>
        <w:t>Пливуть зливаються в якийсь незграйний хор&lt;br /&gt;</w:t>
        <w:br/>
        <w:t>Коханців стогони і захвати самичок&lt;br /&gt;</w:t>
        <w:br/>
        <w:t>Сплетіння ярих тіл між кров'яних порічок&lt;br /&gt;</w:t>
        <w:br/>
        <w:t>I тихі святощі суворих пасифлор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Пустельник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