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Птахи на островах...</w:t>
      </w:r>
    </w:p>
    <w:p>
      <w:r>
        <w:br/>
        <w:t xml:space="preserve"> Рубен Даріо&lt;br /&gt;</w:t>
        <w:br/>
        <w:t>Птахи на островах...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Птахи на островах, у вашому злітанні&lt;br /&gt;</w:t>
        <w:br/>
        <w:t>Є воля і яса,&lt;br /&gt;</w:t>
        <w:br/>
        <w:t>Мистецтва таїна й науки осіяння,&lt;br /&gt;</w:t>
        <w:br/>
        <w:t>І вічності краса.</w:t>
      </w:r>
    </w:p>
    <w:p>
      <w:r>
        <w:br/>
        <w:t>Ваш розвій, лет чіткий і на блакиті знаки,&lt;br /&gt;</w:t>
        <w:br/>
        <w:t>Розкидані безмір,&lt;br /&gt;</w:t>
        <w:br/>
        <w:t>На схід роняють сон, і сум живий на захід,&lt;br /&gt;</w:t>
        <w:br/>
        <w:t>На північ, південь — мир.</w:t>
      </w:r>
    </w:p>
    <w:p>
      <w:r>
        <w:br/>
        <w:t>І полум'я троянд, і блиск лілей злилися&lt;br /&gt;</w:t>
        <w:br/>
        <w:t>У вас в очах, як сон,&lt;br /&gt;</w:t>
        <w:br/>
        <w:t>І в крилах ваших є співучий бриз Улісса*,&lt;br /&gt;</w:t>
        <w:br/>
        <w:t>Вітри, що знав Ясон**.</w:t>
      </w:r>
    </w:p>
    <w:p>
      <w:r>
        <w:br/>
        <w:t>О душі потайні, ви загадкою стали&lt;br /&gt;</w:t>
        <w:br/>
        <w:t>У ніжності своїй&lt;br /&gt;</w:t>
        <w:br/>
        <w:t>Так само, як гора, як ірис та опали,&lt;br /&gt;</w:t>
        <w:br/>
        <w:t>Як голос і борвій.</w:t>
      </w:r>
    </w:p>
    <w:p>
      <w:r>
        <w:br/>
        <w:t>Птахи на островах, о птaхи понад морем!..&lt;br /&gt;</w:t>
        <w:br/>
        <w:t>Ваш лет, і крик, і сум —&lt;br /&gt;</w:t>
        <w:br/>
        <w:t>Це тайни неземні, й за вами стежу зором,&lt;br /&gt;</w:t>
        <w:br/>
        <w:t>Щасливий, повен дум.</w:t>
      </w:r>
    </w:p>
    <w:p>
      <w:r>
        <w:br/>
        <w:t>І чистими крильми своїх бажань без краю&lt;br /&gt;</w:t>
        <w:br/>
        <w:t>Я рвуся вдалину,&lt;br /&gt;</w:t>
        <w:br/>
        <w:t>Як ви, кружляючи, все істину шукаю.&lt;br /&gt;</w:t>
        <w:br/>
        <w:t>Єдину і одну.</w:t>
      </w:r>
    </w:p>
    <w:p>
      <w:r>
        <w:br/>
        <w:t>-----------------&lt;br /&gt;</w:t>
        <w:br/>
        <w:t>**Улісс — римське ім'я Одіссея.&lt;br /&gt;</w:t>
        <w:br/>
        <w:t>** Ясон — в грецькій міфології провідник аргонавтів,&lt;br /&gt;</w:t>
        <w:br/>
        <w:t>що плавали в Колхіду за золотим руном.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Птахи на островах...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