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Психологічний двійник</w:t>
      </w:r>
    </w:p>
    <w:p>
      <w:r>
        <w:br/>
        <w:t xml:space="preserve"> &lt;p&gt;ПСИХОЛОГІЧНИЙ ДВІЙНИК</w:t>
      </w:r>
    </w:p>
    <w:p>
      <w:r>
        <w:br/>
        <w:t>І</w:t>
      </w:r>
    </w:p>
    <w:p>
      <w:r>
        <w:br/>
        <w:t>— Шеф! Одержано нове повідомлення…</w:t>
      </w:r>
    </w:p>
    <w:p>
      <w:r>
        <w:br/>
        <w:t>— Давайте сюди!</w:t>
      </w:r>
    </w:p>
    <w:p>
      <w:r>
        <w:br/>
        <w:t>Шеф таємної поліції Габер підсунув до себе кілька журналів, якісь листки і хутко почав розглядати їх.</w:t>
      </w:r>
    </w:p>
    <w:p>
      <w:r>
        <w:br/>
        <w:t>Агент 23 — японець Осіма — з подивом бачив, як завжди спокійне і врівноважене обличчя шефа почи-нає покриватися червоними плямами. Вилиці заходили під жовтою шкірою — це було ознакою великої злості або незвичайного хвилювання.</w:t>
      </w:r>
    </w:p>
    <w:p>
      <w:r>
        <w:br/>
        <w:t>Нарешті, Габер підняв лице. Кілька секунд— і ніхто б уже не зміг подумати, що цей чоловік так сильно хвилювався. Шеф опанував себе і зовсім спокійно сказав:</w:t>
      </w:r>
    </w:p>
    <w:p>
      <w:r>
        <w:br/>
        <w:t>— Все ясно! Сумнівів нема! Державна зрада…</w:t>
      </w:r>
    </w:p>
    <w:p>
      <w:r>
        <w:br/>
        <w:t>— Я згоден з вами, — відповів агент.</w:t>
      </w:r>
    </w:p>
    <w:p>
      <w:r>
        <w:br/>
        <w:t>— Закриту машину!</w:t>
      </w:r>
    </w:p>
    <w:p>
      <w:r>
        <w:br/>
        <w:t>— Слухаю.</w:t>
      </w:r>
    </w:p>
    <w:p>
      <w:r>
        <w:br/>
        <w:t>Агент вийшов.</w:t>
      </w:r>
    </w:p>
    <w:p>
      <w:r>
        <w:br/>
        <w:t>Шеф знову заглибився в журнали і папери, які приніс Осіма.</w:t>
      </w:r>
    </w:p>
    <w:p>
      <w:r>
        <w:br/>
        <w:t>— Такий інженер, — пробурмотів він. — Ніколи б не подумав. В біографії — нічого підозрілого! А в дійсності — бачиш!.. Значить — хитрий і підступний ворог! Все! Сумніву не може бути! Військовий трибу-нал!..</w:t>
      </w:r>
    </w:p>
    <w:p>
      <w:r>
        <w:br/>
        <w:t>В телевізорі засяяв екран, показалося обличчя агента 23.</w:t>
      </w:r>
    </w:p>
    <w:p>
      <w:r>
        <w:br/>
        <w:t>— Машина готова, — сказав він.</w:t>
      </w:r>
    </w:p>
    <w:p>
      <w:r>
        <w:br/>
        <w:t>— Іду, — відповів шеф і, захопивши папери, вийшов з кабінету…</w:t>
      </w:r>
    </w:p>
    <w:p>
      <w:r>
        <w:br/>
        <w:t>Через хвилину чорний лімузин мчався вулицями в район передмістя. Суцільні квартали закінчились, і по боках бетонованої автостради виглядали з пишних субтропічних садів білосніжні котеджі.</w:t>
      </w:r>
    </w:p>
    <w:p>
      <w:r>
        <w:br/>
        <w:t>Лімузин повернув до одного з них і зупинився перед входом. З нього вийшли шеф і Осіма.</w:t>
      </w:r>
    </w:p>
    <w:p>
      <w:r>
        <w:br/>
        <w:t>— Він дома? — запитав Габер.</w:t>
      </w:r>
    </w:p>
    <w:p>
      <w:r>
        <w:br/>
        <w:t>— Так! — відповів агент.</w:t>
      </w:r>
    </w:p>
    <w:p>
      <w:r>
        <w:br/>
        <w:t>— Нічого не підозрює?</w:t>
      </w:r>
    </w:p>
    <w:p>
      <w:r>
        <w:br/>
        <w:t>— Як не дивно, але ні! Хитрий агент…</w:t>
      </w:r>
    </w:p>
    <w:p>
      <w:r>
        <w:br/>
        <w:t>— Так. Напевне! Ходімо!</w:t>
      </w:r>
    </w:p>
    <w:p>
      <w:r>
        <w:br/>
        <w:t>Вони піднялися по сходах, зайшли до невеликого залу. Назустріч їм піднявся з крісла сивий, високий ла-кей.</w:t>
      </w:r>
    </w:p>
    <w:p>
      <w:r>
        <w:br/>
        <w:t>— Інженер дома? — запитав шеф.</w:t>
      </w:r>
    </w:p>
    <w:p>
      <w:r>
        <w:br/>
        <w:t>— Так! Але він працює і в такі часи не приймає! — відповів старий.</w:t>
      </w:r>
    </w:p>
    <w:p>
      <w:r>
        <w:br/>
        <w:t>— Справа термінова! — різко сказав шеф і відкрив двері до кабінету. За ним зайшов Осіма.</w:t>
      </w:r>
    </w:p>
    <w:p>
      <w:r>
        <w:br/>
        <w:t>Почувши стук дверей і голоси, з крісла біля широкого письмового стола встав інженер — середнього ро-сту чоловік з худорлявим лицем, на якому виділялися очі, що горіли сірими вогниками. Ці очі, над якими нави-сали густі брови, що зрослися на переніссі, справляли дивне враження, ніби у інженера не все гаразд з психікою…</w:t>
      </w:r>
    </w:p>
    <w:p>
      <w:r>
        <w:br/>
        <w:t>— Чим можу бути корисним, сеньйор Габер? — запитав інженер, здивовано піднявши брови.</w:t>
      </w:r>
    </w:p>
    <w:p>
      <w:r>
        <w:br/>
        <w:t>— Інженер Коріні, — серйозно сказав шеф. — Ми вас заарештуємо. Ви обвинувачуєтесь в державній зра-ді.</w:t>
      </w:r>
    </w:p>
    <w:p>
      <w:r>
        <w:br/>
        <w:t>— Не може бути! — засміявся інженер. — Ви жартуєте! А втім, якщо це не жарти, то дурний наклеп!</w:t>
      </w:r>
    </w:p>
    <w:p>
      <w:r>
        <w:br/>
        <w:t>— Я так не вважаю! — сухо сказав Габер.</w:t>
      </w:r>
    </w:p>
    <w:p>
      <w:r>
        <w:br/>
        <w:t>Коріні хвилину допитливо дивився на шефа і його агента, потім промовив:</w:t>
      </w:r>
    </w:p>
    <w:p>
      <w:r>
        <w:br/>
        <w:t>— Гаразд! Я спокійний! Їдемо!..</w:t>
      </w:r>
    </w:p>
    <w:p>
      <w:r>
        <w:br/>
        <w:t>Клацнули наручники..</w:t>
      </w:r>
    </w:p>
    <w:p>
      <w:r>
        <w:br/>
        <w:t>Через кілька хвилин чорний лімузин мчав назад…</w:t>
      </w:r>
    </w:p>
    <w:p>
      <w:r>
        <w:br/>
        <w:t>II</w:t>
      </w:r>
    </w:p>
    <w:p>
      <w:r>
        <w:br/>
        <w:t>Слідство тривало п’ять днів. Прокуратура передала справу до Військового трибуналу.</w:t>
      </w:r>
    </w:p>
    <w:p>
      <w:r>
        <w:br/>
        <w:t>Інженер Коріні став перед судом…</w:t>
      </w:r>
    </w:p>
    <w:p>
      <w:r>
        <w:br/>
        <w:t>За довгим столом, покритим зеленим сукном, зайняли свої місця судді — три літні офіцери в парадній формі. Праворуч — за маленьким столиком сів прокурор, ліворуч — адвокат. Судді перегортали листки обви-нувачення, стиха про щось розмовляли.</w:t>
      </w:r>
    </w:p>
    <w:p>
      <w:r>
        <w:br/>
        <w:t>Коріні — схудлий за останні дні, але спокійний — сидів у кріслі перед столом Трибуналу.</w:t>
      </w:r>
    </w:p>
    <w:p>
      <w:r>
        <w:br/>
        <w:t>Встав прокурор</w:t>
      </w:r>
    </w:p>
    <w:p>
      <w:r>
        <w:br/>
        <w:t>Спочатку інженер іронічно слухав його обвинувачення, але далі з кожним словом лице його бліднішало, очі загорялися хвилюванням, а під кінець виступу прокурора він ледве сидів на місці, витираючи з лоба піт, що котився градом…</w:t>
      </w:r>
    </w:p>
    <w:p>
      <w:r>
        <w:br/>
        <w:t>Прокурор говорив таке:</w:t>
      </w:r>
    </w:p>
    <w:p>
      <w:r>
        <w:br/>
        <w:t>— Інженер Коріні працював на засекреченому будівництві, яке підлягає міністерству оборони. Згідно іс-нуючого закону, він знаходився під наглядом таємної поліції. Агенти з’ясували ряд фактів, які свідчили про зв’язок Коріні з іноземного розвідкою Ось факти:</w:t>
      </w:r>
    </w:p>
    <w:p>
      <w:r>
        <w:br/>
        <w:t>— В котеджі, де живе Коріні, встановлено магнітофони. З допомогою магнітного запису вдалося виявити цікаві речі.</w:t>
      </w:r>
    </w:p>
    <w:p>
      <w:r>
        <w:br/>
        <w:t>— Перше. Агенти виявили, що під час сну Коріні говорить англійською мовою. Вони записали ряд його висловів. Наприклад:</w:t>
      </w:r>
    </w:p>
    <w:p>
      <w:r>
        <w:br/>
        <w:t>"Сер, схему електронного випромінювача я передам вам через три дні. Можете бути спокійні, я вірний слуга уряду його величності і не підведу його…"</w:t>
      </w:r>
    </w:p>
    <w:p>
      <w:r>
        <w:br/>
        <w:t>— Агенти слідкували за Коріні, — говорив прокурор, — але, очевидно, він був дуже обережний, бо вони не змогли нічого взнати, хоч з нього в ці дні не спускали очей…</w:t>
      </w:r>
    </w:p>
    <w:p>
      <w:r>
        <w:br/>
        <w:t>— Далі. Агенти доповіли, що Коріні знову в стані сну розмовляє англійською мовою з якимсь своїм ше-фом і обіцяє передати йому секретні проекти, над якими він працює. Контроль, як і раніше, нічого не дав. Ви-никла думка, що все це тільки сни! Для підтвердження цієї тези таємна поліція провела ряд розвідок. Нарешті, розвідки увінчалися успіхом — Коріні виявився державним зрадником. Він передавав свої матеріали, — ми ще не знаємо як, — англійській розвідці. Там ці матеріали використовуються в військовій промисловості від імені інженера Гопкінса. Матеріали з’являлися в руках військових властей Великобританії якраз тоді, коли Коріні говорив про них у сні. Це значить, що натура у Коріні дуже нервова, що він у сні сам себе викрив!</w:t>
      </w:r>
    </w:p>
    <w:p>
      <w:r>
        <w:br/>
        <w:t>— Сеньйори! Я вважаю, що справа ясна! Коріні заслуговує найтяжчої кари, як зрадник держави! Я скін-чив!</w:t>
      </w:r>
    </w:p>
    <w:p>
      <w:r>
        <w:br/>
        <w:t>Прокурор сів Голова Трибуналу підняв голову і різко сказав:</w:t>
      </w:r>
    </w:p>
    <w:p>
      <w:r>
        <w:br/>
        <w:t>— Коріні! Я гадаю — ви зрозуміли все?! Що можете відповісти на це страшне обвинувачення?</w:t>
      </w:r>
    </w:p>
    <w:p>
      <w:r>
        <w:br/>
        <w:t>Коріні встав. Обличчя його, спочатку бліде, стало зеленим. Він, заїкаючись, сказав:</w:t>
      </w:r>
    </w:p>
    <w:p>
      <w:r>
        <w:br/>
        <w:t>— Що це? Сон? Я не розумію… Дозвольте подивитись матеріали… Я, здається, божеволію!..</w:t>
      </w:r>
    </w:p>
    <w:p>
      <w:r>
        <w:br/>
        <w:t>Суддя підсунув йому матеріали. Коріні гарячково переглядав листок за листком, і очі його поступово розширялися від жаху.</w:t>
      </w:r>
    </w:p>
    <w:p>
      <w:r>
        <w:br/>
        <w:t>Те, що говорив прокурор — все було правдою! Але ж він не передавав матеріалів! Так хто ж? Хто?</w:t>
      </w:r>
    </w:p>
    <w:p>
      <w:r>
        <w:br/>
        <w:t>Цей удар був таким сильним, що інженер істерично засміявся, впавши на підлогу, бився в судорогах. Ви-кликали лікаря. Той констатував тяжкий припадок, додавши, що є загроза психічного захворювання, і зажадав направити інженера в психіатричну лікарню.</w:t>
      </w:r>
    </w:p>
    <w:p>
      <w:r>
        <w:br/>
        <w:t>Судді порадились.</w:t>
      </w:r>
    </w:p>
    <w:p>
      <w:r>
        <w:br/>
        <w:t>— Гаразд, — сказав, нарешті, голова Трибуналу, — везіть його в лікарню, але ви відповідаєте за нього головою…</w:t>
      </w:r>
    </w:p>
    <w:p>
      <w:r>
        <w:br/>
        <w:t>…Через півгодини машина швидкої допомоги в’їжджала в двір психіатричної лікарні…</w:t>
      </w:r>
    </w:p>
    <w:p>
      <w:r>
        <w:br/>
        <w:t>III</w:t>
      </w:r>
    </w:p>
    <w:p>
      <w:r>
        <w:br/>
        <w:t>…Через три дні Коріні опам’ятався… Розплющивши очі, він побачив над собою білу стелю, а навколо — кілька прикріплених до підлоги ліжок, на яких лежали або сиділи люди. Вікна були заґратовані, і Коріні зрозу-мів, що він попав до психіатричної лікарні. Спочатку страх Прокрався в його серце, коли він подумав, де знахо-диться, але опісля зрозумів, що це поки що краще, ніж бути розстріляним, як зрадник держави…</w:t>
      </w:r>
    </w:p>
    <w:p>
      <w:r>
        <w:br/>
        <w:t>В кімнаті було чотири чоловіка. Два спали, один — старий, з лицем аскета, сидів і дивився в вікно на да-леке море. Четвертий — загорнутий в коротенький халат, з чорними бігаючими очима, як у загнаного зайця — малював картину на полотні. Очі його блищали, він явно був захоплений своєю працею…</w:t>
      </w:r>
    </w:p>
    <w:p>
      <w:r>
        <w:br/>
        <w:t>До кімнати зайшли.</w:t>
      </w:r>
    </w:p>
    <w:p>
      <w:r>
        <w:br/>
        <w:t>— А, — почувся голос, — нарешті ми проснулися!..</w:t>
      </w:r>
    </w:p>
    <w:p>
      <w:r>
        <w:br/>
        <w:t>Коріні, моментально вирішивши, як поводити себе, не відповів нічого. Біля його ліжка зупинився лікар і агент таємної поліції, але інженер дивився байдужим поглядом десь на стелю. Лікар вислухав серце, вистукав на спині і грудях і сказав до агента:</w:t>
      </w:r>
    </w:p>
    <w:p>
      <w:r>
        <w:br/>
        <w:t>— Поки що нічого не ясно! Він залишиться на кілька тижнів… Побачимо далі!..</w:t>
      </w:r>
    </w:p>
    <w:p>
      <w:r>
        <w:br/>
        <w:t>Лікар і агент вийшли. Коріні зітхнув спокійніше. Він вирішив пройтися по кімнаті і, піднявшись на лікті, встав з ліжка. Старий зацікавлено повернув до нього голову і пильно почав дивитися йому в лице.</w:t>
      </w:r>
    </w:p>
    <w:p>
      <w:r>
        <w:br/>
        <w:t>— Клянуся Юпітером і кільцем Сатурна, — сказав він, повільно підходячи до інженера, — що ви зовсім не божевільний…</w:t>
      </w:r>
    </w:p>
    <w:p>
      <w:r>
        <w:br/>
        <w:t>Інженер промовчав, потім відвернувся геть і підійшов до вікна, де художник малював свою картину. Той навіть не звернув уваги на Коріні.</w:t>
      </w:r>
    </w:p>
    <w:p>
      <w:r>
        <w:br/>
        <w:t>Побачивши те, що намалював цей хворий, інженер здивувався.</w:t>
      </w:r>
    </w:p>
    <w:p>
      <w:r>
        <w:br/>
        <w:t>Малюнок зображував дзвіницю церкви вночі. Видно було на фоні далекої заграви пожежі дзвіницю, ве-ликий дзвін і людину, яка з величезною напругою тягнула за вірьовку. Картина робилася так майстерно, що, здавалося, було чути звуки тривожного дзвону…</w:t>
      </w:r>
    </w:p>
    <w:p>
      <w:r>
        <w:br/>
        <w:t>— Сподобалося? — почувся голос старого. — Знайте ж — цей чоловік до божевілля не намалював навіть поганенького малюнка, крім хіба дитячих… Ось одна з безкінечних загадок Буття, клянуся Космосом!..</w:t>
      </w:r>
    </w:p>
    <w:p>
      <w:r>
        <w:br/>
        <w:t>— Що він так липне до мене? — неприязно подумав Коріні. — Мабуть, шпигун якийсь. Тим більше, що він не схожий на хворого…</w:t>
      </w:r>
    </w:p>
    <w:p>
      <w:r>
        <w:br/>
        <w:t>Він знову не відповів старому і, підійшовши до свого ліжка, ліг. Він намагався розібратися в тому, що відбулося. Все це було незрозумілим, містичним, але якісь здогадки уже з’являлися в його розпаленій голові…</w:t>
      </w:r>
    </w:p>
    <w:p>
      <w:r>
        <w:br/>
        <w:t>Згодом Коріні поринув у тяжкий сон…</w:t>
      </w:r>
    </w:p>
    <w:p>
      <w:r>
        <w:br/>
        <w:t>Він спав неспокійно, щось говорив чужою мовою і, нарешті, закричавши — дико і протяжно — зірвався з ліжка з божевільно розширеними очима…</w:t>
      </w:r>
    </w:p>
    <w:p>
      <w:r>
        <w:br/>
        <w:t>Старий був рядом і дивився на нього ласкаво і спокійно. Надворі за вікнами була ніч.</w:t>
      </w:r>
    </w:p>
    <w:p>
      <w:r>
        <w:br/>
        <w:t>— Сядьте, — тихо сказав старий, м’яко поклавши руку на плече Коріні. — Сядьте і розкажіть мені — хто ви і що трапилося з вами?..</w:t>
      </w:r>
    </w:p>
    <w:p>
      <w:r>
        <w:br/>
        <w:t>Я вам допоможу.</w:t>
      </w:r>
    </w:p>
    <w:p>
      <w:r>
        <w:br/>
        <w:t>Інженер все з таким же недовір’ям мовчав, але щось у голосі і обличчі старого сподобалося йому, і він завагався… Нарешті, крига в його душі розтала, і Коріні подивився на сусіда доброзичливо…</w:t>
      </w:r>
    </w:p>
    <w:p>
      <w:r>
        <w:br/>
        <w:t>— Ви боїтеся мене, — говорив старий, — Я розумію… Ви, напевне, думаєте, що я шпигун?.. Даремно. Я справді божевільний. Я говорю це тепер, коли приступ проходить, а коли він знову приходить — я не усвідом-люю своєї хвороби! Я тоді господар Космосу!.. Отже, розкажіть про себе — може, я допоможу вам. Якщо бої-теся — розповідайте лише те, що вважаєте потрібним!..</w:t>
      </w:r>
    </w:p>
    <w:p>
      <w:r>
        <w:br/>
        <w:t>І тоді Коріні без вагання почав розповідати старому про все те, що з ним трапилося за останні дні аж до суду.</w:t>
      </w:r>
    </w:p>
    <w:p>
      <w:r>
        <w:br/>
        <w:t>— Це якийсь кошмар, — розгублено говорив інженер, — обвинувачення безглузде і разом з тим правди-ве! Крім того, я уві сні говорю англійською мовою в той час, як насправді я цієї мови зовсім не знаю… вона якраз і стверджує їх думку про те, що я хитрий ворог!..</w:t>
      </w:r>
    </w:p>
    <w:p>
      <w:r>
        <w:br/>
        <w:t>— Що ж ви думаєте про це? — задумано спитав старий.</w:t>
      </w:r>
    </w:p>
    <w:p>
      <w:r>
        <w:br/>
        <w:t>— Деякі думки у мене з’явилися,— відповів інженер.—Зв’язане це з снами, що без кінця переслідують мене. Ось тільки що мені приснився страшний кошмар… До речі, мені часто сниться одне й те ж місто і ті самі люди…</w:t>
      </w:r>
    </w:p>
    <w:p>
      <w:r>
        <w:br/>
        <w:t>Коли інженер описував краєвиди міста, яке йому снилося, старий навіть піднявся з місця, так щось схви-лювало його, потім заспокоївся і сів.</w:t>
      </w:r>
    </w:p>
    <w:p>
      <w:r>
        <w:br/>
        <w:t>— Снилося мені, — продовжував Коріні, — ніби я йду до своєї коханої дівчини, — до якої часто ходив у снах. Але тепер у мене в грудях не любов, а ненависть, бо я знаю, що дівчина зраджує мені, і я йду, щоб убити її. Я пройшов стежкою між дерев у садку, де проходив сотні разів, і вийшов до веранди будинку. На східцях стояла біла фігура. То була вона — моя кохана. Я підійшов до неї. Погляд мій, очевидно, говорив їй — для чого я прийшов, бо вона зблідла… Я закрив їй рота і вдарив ножем в груди. Бризнула кров, і я прокинувся… Це страшно, дуже страшно,— шепотів інженер,— так все яскраво, що мені й тепер здається, ніби все було наяву… От я й думаю — чи не зв’язаний я як-небудь з другою людиною, яка психологічно діє на мене, розумієте?.. Є теорія, яка говорить, що біоелектричні хвилі мозку передаються в просторі… Якщо зустрінеться людина, яка схожа на мене психологічно, то мої враження будуть діяти на неї, а її — на мене в стані сну!..</w:t>
      </w:r>
    </w:p>
    <w:p>
      <w:r>
        <w:br/>
        <w:t>— Цікава теорія! — пробурмотів старий…</w:t>
      </w:r>
    </w:p>
    <w:p>
      <w:r>
        <w:br/>
        <w:t>— О, якби я міг знайти цю людину! — простогнав Коріні. — Я б звільнився від несправедливого обвину-вачення!..</w:t>
      </w:r>
    </w:p>
    <w:p>
      <w:r>
        <w:br/>
        <w:t>Старий схопив Коріні за руку, коли той закінчив говорити.</w:t>
      </w:r>
    </w:p>
    <w:p>
      <w:r>
        <w:br/>
        <w:t>— Я знаю таке місто, яке ви описували. Це в Англії. Невелике місто над Темзою. Я забув його назву. Ви б змогли його відшукати…</w:t>
      </w:r>
    </w:p>
    <w:p>
      <w:r>
        <w:br/>
        <w:t>Раптом старий зблід, очі його почали наливалися кров’ю. Він, переборюючи себе, заговорив, вчепившись сухою рукою в плече інженера:</w:t>
      </w:r>
    </w:p>
    <w:p>
      <w:r>
        <w:br/>
        <w:t>— Приступ прийшов… Майже на місяць моя свідомість виключається. Слухайте мене! Вам треба тікати! Інакше — смерть! Вони не повірять нашим химерам! У мене… ось тут… порошок… Викликає стан, подібний до смерті. Двадцять чотири години! Морг!.. Звідти — тікати! Я хотів сам — потім вирішив… пізно! Нема для чого! Я люблю мою божевільну мрію!.. Ось… візьміть… Прощайте!..</w:t>
      </w:r>
    </w:p>
    <w:p>
      <w:r>
        <w:br/>
        <w:t>Стривожений і наляканий інженер бачив, як старий здригнувся страшною судорогою, потім піднявся і застиг у величній позі. Очі його дивилися десь вгору. На лиці проступив вираз неземної погорди…</w:t>
      </w:r>
    </w:p>
    <w:p>
      <w:r>
        <w:br/>
        <w:t>Коріні, затиснувши в жмені порошок, злякано дивився на цю несподівану метаморфозу. Але, незважаю-чи на дивні умови, в яких відбулися останні події, він вирішив тікати, так, як запропонував старий, що стояв тепер поряд, немов старовинний ідол.</w:t>
      </w:r>
    </w:p>
    <w:p>
      <w:r>
        <w:br/>
        <w:t>IV</w:t>
      </w:r>
    </w:p>
    <w:p>
      <w:r>
        <w:br/>
        <w:t>Коріні стало страшно. Старий, як і раніше, стояв на одному місці, заглибившись у якісь космічні думки; художник, бурмочучи, все працював над картиною; непорушно лежали на своїх ліжках два сусіди. За вікнами мерехтіли на темному небі яскраві зорі, відбивалися в неспокійному морі…</w:t>
      </w:r>
    </w:p>
    <w:p>
      <w:r>
        <w:br/>
        <w:t>— Куди я попав? — гарячково думав інженер. — Треба негайно звідси втікати, бо не пройде й двох днів, як я збожеволію…</w:t>
      </w:r>
    </w:p>
    <w:p>
      <w:r>
        <w:br/>
        <w:t>І він вирішив негайно здійснити план старого.</w:t>
      </w:r>
    </w:p>
    <w:p>
      <w:r>
        <w:br/>
        <w:t>— Чи пан, чи пропав! — подумав Коріні, не задумуючись, випив порошок і запив водою. Порошок був гірко-солодким на смак. Через кілька хвилин закрутилася голова, і Коріні здалося, ніби він у велетенському човні пливе по хвилях. Все закрутилося в чудернацькому танці — кімната, художник, старий, що ідолом стояв біля ліжка, — і інженер покотився у чорну яму…</w:t>
      </w:r>
    </w:p>
    <w:p>
      <w:r>
        <w:br/>
        <w:t>…До палати вбігли санітари і лікар. Коріні лежав на підлозі з вишкіреними зубами. Лікар нагнувся, по-слухав пульс:</w:t>
      </w:r>
    </w:p>
    <w:p>
      <w:r>
        <w:br/>
        <w:t>— Кінець! — сказав він. — Смерть! Викликали ще кількох лікарів, ті теж констатували смерть і склали акт.</w:t>
      </w:r>
    </w:p>
    <w:p>
      <w:r>
        <w:br/>
        <w:t>Головний лікар повідомив шефа таємної поліції про смерть інженера і додав:</w:t>
      </w:r>
    </w:p>
    <w:p>
      <w:r>
        <w:br/>
        <w:t>— Ми відправляємо труп в морг. Завтра дізнаємося про причину смерті. Гадаю, що від сильного нерво-вого потрясіння!..</w:t>
      </w:r>
    </w:p>
    <w:p>
      <w:r>
        <w:br/>
        <w:t>— Від чого б не було, — сказав шеф, — спасибі йому за те, що він позбавив нас від обов’язку розстріля-ти його!..</w:t>
      </w:r>
    </w:p>
    <w:p>
      <w:r>
        <w:br/>
        <w:t>…Того ж вечора тіло Коріні було одвезене до моргу…</w:t>
      </w:r>
    </w:p>
    <w:p>
      <w:r>
        <w:br/>
        <w:t>…Інженер проснувся від холоду. Руки і ноги погано слухалися. Він розкрив очі і заціпенів від страху. Навколо на довгих столах лежали мерці, загорнуті в білі простирадла. Волосся Коріні наїжачилося від страху. Він ледве згадав, як потрапив сюди і що з ним сталося.</w:t>
      </w:r>
    </w:p>
    <w:p>
      <w:r>
        <w:br/>
        <w:t>"Треба негайно тікати звідси", промайнула перша думка.</w:t>
      </w:r>
    </w:p>
    <w:p>
      <w:r>
        <w:br/>
        <w:t>Коріні зірвався з твердого ложа, на якому сидів, відкинув простирадло і підскочив до маленького вікон-ця. Надворі було темно. Можна тікати.</w:t>
      </w:r>
    </w:p>
    <w:p>
      <w:r>
        <w:br/>
        <w:t>Інженер оглянув себе. На ньому була тільки білизна. Іти в такому вигляді по вулицях не можна. Він, не вагаючись, роздягнув одного з мерців — видно, той недавно попав під автомашину — ї одягнув сірий пристой-ний костюм…</w:t>
      </w:r>
    </w:p>
    <w:p>
      <w:r>
        <w:br/>
        <w:t>Через кілька хвилин Коріні вислизнув за двері і зник в темряві…</w:t>
      </w:r>
    </w:p>
    <w:p>
      <w:r>
        <w:br/>
        <w:t>…А вранці лікарі і агенти таємної поліції зняли тривогу. Шеф дізнався про все, що трапилося. Було вжи-то всіх заходів, щоб інженер не втік за межі країни. Та пройшов тиждень, а всі спроби знайти його були безус-пішними.</w:t>
      </w:r>
    </w:p>
    <w:p>
      <w:r>
        <w:br/>
        <w:t>— Йому, безумовно, допомогла англійська розвідка, — сказав шеф, — я й тоді думав, що це хитрий і під-ступний ворог…</w:t>
      </w:r>
    </w:p>
    <w:p>
      <w:r>
        <w:br/>
        <w:t>…А Коріні через місяць був уже в Англії. Він вирішив з’ясувати загадку, зв’язану з його видіннями і ди-вними подіями, що відбувалися з ним. Поїхавши на пароплаві по Темзі, інженер знайшов те місто, яке він бачив уві сні і про яке говорив старий. В цьому місті Коріні зупинився. Він вирішив пройти по тих місцях, що снилися йому, щоб узнати, наскільки реальне все те, що він бачив у видіннях. Здавши чемодани в готелі, Коріні пішов по знайомій вузенькій вуличці, а потім через хвіртку в кам’яній загорожі — до буйного саду…</w:t>
      </w:r>
    </w:p>
    <w:p>
      <w:r>
        <w:br/>
        <w:t>Стримуючи хвилювання, інженер ішов стежкою до веранди білого будинку в глибині саду. Неймовірно! Все було, як і уві сні!.. Коріні підійшов до веранди. На східцях хтось стояв. Постать обернулась, і інженер по-бачив лице дівчини, яку він зустрічав у снах… Дівчина, поглянувши на нього, зблідла, скрикнула і впала не-притомна…</w:t>
      </w:r>
    </w:p>
    <w:p>
      <w:r>
        <w:br/>
        <w:t>На її крик вибігли з будинку слуги. Вони щось кричали англійською мовою, але Коріні не знав цієї мови і не розумів нічого. Він дуже здивувався, коли на нього накинулися, скрутили йому руки назад і, вивівши з саду, посадили в машину…</w:t>
      </w:r>
    </w:p>
    <w:p>
      <w:r>
        <w:br/>
        <w:t>Машина помчала вузькими вулицями до центра міста…</w:t>
      </w:r>
    </w:p>
    <w:p>
      <w:r>
        <w:br/>
        <w:t>V</w:t>
      </w:r>
    </w:p>
    <w:p>
      <w:r>
        <w:br/>
        <w:t>…Коріні стояв перед комісаром поліції і нічого не розумів, що той говорив йому. Лише одне слово "Гоп-кінс" було дивно знайомим. Але чому — інженер забув. Він пояснив жестами, що не розуміє, і сказав італійсь-кою мовою, щоб привели перекладача. Агенти і начальник переглянулися, здивовано знизали плечима і все-таки послали за перекладачем.</w:t>
      </w:r>
    </w:p>
    <w:p>
      <w:r>
        <w:br/>
        <w:t>Незабаром до кімнати прийшов перекладач, і почалася розмова.</w:t>
      </w:r>
    </w:p>
    <w:p>
      <w:r>
        <w:br/>
        <w:t>— Гопкінс, — сказав комісар поліції, — чому ви вдаєте, що не розумієте своєї мови?..</w:t>
      </w:r>
    </w:p>
    <w:p>
      <w:r>
        <w:br/>
        <w:t>— Я не Гопкінс, — відповів здивований інженер. — Я італієць Коріні…</w:t>
      </w:r>
    </w:p>
    <w:p>
      <w:r>
        <w:br/>
        <w:t>— Не прикидайтесь! Ось люди, з якими ви були знайомі: ваші товариші, ваші родичі, ваша мати… Всі вони впізнали вас!</w:t>
      </w:r>
    </w:p>
    <w:p>
      <w:r>
        <w:br/>
        <w:t>Коріні оглянувся. В кімнаті справді було десятка півтора людей — чоловіків і жінок — і всі вони засу-джуюче дивилися на інженера…</w:t>
      </w:r>
    </w:p>
    <w:p>
      <w:r>
        <w:br/>
        <w:t>Коріні роздратовано повернувся до комісара:</w:t>
      </w:r>
    </w:p>
    <w:p>
      <w:r>
        <w:br/>
        <w:t>— Гаразд! Хай я якийсь там Гопкінс! Але на хвилину уявіть, що я інша людина, і розкажіть мені, хто він такий і чому я мушу відповідати за нього!..</w:t>
      </w:r>
    </w:p>
    <w:p>
      <w:r>
        <w:br/>
        <w:t>Комісар почав:</w:t>
      </w:r>
    </w:p>
    <w:p>
      <w:r>
        <w:br/>
        <w:t>— Гопкінс — цебто ви — інженер, який працював в галузі ядерної фізики. З-за особистих причин він на-магався вбити свою кохану дівчину Катаріну, тяжко поранив її і втік. Вона залишилася живою, як ви бачили… Але ж я комедію граю перед вами, Гопкінс! Досить прикидатися!..</w:t>
      </w:r>
    </w:p>
    <w:p>
      <w:r>
        <w:br/>
        <w:t>— Сер, — озвався Коріні. — Лише тепер мені все стало ясно! Слухайте мене уважно…</w:t>
      </w:r>
    </w:p>
    <w:p>
      <w:r>
        <w:br/>
        <w:t>І здивований комісар почув з вуст інженера всю його історію…</w:t>
      </w:r>
    </w:p>
    <w:p>
      <w:r>
        <w:br/>
        <w:t>— Це значить, — говорив далі інженер, — що я і Гопкінс — психологічні двійники і просто двійники, що ми з ним настроєні на одну біоелектричну хвилю, і тому враження чи пригоди, які переживає один з двійни-ків, передаються, як от радіохвилі, другому в стані сну через простір… Я тільки тепер повністю зрозумів усе, що сталося зі мною!..</w:t>
      </w:r>
    </w:p>
    <w:p>
      <w:r>
        <w:br/>
        <w:t>Комісар переглянувся з агентами.</w:t>
      </w:r>
    </w:p>
    <w:p>
      <w:r>
        <w:br/>
        <w:t>— Ваша теорія дотепна, — сухо сказав він, — але мене не обдурите. Викличте Катаріну…</w:t>
      </w:r>
    </w:p>
    <w:p>
      <w:r>
        <w:br/>
        <w:t>Коріні все здавалося важким і болючим сном. Замість того, щоб розв’язати загадку, він заплутався ще бі-льше…</w:t>
      </w:r>
    </w:p>
    <w:p>
      <w:r>
        <w:br/>
        <w:t>Через десять хвилин до приміщення зайшла Катаріна — та дівчина, що була в саду. Дівчина близько пі-дійшла до Коріні, пильно подивилася в його очі. Вона була вражена, але інженер зрозумів, що дівчина не ви-знала його.</w:t>
      </w:r>
    </w:p>
    <w:p>
      <w:r>
        <w:br/>
        <w:t>— Це не Гопкінс, — сказала, нарешті, дівчина. — Це якийсь незвичайний двійник…</w:t>
      </w:r>
    </w:p>
    <w:p>
      <w:r>
        <w:br/>
        <w:t>Підійшла старенька жінка, мати Гопкінса, теж придивилася до обличчя інженера.</w:t>
      </w:r>
    </w:p>
    <w:p>
      <w:r>
        <w:br/>
        <w:t>— Це не мій син, — прошамкала вона, — це просто дуже подібний до нього мужчина…</w:t>
      </w:r>
    </w:p>
    <w:p>
      <w:r>
        <w:br/>
        <w:t>Комісар і агенти були розгублені: Коріні розв’язали, але все ж не знали, що робити з ним…</w:t>
      </w:r>
    </w:p>
    <w:p>
      <w:r>
        <w:br/>
        <w:t>…В цей час комісару принесли телеграму. В ній було написано:</w:t>
      </w:r>
    </w:p>
    <w:p>
      <w:r>
        <w:br/>
        <w:t>"ЗЛОЧИНЕЦЬ ГОПКІНС ЗАТРИМАНИЙ НА ПАРОПЛАВІ У МАНЧЕСТЕРІ. СІМОНС".</w:t>
      </w:r>
    </w:p>
    <w:p>
      <w:r>
        <w:br/>
        <w:t>Коріні був звільнений, і комісар від імені уряду його величності вибачився перед ним за несподівану об-разу.</w:t>
      </w:r>
    </w:p>
    <w:p>
      <w:r>
        <w:br/>
        <w:t>VI</w:t>
      </w:r>
    </w:p>
    <w:p>
      <w:r>
        <w:br/>
        <w:t>…Коріні вже збирався від’їжджати з міста. Але в газетах з’явилося повідомлення, що Гопкінс звільнений від суду, що Катаріна відмовилась від обвинувачення і простила його… Він вирішив завітати до Гопкінса, щоб познайомитися з незвичайним своїм двійником.</w:t>
      </w:r>
    </w:p>
    <w:p>
      <w:r>
        <w:br/>
        <w:t>…Двері відкрила Катаріна. Вона радісно скрикнула, побачивши Коріні.</w:t>
      </w:r>
    </w:p>
    <w:p>
      <w:r>
        <w:br/>
        <w:t>— Ми хотіли бачити вас, —каліченою італійською мовою сказала вона, — вас жде Гопкінс…</w:t>
      </w:r>
    </w:p>
    <w:p>
      <w:r>
        <w:br/>
        <w:t>З крісла піднявся назустріч Коріні другий Коріні, і справді дуже дивно було, що Катаріна і мати відріз-нили їх.</w:t>
      </w:r>
    </w:p>
    <w:p>
      <w:r>
        <w:br/>
        <w:t>Гопкінс був вражений ще більше.</w:t>
      </w:r>
    </w:p>
    <w:p>
      <w:r>
        <w:br/>
        <w:t>— Сер, — сказав Коріні, — я жив у снах вашим життя, — два рази мені загрожувала смерть з-за вас… Але я не жалкую, тому що взнав про цікаве природне явище, про існування психологічних двійників…</w:t>
      </w:r>
    </w:p>
    <w:p>
      <w:r>
        <w:br/>
        <w:t>— Сер, — відповів Гопкінс, — я теж підозрював щось подібне. Мені теж снилися дивні ясні сни, мені здавалося, що в снах я працюю над різними проблемами фізики, а наяву я згадував сни і втілював ці ідеї на па-пері. Отже, ми з вами творили і жили якимось спільним, дивним життям… Залишайтеся з нами. Тим більше, що вам не можна повернутися додому!..</w:t>
      </w:r>
    </w:p>
    <w:p>
      <w:r>
        <w:br/>
        <w:t>— Навпаки, — заперечив Коріні, — якраз тепер я й повернуся додому і доведу, що я не зрадник…</w:t>
      </w:r>
    </w:p>
    <w:p>
      <w:r>
        <w:br/>
        <w:t>Інженер поцілував руку Катаріні, потім потиснув руку Гопкінсу:</w:t>
      </w:r>
    </w:p>
    <w:p>
      <w:r>
        <w:br/>
        <w:t>— Ми з вами ще побачимося, — сказав він, — ми будемо часто зустрічатися в снах… І давайте вивчати цю цікаву наукову проблему. Тільки не заставляйте мене переживати такі події, як в ту страшну ніч, коли ви…</w:t>
      </w:r>
    </w:p>
    <w:p>
      <w:r>
        <w:br/>
        <w:t>Катаріна поклала пальці на вуста Коріні.</w:t>
      </w:r>
    </w:p>
    <w:p>
      <w:r>
        <w:br/>
        <w:t>— Мовчіть! Це більше ніколи не повториться! — ніжно сказала вона. — То була дурна ревність…</w:t>
      </w:r>
    </w:p>
    <w:p>
      <w:r>
        <w:br/>
        <w:t>І дівчина, усміхаючись, обняла Гопкінса.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Психологічний двійник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