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Протекція</w:t>
      </w:r>
    </w:p>
    <w:p>
      <w:r>
        <w:br/>
        <w:t xml:space="preserve"> &lt;p&gt;ПРОТЕКЦІЯ</w:t>
      </w:r>
    </w:p>
    <w:p>
      <w:r>
        <w:br/>
        <w:t>Образок з життя</w:t>
      </w:r>
    </w:p>
    <w:p>
      <w:r>
        <w:br/>
        <w:t>Коли професор жіночої учительської семінарії Степан Катеринич прийшов зі школи додому, застав на своїм бюрку кілька листів. "Певно просьби о протекцію", подумав собі і відложив листи набік, не прочитавши їх. Се був час іспитів до першого року семінарії; прийняти можна було лише вісімдесят учениць, а зголосилося триста. Навіть рідний батько, коли б мав вибирати в сих трьох сотках, прийняв би передусім свою дочку або своячку, а потім уже не знав би, що зробити, щоб двісті двадцять дівчат не плакало.</w:t>
      </w:r>
    </w:p>
    <w:p>
      <w:r>
        <w:br/>
        <w:t>— Нащо стільки дівчат на світі? — думав він собі, забуваючи, бо сам був уже жонатий, що саме стільки і хлопців на світі і що природа вже собі якось порадить з тим клопотом. А що був перетомлений і голодний, то в пересердю почав обчисляти, кільки би то було літрів сліз з очей карих, синіх, бурих і всяких інших, коли б так кожда з тих 220 неприйнятих дівчат пролила по наперсткові з кождого ока.</w:t>
      </w:r>
    </w:p>
    <w:p>
      <w:r>
        <w:br/>
        <w:t>Сі злобні думки перебив йому дзвінок.</w:t>
      </w:r>
    </w:p>
    <w:p>
      <w:r>
        <w:br/>
        <w:t>— Візита! Саме впору! Коли я їсти хочу! Однак пішов до дверей і відчинив їх.</w:t>
      </w:r>
    </w:p>
    <w:p>
      <w:r>
        <w:br/>
        <w:t>В дверях показалася груба пані у величезнім капелюсі з крилами по обох боках і квітках посередині, засапана і зігріта, очевидно, втомлена прикрими сходами на другий поверх.</w:t>
      </w:r>
    </w:p>
    <w:p>
      <w:r>
        <w:br/>
        <w:t>— Прошу ближче!</w:t>
      </w:r>
    </w:p>
    <w:p>
      <w:r>
        <w:br/>
        <w:t>Пані увійшла до світлиці і тільки тут відсапнула вільніше.</w:t>
      </w:r>
    </w:p>
    <w:p>
      <w:r>
        <w:br/>
        <w:t>— Прошу сідати! Чим можу служити?</w:t>
      </w:r>
    </w:p>
    <w:p>
      <w:r>
        <w:br/>
        <w:t>— Я до пана професора з просьбою о протекцію.</w:t>
      </w:r>
    </w:p>
    <w:p>
      <w:r>
        <w:br/>
        <w:t>— Певно, донька здає іспит?</w:t>
      </w:r>
    </w:p>
    <w:p>
      <w:r>
        <w:br/>
        <w:t>— Так.</w:t>
      </w:r>
    </w:p>
    <w:p>
      <w:r>
        <w:br/>
        <w:t>— Аз ким маю приємність, коли вільно спитати?</w:t>
      </w:r>
    </w:p>
    <w:p>
      <w:r>
        <w:br/>
        <w:t>— Амалія Макольонгва, властителька реальності, вдова...</w:t>
      </w:r>
    </w:p>
    <w:p>
      <w:r>
        <w:br/>
        <w:t>Представившись, пані Амалія Макольонгва без стриму і скоро виголосила до професора цілу польську промову:</w:t>
      </w:r>
    </w:p>
    <w:p>
      <w:r>
        <w:br/>
        <w:t>— Я чула, що пан професор такі добрі... А нині без протекції нема нічого; хто має "плечі", той все дістане. Такий уже світ. Щоб дитина не знати яка була мудра, не приймуть її до школи, коли не має протекції. А моя Цилька дуже розумна і добра дитина. Скінчила сьому клясу, здорова, красна, господарна, гафтує, прасує, по-французьки вчиться, на фортеп'яні грає, каву сама зробить...</w:t>
      </w:r>
    </w:p>
    <w:p>
      <w:r>
        <w:br/>
        <w:t>— Я би радив видати її зараз замуж,— замітив професор з ледви замітним глумом.</w:t>
      </w:r>
    </w:p>
    <w:p>
      <w:r>
        <w:br/>
        <w:t>— Ах, пане професор, де ж се можливо? їй тільки шістнадцять літ. Правда, я мала п'ятнадцять, коли виходила замуж, але то були інші часи. Тепер годі Цилька ще дитина.</w:t>
      </w:r>
    </w:p>
    <w:p>
      <w:r>
        <w:br/>
        <w:t>— А ті дві панни Макольонгви, що покінчили вже семінарію, то були своячки чи доньки пані?</w:t>
      </w:r>
    </w:p>
    <w:p>
      <w:r>
        <w:br/>
        <w:t>— То мої доньки, прошу пана професора.</w:t>
      </w:r>
    </w:p>
    <w:p>
      <w:r>
        <w:br/>
        <w:t>— То пані б хотіли, аби ще й третю доньку приймили?</w:t>
      </w:r>
    </w:p>
    <w:p>
      <w:r>
        <w:br/>
        <w:t>— Аякже! Прошу дуже. Моя Цилька — чудесна дитина...</w:t>
      </w:r>
    </w:p>
    <w:p>
      <w:r>
        <w:br/>
        <w:t>— А не буде то кривда іншим мамам, що їм не приймуть ані одної дитини, а пані хочуть уже третю дати...</w:t>
      </w:r>
    </w:p>
    <w:p>
      <w:r>
        <w:br/>
        <w:t>— Ах, пане професор, я бідна вдова, муж помер... Тут пані Амалія дуже скоро відчинила шкіряну торбину,</w:t>
      </w:r>
    </w:p>
    <w:p>
      <w:r>
        <w:br/>
        <w:t>вийняла хустку і притулила до товстого лиця і очей. Професор не любив таких сцен і сказав:</w:t>
      </w:r>
    </w:p>
    <w:p>
      <w:r>
        <w:br/>
        <w:t>— Не плачте, пані; прийняття доньки залежить не від мене самого; я вашої доньки зовсім не знаю і не маю причин їй шкодити.</w:t>
      </w:r>
    </w:p>
    <w:p>
      <w:r>
        <w:br/>
        <w:t>— То лише від вас залежить.</w:t>
      </w:r>
    </w:p>
    <w:p>
      <w:r>
        <w:br/>
        <w:t>— Чому?</w:t>
      </w:r>
    </w:p>
    <w:p>
      <w:r>
        <w:br/>
        <w:t>— Бо пан професор мають питати руське, а моя Цилька руського не вчилася, якось так зложилося...</w:t>
      </w:r>
    </w:p>
    <w:p>
      <w:r>
        <w:br/>
        <w:t>— Але по-французьки вчилася?</w:t>
      </w:r>
    </w:p>
    <w:p>
      <w:r>
        <w:br/>
        <w:t>— О вчилася! Уже п'ять років вчиться!..</w:t>
      </w:r>
    </w:p>
    <w:p>
      <w:r>
        <w:br/>
        <w:t>Професор встав спокійно з фотелю і не хотів уже з панею Макольонгвою ані слова говорити. Пані обтерла сльози і помалу зближалася до виходу, зітхаючи тяжко. Відтак на відході ще розсипалася словами, але професор уже не слухав і тільки ждав, поки она вийде добровільно за двері...</w:t>
      </w:r>
    </w:p>
    <w:p>
      <w:r>
        <w:br/>
        <w:t>Пообідавши, професор поклався цілком вигідно на ліжко подрімати. Ще не здрімався гаразд, як дзвінок залунав на ціле мешкання. Професор почув небавом зі своєї кімнати розмову слуги з якоюсь панею.</w:t>
      </w:r>
    </w:p>
    <w:p>
      <w:r>
        <w:br/>
        <w:t>— Пан спить,— говорила слуга.</w:t>
      </w:r>
    </w:p>
    <w:p>
      <w:r>
        <w:br/>
        <w:t>— Ой! ой! ой! — нарікала пані.— А то вже завтра іспит. Може би, ви пана збудили? Я тільки на хвильку.</w:t>
      </w:r>
    </w:p>
    <w:p>
      <w:r>
        <w:br/>
        <w:t>Професор не ждав, поки його збудять, тільки сам зірвався з ліжка і чимскорше брав ковнірець, краватку і сурдут. Він знав, що се знову просьба о прийняття до школи, чуду-вався, яка в Галичині віра в силу протекції, але хотів бути завсігди чемним — і тому встав.</w:t>
      </w:r>
    </w:p>
    <w:p>
      <w:r>
        <w:br/>
        <w:t>У світлиці вже ждала пані, дуже подібна до Амалії Макольонгви, але значно молодша.</w:t>
      </w:r>
    </w:p>
    <w:p>
      <w:r>
        <w:br/>
        <w:t>— Я дуже перепрошаю пана професора, але...</w:t>
      </w:r>
    </w:p>
    <w:p>
      <w:r>
        <w:br/>
        <w:t>Професор не відповідав нічого, тільки дивився на величезне струсине перо на капелюсі, що звисало аж на плечі і все хилиталося.</w:t>
      </w:r>
    </w:p>
    <w:p>
      <w:r>
        <w:br/>
        <w:t>— Прошу сідати. Пані в справі своєї доньки?</w:t>
      </w:r>
    </w:p>
    <w:p>
      <w:r>
        <w:br/>
        <w:t>— Ні! Я за Цецилією Макольонгвою... ' '</w:t>
      </w:r>
    </w:p>
    <w:p>
      <w:r>
        <w:br/>
        <w:t>— Адже тут перед годинкою була її мама!</w:t>
      </w:r>
    </w:p>
    <w:p>
      <w:r>
        <w:br/>
        <w:t>— А я рідна тітка Цильки! Казала мені сестра, що пан професор не пустять Цильки з руського, та й я прийшла просити. Она навчиться, то дуже пильна дитина. Она щось трохи.знає. Прошу дуже їй не шкодити. Мама бідна вдова...</w:t>
      </w:r>
    </w:p>
    <w:p>
      <w:r>
        <w:br/>
        <w:t>— Адже ж властителька реальності і то у Львові! Біди не видко по сестрі пані. Врешті, я сам не питаю, буде й хто інший питати.</w:t>
      </w:r>
    </w:p>
    <w:p>
      <w:r>
        <w:br/>
        <w:t>— Ах, пане професор!*Се дуже багато від вас залежить, ви скажете слово, і Цилька буде прийнята. Я вже й до інших ходила просити. А листа ви не дістали?</w:t>
      </w:r>
    </w:p>
    <w:p>
      <w:r>
        <w:br/>
        <w:t>— Від кого?</w:t>
      </w:r>
    </w:p>
    <w:p>
      <w:r>
        <w:br/>
        <w:t>— Від пана Бураковського.</w:t>
      </w:r>
    </w:p>
    <w:p>
      <w:r>
        <w:br/>
        <w:t>— Може, то котрий з тих листів, що я не читав.</w:t>
      </w:r>
    </w:p>
    <w:p>
      <w:r>
        <w:br/>
        <w:t>— Не читали! — зітхнула тітка з довгим пером, котру професор не знав, як і називати, бо забула сказати, хто она.</w:t>
      </w:r>
    </w:p>
    <w:p>
      <w:r>
        <w:br/>
        <w:t>Між листами, що лежали на бюрку, лежав справді лист Бураковського. Се був давній знайомий професора, русин-урядник.</w:t>
      </w:r>
    </w:p>
    <w:p>
      <w:r>
        <w:br/>
        <w:t>— Пан Бураковський звідки знає паню Макольонгву?</w:t>
      </w:r>
    </w:p>
    <w:p>
      <w:r>
        <w:br/>
        <w:t>— Адже то зять її! Найстарша донька за ним. Сестра не казала нічого?</w:t>
      </w:r>
    </w:p>
    <w:p>
      <w:r>
        <w:br/>
        <w:t>— Ні!</w:t>
      </w:r>
    </w:p>
    <w:p>
      <w:r>
        <w:br/>
        <w:t>— Видко, забула. Дуже добрий зять.</w:t>
      </w:r>
    </w:p>
    <w:p>
      <w:r>
        <w:br/>
        <w:t>— Здається, пані Амалія багато заплатила за нього, бо він довгі літа шукав грошей.</w:t>
      </w:r>
    </w:p>
    <w:p>
      <w:r>
        <w:br/>
        <w:t>— Де ж там! Щось дістав, але небагато. Отже, як буде, пане професор?</w:t>
      </w:r>
    </w:p>
    <w:p>
      <w:r>
        <w:br/>
        <w:t>— Нічого не обіцяю.</w:t>
      </w:r>
    </w:p>
    <w:p>
      <w:r>
        <w:br/>
        <w:t>— Я певна, що ви її приймете, бо се така дитина, що пошукати. Моя сестра вже стратила надію. А я кажу: "Піду і я ще та попрошу". Бо то сьогодні без протекції нема нічого.</w:t>
      </w:r>
    </w:p>
    <w:p>
      <w:r>
        <w:br/>
        <w:t>Щоб чимскорше позбутися з хати тітки з довгим пером, професор уже не підтримував розмови — і вона за півгодини здогадалася, що пора їй вийти.</w:t>
      </w:r>
    </w:p>
    <w:p>
      <w:r>
        <w:br/>
        <w:t>Кластися спати вже не було коли, бо ждала робота. Професор переглянув ще листи і вийшов у місто. У школі, уже підвечір, сторож дав йому знати, що в сінях жде на нього якийсь пан. Професор вийшов.</w:t>
      </w:r>
    </w:p>
    <w:p>
      <w:r>
        <w:br/>
        <w:t>— А! як ся маєте, товаришу!</w:t>
      </w:r>
    </w:p>
    <w:p>
      <w:r>
        <w:br/>
        <w:t>Професор видивився на незнакомого, бо зовсім не нагадував собі сього товариша.</w:t>
      </w:r>
    </w:p>
    <w:p>
      <w:r>
        <w:br/>
        <w:t>— Не пригадуєте собі мене? Ми ще разом ходили до народної школи.</w:t>
      </w:r>
    </w:p>
    <w:p>
      <w:r>
        <w:br/>
        <w:t>— Такої пам'яті я не маю. Се вже буде зі сорок літ!</w:t>
      </w:r>
    </w:p>
    <w:p>
      <w:r>
        <w:br/>
        <w:t>— Я ваш краян Приступа Микола.</w:t>
      </w:r>
    </w:p>
    <w:p>
      <w:r>
        <w:br/>
        <w:t>Професор не міг собі /згадати ані Приступи, ані Миколи і тільки ждав, чого він хоче.</w:t>
      </w:r>
    </w:p>
    <w:p>
      <w:r>
        <w:br/>
        <w:t>— Я, пане товаришу, в справі одної учениці, що завтра буде здавати іспит до семінарії...</w:t>
      </w:r>
    </w:p>
    <w:p>
      <w:r>
        <w:br/>
        <w:t>— Певно, Цецилії Макольонгви? — сказав професор навгад.</w:t>
      </w:r>
    </w:p>
    <w:p>
      <w:r>
        <w:br/>
        <w:t>— Справді так! Які ж ви здогадливі! Не вам казати, що тепер без протекції нема нічого. А тут триста дівчат...</w:t>
      </w:r>
    </w:p>
    <w:p>
      <w:r>
        <w:br/>
        <w:t>— Із них 250 має протекцію, і то не одну, а по кілька.</w:t>
      </w:r>
    </w:p>
    <w:p>
      <w:r>
        <w:br/>
        <w:t>— Все ж таки добре звернути увагу і попросити. Прихильне слово багато значить. А се дуже спосібна дитина.</w:t>
      </w:r>
    </w:p>
    <w:p>
      <w:r>
        <w:br/>
        <w:t>— Добре, добре, я зверну увагу, будьте спокійні. А тепер мені ніколи, бо робота жде.</w:t>
      </w:r>
    </w:p>
    <w:p>
      <w:r>
        <w:br/>
        <w:t>Професор уже й не допитувавсь, звідки Микола Приступа знайомий з Макольонгвами, і попрощався з ним чим-скорше.</w:t>
      </w:r>
    </w:p>
    <w:p>
      <w:r>
        <w:br/>
        <w:t>По таких заходах Степан Катеринич на другий день справді звернув пильну увагу на малу Макольонгву. Коли она станула перед ним, щоб щось перечитати та оповісти по-руськи, він довшу хвилину приглядався їй. Се була дійсно рідна донька старої Макольонгви, тільки більше подібна до якогось іншого птаха, ще не зовсім порослого пір'ям. "До якого би птаха її прирівняти?" — думав професор хвилинку, кладучи перед Цильку книжку.</w:t>
      </w:r>
    </w:p>
    <w:p>
      <w:r>
        <w:br/>
        <w:t>Дівчатко, невеличке, куце, бліде, мов заспане, взяло книжку в руки і почало читати. Ох, господи, що се було за читання! Се було незручне складання букв, одної до другої, з помилками, з хибними наголосами — зовсім недоладне. А в оповіданні було повно польських слів: здивился, зруцім, вруч противно, полєців єму, злитувался і т. д. Хоч професор не відозвався ані слова, панна Цилька урвала нарешті оповідання і сказала:</w:t>
      </w:r>
    </w:p>
    <w:p>
      <w:r>
        <w:br/>
        <w:t>— Я дуже настрашилася.</w:t>
      </w:r>
    </w:p>
    <w:p>
      <w:r>
        <w:br/>
        <w:t>— Не бійтеся, панно Цилько, все буде добре. Ідіть, здавайте спокійно дальше!</w:t>
      </w:r>
    </w:p>
    <w:p>
      <w:r>
        <w:br/>
        <w:t>Цилька відійшла — і Катеринич тільки тепер зміркував, що вона дуже подібна до курочки-голошийки, такої мов обскубаної, та пригадав собі слова мами і тітки, і Бураков-ського, і Приступи, що се дуже здорова і талановита дитина. Ох, боже! Є ким величатися!</w:t>
      </w:r>
    </w:p>
    <w:p>
      <w:r>
        <w:br/>
        <w:t>Але щоб не скривдити дитини, Катеринич заглянув і до її свідоцтв. Там справді були ноти і з французького, і з фортеп'яну, але цілі свідоцтва зовсім не доказували таланту дитини. Нічим не замітна учениця, яка врешті може подобатися якомусь другому Бураковському чи Чосни-ковському, але на учительку нездатна.</w:t>
      </w:r>
    </w:p>
    <w:p>
      <w:r>
        <w:br/>
        <w:t>По двох днях при виборі дівчат Катеринич пильно слухав, як панну Макольонгву скласифіковано з інших предметів. Мала чотири ноти "недостаточні", так що вже більше й не треба їй було "шкодити". Не прийняли її.</w:t>
      </w:r>
    </w:p>
    <w:p>
      <w:r>
        <w:br/>
        <w:t>Професор не бачив, скільки сліз пролила панна Цилька, мама і тітка, але по кількох днях стрітив на улиці товариша Приступу і вважав потрібним сказати йому, чому Цильки не прийняли.</w:t>
      </w:r>
    </w:p>
    <w:p>
      <w:r>
        <w:br/>
        <w:t>— Ет, говоріть! Не мала протекції і вже! — рішив Приступа справу коротко.</w:t>
      </w:r>
    </w:p>
    <w:p>
      <w:r>
        <w:br/>
        <w:t>— Та нехай би замуж вийшла! — порадив професор, аби якось потішити товариша.— Се ще ліпше, як семінарія.</w:t>
      </w:r>
    </w:p>
    <w:p>
      <w:r>
        <w:br/>
        <w:t>— Та се так і буде,— відповів товариш.</w:t>
      </w:r>
    </w:p>
    <w:p>
      <w:r>
        <w:br/>
        <w:t>— За кого ж виходить замуж?</w:t>
      </w:r>
    </w:p>
    <w:p>
      <w:r>
        <w:br/>
        <w:t>— За мого брата, податкового урядника.</w:t>
      </w:r>
    </w:p>
    <w:p>
      <w:r>
        <w:br/>
        <w:t>— От і гаразд! — А чому ж він її вибрав? Він же русин?</w:t>
      </w:r>
    </w:p>
    <w:p>
      <w:r>
        <w:br/>
        <w:t>— Т-та! Стара щось там обіцяє дати, але не зараз, аж по смерті...</w:t>
      </w:r>
    </w:p>
    <w:p>
      <w:r>
        <w:br/>
        <w:t>— А она багата?</w:t>
      </w:r>
    </w:p>
    <w:p>
      <w:r>
        <w:br/>
        <w:t>— Хто її знає! Реальність є, се правда...</w:t>
      </w:r>
    </w:p>
    <w:p>
      <w:r>
        <w:br/>
        <w:t>— Ну, дай боже здоровля! Тішуся, що панна Цилька не сумує з моєї причини.</w:t>
      </w:r>
    </w:p>
    <w:p>
      <w:r>
        <w:br/>
        <w:t>І товариші розійшлися.</w:t>
      </w:r>
    </w:p>
    <w:p>
      <w:r>
        <w:br/>
        <w:t>1912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Протекція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