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</w:t>
      </w:r>
    </w:p>
    <w:p>
      <w:r>
        <w:br/>
        <w:t xml:space="preserve"> Гайда на коні! Час рушати.&lt;br /&gt;</w:t>
        <w:br/>
        <w:t>Вже півень кличе, вже зоріє,&lt;br /&gt;</w:t>
        <w:br/>
        <w:t>На сході млаво зоря тліє.&lt;br /&gt;</w:t>
        <w:br/>
        <w:t>Гайда на коні! Час прощатись.&lt;br /&gt;</w:t>
        <w:br/>
        <w:t>Гайда! Гайда! Не слід зітхати…&lt;br /&gt;</w:t>
        <w:br/>
        <w:t>Весело ж, гай! — ні, нишком, тихо!&lt;br /&gt;</w:t>
        <w:br/>
        <w:t>Вона ще спить і мріє — тихо!&lt;br /&gt;</w:t>
        <w:br/>
        <w:t>Гайда, на коні! Час рушати.&lt;br /&gt;</w:t>
        <w:br/>
        <w:t>Здорова будь! Пора розстатись…&lt;br /&gt;</w:t>
        <w:br/>
        <w:t>Прощай, мій гаю, свідку муки,&lt;br /&gt;</w:t>
        <w:br/>
        <w:t>Любви, зітхань пустих, розпуки.&lt;br /&gt;</w:t>
        <w:br/>
        <w:t>Прощайте всі! Пора розстатись.&lt;br /&gt;</w:t>
        <w:br/>
        <w:t>Чого ж спіткнувся, сивий коню?&lt;br /&gt;</w:t>
        <w:br/>
        <w:t>Жени наосліп, в пропасть млисту,&lt;br /&gt;</w:t>
        <w:br/>
        <w:t>Удар чолом в стіну скалисту —&lt;br /&gt;</w:t>
        <w:br/>
        <w:t>Нехай епічну на зимнім лоні…&lt;br /&gt;</w:t>
        <w:br/>
        <w:t>Жени, мій коню, рви щосили,&lt;br /&gt;</w:t>
        <w:br/>
        <w:t>Хоч серце плаче, тужить, ниє.&lt;br /&gt;</w:t>
        <w:br/>
        <w:t>За нами тільки пес завиє,—&lt;br /&gt;</w:t>
        <w:br/>
        <w:t>Вона ж прокляла… Нум, щосили!&lt;br /&gt;</w:t>
        <w:br/>
        <w:t>Гоп! Гоп! мій коню, в степ, як море.&lt;br /&gt;</w:t>
        <w:br/>
        <w:t>Чеши, креши, гони, мій сивий…&lt;br /&gt;</w:t>
        <w:br/>
        <w:t>Гони же — пан твій нещасливий,—&lt;br /&gt;</w:t>
        <w:br/>
        <w:t>Гоп! Гоп! своє най згубить горе.&lt;br /&gt;</w:t>
        <w:br/>
        <w:t>Сумно ллються звуки цитри,&lt;br /&gt;</w:t>
        <w:br/>
        <w:t>Дрижачи, згасають,&lt;br /&gt;</w:t>
        <w:br/>
        <w:t>Стогнуть, плачуть і тугою&lt;br /&gt;</w:t>
        <w:br/>
        <w:t>Серце обгортають.&lt;br /&gt;</w:t>
        <w:br/>
        <w:t>Тії звуки пресумнії&lt;br /&gt;</w:t>
        <w:br/>
        <w:t>Так вона любила!..&lt;br /&gt;</w:t>
        <w:br/>
        <w:t>Прийди, прийди та послухай,&lt;br /&gt;</w:t>
        <w:br/>
        <w:t>Вернись, моя мила!&lt;br /&gt;</w:t>
        <w:br/>
        <w:t>Сумно, сумно вигравають&lt;br /&gt;</w:t>
        <w:br/>
        <w:t>Струни шовковії:&lt;br /&gt;</w:t>
        <w:br/>
        <w:t>Прощавай, моя надіє,&lt;br /&gt;</w:t>
        <w:br/>
        <w:t>Прощавайте, мрії!&lt;br /&gt;</w:t>
        <w:br/>
        <w:t>Ох, як тяжко коло серця&lt;br /&gt;</w:t>
        <w:br/>
        <w:t>Від тяжкої муки!&lt;br /&gt;</w:t>
        <w:br/>
        <w:t>Ох, заграй же, моя цитро,&lt;br /&gt;</w:t>
        <w:br/>
        <w:t>Сумні, сумні звуки…&lt;br /&gt;</w:t>
        <w:br/>
        <w:t>Коб ти знала, як страждаю,&lt;br /&gt;</w:t>
        <w:br/>
        <w:t>Як я мучусь в чужині…&lt;br /&gt;</w:t>
        <w:br/>
        <w:t>Вже’ лиш смерті я благаю,&lt;br /&gt;</w:t>
        <w:br/>
        <w:t>Шоб скінчити. Ні та й ні!&lt;br /&gt;</w:t>
        <w:br/>
        <w:t>Морем горе розлялося,&lt;br /&gt;</w:t>
        <w:br/>
        <w:t>Так вже мучить, так в’ялить!&lt;br /&gt;</w:t>
        <w:br/>
        <w:t>Пеклом серце зайнялося:&lt;br /&gt;</w:t>
        <w:br/>
        <w:t>Тріскає, пече, кипить.&lt;br /&gt;</w:t>
        <w:br/>
        <w:t>Одну краплю з моря того,&lt;br /&gt;</w:t>
        <w:br/>
        <w:t>Щоб згасити пекла жар!&lt;br /&gt;</w:t>
        <w:br/>
        <w:t>Одно слово з листу твого&lt;br /&gt;</w:t>
        <w:br/>
        <w:t>Доконало б чудо-чар…&lt;br /&gt;</w:t>
        <w:br/>
        <w:t>Одну іскру з пекла того&lt;br /&gt;</w:t>
        <w:br/>
        <w:t>Висушити моря глиб!&lt;br /&gt;</w:t>
        <w:br/>
        <w:t>Одно слово з листу твого&lt;br /&gt;</w:t>
        <w:br/>
        <w:t>Доконало б сього вмиг…&lt;br /&gt;</w:t>
        <w:br/>
        <w:t>Якби знала ти страждання&lt;br /&gt;</w:t>
        <w:br/>
        <w:t>В серцю моїм і в душі,&lt;br /&gt;</w:t>
        <w:br/>
        <w:t>То почула б ті благання:&lt;br /&gt;</w:t>
        <w:br/>
        <w:t>Написала б слові дві.&lt;br /&gt;</w:t>
        <w:br/>
        <w:t>Цвітом ти мене дарила…&lt;br /&gt;</w:t>
        <w:br/>
        <w:t>Чом він цвів лиш день?&lt;br /&gt;</w:t>
        <w:br/>
        <w:t>Ти сама його садила&lt;br /&gt;</w:t>
        <w:br/>
        <w:t>Й виполола впень!&lt;br /&gt;</w:t>
        <w:br/>
        <w:t>Чом вінок ти розірвала,&lt;br /&gt;</w:t>
        <w:br/>
        <w:t>Що я сплів був сам?&lt;br /&gt;</w:t>
        <w:br/>
        <w:t>Ти з собою все забрала —&lt;br /&gt;</w:t>
        <w:br/>
        <w:t>Лишила бур’ян…&lt;br /&gt;</w:t>
        <w:br/>
        <w:t>Чом марою ти розплилась&lt;br /&gt;</w:t>
        <w:br/>
        <w:t>Від моїх жалів?&lt;br /&gt;</w:t>
        <w:br/>
        <w:t>Піснь мою так заглушила,&lt;br /&gt;</w:t>
        <w:br/>
        <w:t>Наче арфи спів!..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