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вербою</w:t>
      </w:r>
    </w:p>
    <w:p>
      <w:r>
        <w:br/>
        <w:t xml:space="preserve"> &lt;p&gt;Пізньої осені господар позгрібав у саду листя, сів на лавку й задумався.</w:t>
      </w:r>
    </w:p>
    <w:p>
      <w:r>
        <w:br/>
        <w:t>— З горіха я маю мішок горішків, яблуня дала три ящики яблук, зі слив і вишень наварили варення, — розмірковував він. — Тільки з верби нема нічого. Треба її зрубати.</w:t>
      </w:r>
    </w:p>
    <w:p>
      <w:r>
        <w:br/>
        <w:t>— Ой ні, — зашуміла верба. — Обітни моє гілля. Буде на плоти, ще й на лозницю!</w:t>
      </w:r>
    </w:p>
    <w:p>
      <w:r>
        <w:br/>
        <w:t>— Постарілася ти, вербо! То мій дід плоти городив, сливи в лозниці сушив. Нині в мене заводські огорожі.</w:t>
      </w:r>
    </w:p>
    <w:p>
      <w:r>
        <w:br/>
        <w:t>— То візьми моє гілля на розпал. Від нього гарно дрова займаються.</w:t>
      </w:r>
    </w:p>
    <w:p>
      <w:r>
        <w:br/>
        <w:t>— Знов немудре кажеш! — засміявся господар. — Мій батько гіллям розпалював, а в мене в хаті газ.</w:t>
      </w:r>
    </w:p>
    <w:p>
      <w:r>
        <w:br/>
        <w:t>— Чи ти й кошиків не плестимеш, ложок не різьбитимеш, корита на хліб не будеш довбати?</w:t>
      </w:r>
    </w:p>
    <w:p>
      <w:r>
        <w:br/>
        <w:t>— Ба ні, не буду.</w:t>
      </w:r>
    </w:p>
    <w:p>
      <w:r>
        <w:br/>
        <w:t>Зітхнула верба, зронила срібен лист.</w:t>
      </w:r>
    </w:p>
    <w:p>
      <w:r>
        <w:br/>
        <w:t>— Бачу, справді я зайвою стала. Зрубай мене. Але, коли твоя ласка, не тепер — весною.</w:t>
      </w:r>
    </w:p>
    <w:p>
      <w:r>
        <w:br/>
        <w:t>Відгуляли вітри, відбіліли сніги, знову вийшов господар у сад:</w:t>
      </w:r>
    </w:p>
    <w:p>
      <w:r>
        <w:br/>
        <w:t>— Пора тебе, вербо, рубати!</w:t>
      </w:r>
    </w:p>
    <w:p>
      <w:r>
        <w:br/>
        <w:t>— Пора, — каже верба. — Хай-но востаннє з весною землю розбуджу.</w:t>
      </w:r>
    </w:p>
    <w:p>
      <w:r>
        <w:br/>
        <w:t>Закивала верба високими гілками, і злетілися до неї синиці, вівсянки, дрозди, коноплянки, славки і плиски, чижі й горихвістки, і чубатий одуд, і дзьобатий дятел, ще й сорока-скрегока всілася на самісінькім верху. Заспівали, защебетали, закричали на сто голосів:</w:t>
      </w:r>
    </w:p>
    <w:p>
      <w:r>
        <w:br/>
        <w:t>— Весно красна, ходи до нас!</w:t>
      </w:r>
    </w:p>
    <w:p>
      <w:r>
        <w:br/>
        <w:t>Почуло їх сонце, відчинило своє блакитне вікно й обсипало вербу зливою проміння. Тої ж миті розкрилися вербові бруньки й випустили золотаво-зелені сережки. І такі прозоро-чисті, такі ніжні гіркуваті пахощі полинули садом! Враз постала дівчина, юна та свіжа, взяла в руку вербову гілочку в цвіту і ну торкати нею все навколо. Торкнула дерева — зацвіли дерева, торкнула землю — хрещатий барвінок спалахнув блакитними зірками, торкнула хмару — і та розквітла, веселкою зацвіла! А дівчина з гілкою — від дерева до дерева, від саду до поля:</w:t>
      </w:r>
    </w:p>
    <w:p>
      <w:r>
        <w:br/>
        <w:t>— Верба б’є, не я б’ю, за тиждень Великдень!</w:t>
      </w:r>
    </w:p>
    <w:p>
      <w:r>
        <w:br/>
        <w:t>І побачив господар, що з далекої мли йдуть до нього травневі дні — великі, ясні, багаті на цвіт, на мед, на пташиний щебет, на краплисту росу.</w:t>
      </w:r>
    </w:p>
    <w:p>
      <w:r>
        <w:br/>
        <w:t>— Ще я тобі гарне літо наворожу,— почув господар знайомий шелест. Дивиться — аж верба вже й не верба, а купальська "Марина" у стрічках, віночках, у палахких свічках. Білолиці дівчата чарівний танок ведуть, чарівну пісню співають:</w:t>
      </w:r>
    </w:p>
    <w:p>
      <w:r>
        <w:br/>
        <w:t>Кругом Мариноньки</w:t>
      </w:r>
    </w:p>
    <w:p>
      <w:r>
        <w:br/>
        <w:t>Ходили дівоньки;</w:t>
      </w:r>
    </w:p>
    <w:p>
      <w:r>
        <w:br/>
        <w:t>Стороною дощик іде!</w:t>
      </w:r>
    </w:p>
    <w:p>
      <w:r>
        <w:br/>
        <w:t>Стороною,</w:t>
      </w:r>
    </w:p>
    <w:p>
      <w:r>
        <w:br/>
        <w:t>Та на мою руженьку червону!</w:t>
      </w:r>
    </w:p>
    <w:p>
      <w:r>
        <w:br/>
        <w:t>Розляглася ніч, пахуча й тепла. Побіг садом таємничий шелест. То прилинув лісовий вітерець.</w:t>
      </w:r>
    </w:p>
    <w:p>
      <w:r>
        <w:br/>
        <w:t>— Господарю! Господарю! — залепетало листя. — Скарби шукай! Папороть зацвітає.</w:t>
      </w:r>
    </w:p>
    <w:p>
      <w:r>
        <w:br/>
        <w:t>— Господарю! Господарю! — закивала й верба-"Марина". — Візьми мої чари. Урожай матимеш.</w:t>
      </w:r>
    </w:p>
    <w:p>
      <w:r>
        <w:br/>
        <w:t>Кинула вона гілку на грядки — і виросли огірки, як мальовані. Кинула на город — став город, мов зелене руно!</w:t>
      </w:r>
    </w:p>
    <w:p>
      <w:r>
        <w:br/>
        <w:t>— Тепер, господарю, можеш мене й рубати!</w:t>
      </w:r>
    </w:p>
    <w:p>
      <w:r>
        <w:br/>
        <w:t>Стрепенувся господар. Чи це сон був, чи ява, чи солодке марево? Озирнувся навколо: стоїть верба в пухнастих сережках, біля ніг його лежить сокира, а в серці краса і щем. Підняв господар сокиру.</w:t>
      </w:r>
    </w:p>
    <w:p>
      <w:r>
        <w:br/>
        <w:t>— Ні, вербо, — каже. — З горіха я матиму горішки, з яблуні яблука, з вишень і слив наваримо варення. А з тобою в саду буде казка. Не рубатиму тебе!</w:t>
      </w:r>
    </w:p>
    <w:p>
      <w:r>
        <w:br/>
        <w:t>Так усе й скінчилося. Сокира вернулась у комору, а верба цвіте-цвіте! І пахне на всю околицю.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вербою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