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Прощальний зошит (збірка)</w:t>
      </w:r>
    </w:p>
    <w:p>
      <w:r>
        <w:br/>
        <w:t xml:space="preserve"> Прощальний зошит&lt;br /&gt;</w:t>
        <w:br/>
        <w:t>"Ой, не підводиться рука…"&lt;br /&gt;</w:t>
        <w:br/>
        <w:t>Ой, не підводиться рука&lt;br /&gt;</w:t>
        <w:br/>
        <w:t>Узяти пензля і палітру.&lt;br /&gt;</w:t>
        <w:br/>
        <w:t>Душа у піжмурках блука&lt;br /&gt;</w:t>
        <w:br/>
        <w:t>І прислухається до вітру.</w:t>
      </w:r>
    </w:p>
    <w:p>
      <w:r>
        <w:br/>
        <w:t>О вітре, вітре з України,&lt;br /&gt;</w:t>
        <w:br/>
        <w:t>Що ти там бачиш, розкажи;&lt;br /&gt;</w:t>
        <w:br/>
        <w:t>Чи не зустрів мою дружину,&lt;br /&gt;</w:t>
        <w:br/>
        <w:t>Розп’яту сумом на кряжі?</w:t>
      </w:r>
    </w:p>
    <w:p>
      <w:r>
        <w:br/>
        <w:t>Чи не підгледів на очах&lt;br /&gt;</w:t>
        <w:br/>
        <w:t>Дорогоцінну ту сльозину,&lt;br /&gt;</w:t>
        <w:br/>
        <w:t>Що приховала біль і жах,&lt;br /&gt;</w:t>
        <w:br/>
        <w:t>В розмові тішачи дитину?</w:t>
      </w:r>
    </w:p>
    <w:p>
      <w:r>
        <w:br/>
        <w:t>"Мені приснилася весна…"&lt;br /&gt;</w:t>
        <w:br/>
        <w:t>…Мені приснилася весна&lt;br /&gt;</w:t>
        <w:br/>
        <w:t>З зеленим шумом і піснями,&lt;br /&gt;</w:t>
        <w:br/>
        <w:t>Земля, вся квітами рясна,&lt;br /&gt;</w:t>
        <w:br/>
        <w:t>Й Дніпро з розкішними лугами.</w:t>
      </w:r>
    </w:p>
    <w:p>
      <w:r>
        <w:br/>
        <w:t>Я чув крізь грати солов’я —&lt;br /&gt;</w:t>
        <w:br/>
        <w:t>І серце він мені стривожив.&lt;br /&gt;</w:t>
        <w:br/>
        <w:t>І співом хтів одлунить я,&lt;br /&gt;</w:t>
        <w:br/>
        <w:t>Та голос мій ланцюг зубожив.</w:t>
      </w:r>
    </w:p>
    <w:p>
      <w:r>
        <w:br/>
        <w:t>А він співав до забуття,&lt;br /&gt;</w:t>
        <w:br/>
        <w:t>І нашу камеру убогу&lt;br /&gt;</w:t>
        <w:br/>
        <w:t>Будив до справжнього життя —&lt;br /&gt;</w:t>
        <w:br/>
        <w:t>На вільну закликав дорогу…</w:t>
      </w:r>
    </w:p>
    <w:p>
      <w:r>
        <w:br/>
        <w:t>Я раптом кинувсь до вікна,&lt;br /&gt;</w:t>
        <w:br/>
        <w:t>Побачив – ґрати із безодні,&lt;br /&gt;</w:t>
        <w:br/>
        <w:t>За ними ніч, зима сумна&lt;br /&gt;</w:t>
        <w:br/>
        <w:t>Й штики вартівників холодні.</w:t>
      </w:r>
    </w:p>
    <w:p>
      <w:r>
        <w:br/>
        <w:t>"Куди ти, вітре…"&lt;br /&gt;</w:t>
        <w:br/>
        <w:t>– Куди ти, вітре,&lt;br /&gt;</w:t>
        <w:br/>
        <w:t>Летиш так пильно?&lt;br /&gt;</w:t>
        <w:br/>
        <w:t>Побудь зо мною,&lt;br /&gt;</w:t>
        <w:br/>
        <w:t>Мене візьми…</w:t>
      </w:r>
    </w:p>
    <w:p>
      <w:r>
        <w:br/>
        <w:t>– На Україну&lt;br /&gt;</w:t>
        <w:br/>
        <w:t>Лечу я вільно,&lt;br /&gt;</w:t>
        <w:br/>
        <w:t>До сонця-ласки&lt;br /&gt;</w:t>
        <w:br/>
        <w:t>З ції пітьми.</w:t>
      </w:r>
    </w:p>
    <w:p>
      <w:r>
        <w:br/>
        <w:t>Тому я граю&lt;br /&gt;</w:t>
        <w:br/>
        <w:t>В могутні сурми,&lt;br /&gt;</w:t>
        <w:br/>
        <w:t>Бо розірвав я&lt;br /&gt;</w:t>
        <w:br/>
        <w:t>Льодяний сков,</w:t>
      </w:r>
    </w:p>
    <w:p>
      <w:r>
        <w:br/>
        <w:t>Бо переміг я&lt;br /&gt;</w:t>
        <w:br/>
        <w:t>Крижані тюрми,&lt;br /&gt;</w:t>
        <w:br/>
        <w:t>І ось я вільний,&lt;br /&gt;</w:t>
        <w:br/>
        <w:t>Я – вітер знов.</w:t>
      </w:r>
    </w:p>
    <w:p>
      <w:r>
        <w:br/>
        <w:t>Поглянув сумно&lt;br /&gt;</w:t>
        <w:br/>
        <w:t>Йому я в спину&lt;br /&gt;</w:t>
        <w:br/>
        <w:t>Й гукнув щосили&lt;br /&gt;</w:t>
        <w:br/>
        <w:t>Йому услід:</w:t>
      </w:r>
    </w:p>
    <w:p>
      <w:r>
        <w:br/>
        <w:t>– Як долетиш ти&lt;br /&gt;</w:t>
        <w:br/>
        <w:t>На Україну,&lt;br /&gt;</w:t>
        <w:br/>
        <w:t>То передай їй&lt;br /&gt;</w:t>
        <w:br/>
        <w:t>Палкий привіт.</w:t>
      </w:r>
    </w:p>
    <w:p>
      <w:r>
        <w:br/>
        <w:t>"Сіро в небі, згасли зорі…"&lt;br /&gt;</w:t>
        <w:br/>
        <w:t>Сіро в небі, згасли зорі,&lt;br /&gt;</w:t>
        <w:br/>
        <w:t>Глухо стогнуть чайки в морі,&lt;br /&gt;</w:t>
        <w:br/>
        <w:t>Хвиля груди підійма.</w:t>
      </w:r>
    </w:p>
    <w:p>
      <w:r>
        <w:br/>
        <w:t>Промінь боязко прогляне,&lt;br /&gt;</w:t>
        <w:br/>
        <w:t>І надія-квітка в’яне,&lt;br /&gt;</w:t>
        <w:br/>
        <w:t>Розпач душу обійма.</w:t>
      </w:r>
    </w:p>
    <w:p>
      <w:r>
        <w:br/>
        <w:t>І встають палкі питання:&lt;br /&gt;</w:t>
        <w:br/>
        <w:t>Коли скінчаться страждання,&lt;br /&gt;</w:t>
        <w:br/>
        <w:t>Повернеться серцю міч?</w:t>
      </w:r>
    </w:p>
    <w:p>
      <w:r>
        <w:br/>
        <w:t>Розійдуться чорні хмари,&lt;br /&gt;</w:t>
        <w:br/>
        <w:t>Розіллються сонця чари&lt;br /&gt;</w:t>
        <w:br/>
        <w:t>І порветься глупа ніч?</w:t>
      </w:r>
    </w:p>
    <w:p>
      <w:r>
        <w:br/>
        <w:t>Та мовчить природа-мати,&lt;br /&gt;</w:t>
        <w:br/>
        <w:t>Більше ж ні в кого спитати,&lt;br /&gt;</w:t>
        <w:br/>
        <w:t>Я самотній, я один.</w:t>
      </w:r>
    </w:p>
    <w:p>
      <w:r>
        <w:br/>
        <w:t>Лиш навкруг безкрає море:&lt;br /&gt;</w:t>
        <w:br/>
        <w:t>З кимсь таємно гра-говоре,&lt;br /&gt;</w:t>
        <w:br/>
        <w:t>Вириваючись з глибин.</w:t>
      </w:r>
    </w:p>
    <w:p>
      <w:r>
        <w:br/>
        <w:t>Я підслухав тую мову —&lt;br /&gt;</w:t>
        <w:br/>
        <w:t>Грізну, горду і чудову —&lt;br /&gt;</w:t>
        <w:br/>
        <w:t>Про невпинну боротьбу.</w:t>
      </w:r>
    </w:p>
    <w:p>
      <w:r>
        <w:br/>
        <w:t>Про щасливу перемогу,&lt;br /&gt;</w:t>
        <w:br/>
        <w:t>Чорних сил сумну тривогу,&lt;br /&gt;</w:t>
        <w:br/>
        <w:t>Божевільство і ганьбу.</w:t>
      </w:r>
    </w:p>
    <w:p>
      <w:r>
        <w:br/>
        <w:t>Кошмар&lt;br /&gt;</w:t>
        <w:br/>
        <w:t>"Ха-ха!" – нема кому сказати,&lt;br /&gt;</w:t>
        <w:br/>
        <w:t>Ані води подати!..&lt;br /&gt;</w:t>
        <w:br/>
        <w:t>Такий тут милий край.&lt;br /&gt;</w:t>
        <w:br/>
        <w:t>Це Долі – щедрий пай.&lt;br /&gt;</w:t>
        <w:br/>
        <w:t>Лежиш добу в нестямі&lt;br /&gt;</w:t>
        <w:br/>
        <w:t>Чи то в труні, чи в ямі.</w:t>
      </w:r>
    </w:p>
    <w:p>
      <w:r>
        <w:br/>
        <w:t>Жара, кошмар, одчай…&lt;br /&gt;</w:t>
        <w:br/>
        <w:t>Аби цитрини в чай!&lt;br /&gt;</w:t>
        <w:br/>
        <w:t>Ха-ха! Де хина, хина?&lt;br /&gt;</w:t>
        <w:br/>
        <w:t>Не привезла дружина?&lt;br /&gt;</w:t>
        <w:br/>
        <w:t>А лікарі що кажуть?..&lt;br /&gt;</w:t>
        <w:br/>
        <w:t>Зі мною поруч ляжуть?&lt;br /&gt;</w:t>
        <w:br/>
        <w:t>Який тут милий край, —&lt;br /&gt;</w:t>
        <w:br/>
        <w:t>Без ліків умирай.</w:t>
      </w:r>
    </w:p>
    <w:p>
      <w:r>
        <w:br/>
        <w:t>Як хочеться цитрини —&lt;br /&gt;</w:t>
        <w:br/>
        <w:t>В ній, кажуть, вітаміни…&lt;br /&gt;</w:t>
        <w:br/>
        <w:t>Заснуть та переспати&lt;br /&gt;</w:t>
        <w:br/>
        <w:t>Жарю оцю прокляту,&lt;br /&gt;</w:t>
        <w:br/>
        <w:t>Поки діждусь я хини&lt;br /&gt;</w:t>
        <w:br/>
        <w:t>З аптеки України.&lt;br /&gt;</w:t>
        <w:br/>
        <w:t>Ах сон, вседужий сон,&lt;br /&gt;</w:t>
        <w:br/>
        <w:t>Візьми мене в полон.</w:t>
      </w:r>
    </w:p>
    <w:p>
      <w:r>
        <w:br/>
        <w:t>"Сміється сонце до землі…"&lt;br /&gt;</w:t>
        <w:br/>
        <w:t>Сміється сонце до землі,&lt;br /&gt;</w:t>
        <w:br/>
        <w:t>Цілує лагідно і гріє,&lt;br /&gt;</w:t>
        <w:br/>
        <w:t>Земля закохана у млі —&lt;br /&gt;</w:t>
        <w:br/>
        <w:t>Неначе в чарах туманіє.</w:t>
      </w:r>
    </w:p>
    <w:p>
      <w:r>
        <w:br/>
        <w:t>Весна, подумав я, весна…&lt;br /&gt;</w:t>
        <w:br/>
        <w:t>Але прийдеш ти не для мене.&lt;br /&gt;</w:t>
        <w:br/>
        <w:t>Не розімкнеш мого вікна,&lt;br /&gt;</w:t>
        <w:br/>
        <w:t>На свято не візьмеш зелене.</w:t>
      </w:r>
    </w:p>
    <w:p>
      <w:r>
        <w:br/>
        <w:t>І не сплетеш мені вінка,&lt;br /&gt;</w:t>
        <w:br/>
        <w:t>Не заспіваєш про кохання,&lt;br /&gt;</w:t>
        <w:br/>
        <w:t>Про те, як дівчина струнка&lt;br /&gt;</w:t>
        <w:br/>
        <w:t>Дарує трунок свій – зідхання…</w:t>
      </w:r>
    </w:p>
    <w:p>
      <w:r>
        <w:br/>
        <w:t>Сміється сонце до землі,&lt;br /&gt;</w:t>
        <w:br/>
        <w:t>Промінням лагідно цілує,&lt;br /&gt;</w:t>
        <w:br/>
        <w:t>Один мій шлях стоїть у млі,&lt;br /&gt;</w:t>
        <w:br/>
        <w:t>Його неволі дух чатує.</w:t>
      </w:r>
    </w:p>
    <w:p>
      <w:r>
        <w:br/>
        <w:t>"Хоч би татусь прибув з заслання…"&lt;br /&gt;</w:t>
        <w:br/>
        <w:t>"Хоч би татусь прибув з заслання,&lt;br /&gt;</w:t>
        <w:br/>
        <w:t>Хоч би прибув на час розстання&lt;br /&gt;</w:t>
        <w:br/>
        <w:t>Й матусю визволив з труни!"</w:t>
      </w:r>
    </w:p>
    <w:p>
      <w:r>
        <w:br/>
        <w:t>О жах, які кошмарні сни!&lt;br /&gt;</w:t>
        <w:br/>
        <w:t>О де ти, що керуєш світом,&lt;br /&gt;</w:t>
        <w:br/>
        <w:t>За що караєш, ніби кат?&lt;br /&gt;</w:t>
        <w:br/>
        <w:t>Верни батьків до рідних діток,&lt;br /&gt;</w:t>
        <w:br/>
        <w:t>Родинам сльози осуши.&lt;br /&gt;</w:t>
        <w:br/>
        <w:t>Не муч, не муч малих сиріток;&lt;br /&gt;</w:t>
        <w:br/>
        <w:t>Свою жорстокість – залиши!</w:t>
      </w:r>
    </w:p>
    <w:p>
      <w:r>
        <w:br/>
        <w:t>"Чи я забуду тут, в неволі…"&lt;br /&gt;</w:t>
        <w:br/>
        <w:t>Чи я забуду тут, в неволі,&lt;br /&gt;</w:t>
        <w:br/>
        <w:t>Тебе, осонцена блакить,&lt;br /&gt;</w:t>
        <w:br/>
        <w:t>І вас, мої стрункі тополі,&lt;br /&gt;</w:t>
        <w:br/>
        <w:t>Що звикли з небом говорить?</w:t>
      </w:r>
    </w:p>
    <w:p>
      <w:r>
        <w:br/>
        <w:t>Цей колір ливсь – з весняних соків,&lt;br /&gt;</w:t>
        <w:br/>
        <w:t>Як довга і солодка річ.&lt;br /&gt;</w:t>
        <w:br/>
        <w:t>І я з дитячих милих років&lt;br /&gt;</w:t>
        <w:br/>
        <w:t>Його спивав і день і ніч.</w:t>
      </w:r>
    </w:p>
    <w:p>
      <w:r>
        <w:br/>
        <w:t>На хвилях плинув я чудових&lt;br /&gt;</w:t>
        <w:br/>
        <w:t>З просторів моря і степів,&lt;br /&gt;</w:t>
        <w:br/>
        <w:t>В зірках купався смарагдових,&lt;br /&gt;</w:t>
        <w:br/>
        <w:t>Лазур’ю в хмарах пломенів.</w:t>
      </w:r>
    </w:p>
    <w:p>
      <w:r>
        <w:br/>
        <w:t>"Нависли хмари грози і крови…"&lt;br /&gt;</w:t>
        <w:br/>
        <w:t>Нависли хмари грози і крови,&lt;br /&gt;</w:t>
        <w:br/>
        <w:t>Закрили сонця правдивий світ.&lt;br /&gt;</w:t>
        <w:br/>
        <w:t>І громи смерти уже готові&lt;br /&gt;</w:t>
        <w:br/>
        <w:t>Ударить землю, вселити гніт.</w:t>
      </w:r>
    </w:p>
    <w:p>
      <w:r>
        <w:br/>
        <w:t>І почорніли земельні груди;&lt;br /&gt;</w:t>
        <w:br/>
        <w:t>П’явки, гадюки без міри пруть.&lt;br /&gt;</w:t>
        <w:br/>
        <w:t>І притаїлись лякливо люди,&lt;br /&gt;</w:t>
        <w:br/>
        <w:t>Когось чекають, чогось-то ждуть.</w:t>
      </w:r>
    </w:p>
    <w:p>
      <w:r>
        <w:br/>
        <w:t>А духи смерти, неначе тіні,&lt;br /&gt;</w:t>
        <w:br/>
        <w:t>Літають тихо і сіють зло.&lt;br /&gt;</w:t>
        <w:br/>
        <w:t>І нижче хмари спустились сині,&lt;br /&gt;</w:t>
        <w:br/>
        <w:t>І сонце в спокій кудись зайшло…</w:t>
      </w:r>
    </w:p>
    <w:p>
      <w:r>
        <w:br/>
        <w:t>Дружині&lt;br /&gt;</w:t>
        <w:br/>
        <w:t>З листів Твоїх я ясно бачу&lt;br /&gt;</w:t>
        <w:br/>
        <w:t>Життя і настроїв криву —&lt;br /&gt;</w:t>
        <w:br/>
        <w:t>То раптом вибухне нервовість плачу,&lt;br /&gt;</w:t>
        <w:br/>
        <w:t>То ласка свіжістю запахне наяву…</w:t>
      </w:r>
    </w:p>
    <w:p>
      <w:r>
        <w:br/>
        <w:t>Тяжкі на нас ці впали роки.&lt;br /&gt;</w:t>
        <w:br/>
        <w:t>За що така химерна долі гра?&lt;br /&gt;</w:t>
        <w:br/>
        <w:t>А як хотілося пірнуть в життя потоки&lt;br /&gt;</w:t>
        <w:br/>
        <w:t>Й гукнути: "Слава!" – переможно…&lt;br /&gt;</w:t>
        <w:br/>
        <w:t>Праці!&lt;br /&gt;</w:t>
        <w:br/>
        <w:t>Хотілось, як повітря. Праці!&lt;br /&gt;</w:t>
        <w:br/>
        <w:t>Щоб, задихаючись, творить для всіх, "для мас".&lt;br /&gt;</w:t>
        <w:br/>
        <w:t>Та хтось позаздрив нам у "дивному палаці"&lt;br /&gt;</w:t>
        <w:br/>
        <w:t>І погасив цей творчий наш екстаз.&lt;br /&gt;</w:t>
        <w:br/>
        <w:t>Мене заслали – сам не знаю за що.&lt;br /&gt;</w:t>
        <w:br/>
        <w:t>За Україну, що я син її…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Прощальний зошит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