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Прощай, сніжинко!</w:t>
      </w:r>
    </w:p>
    <w:p>
      <w:r>
        <w:br/>
        <w:t xml:space="preserve"> Прощай, сніжинко! Ти була красива.&lt;br /&gt;</w:t>
        <w:br/>
        <w:t>Ще краща, як торік твоя сестра.&lt;br /&gt;</w:t>
        <w:br/>
        <w:t>Ми ще зустрінемось на тую зиму.&lt;br /&gt;</w:t>
        <w:br/>
        <w:t>А цій зимі уже пора… Пора!</w:t>
      </w:r>
    </w:p>
    <w:p>
      <w:r>
        <w:br/>
        <w:t>Уже по неї човники приїхали.&lt;br /&gt;</w:t>
        <w:br/>
        <w:t>Вітрила білі видно там і тут.&lt;br /&gt;</w:t>
        <w:br/>
        <w:t>Сідайте, Зимо! Та сідайте ж, Віхоло!&lt;br /&gt;</w:t>
        <w:br/>
        <w:t>У вирій вас, як птаху, повезуть.</w:t>
      </w:r>
    </w:p>
    <w:p>
      <w:r>
        <w:br/>
        <w:t>Там будуть вам морози і льоди.&lt;br /&gt;</w:t>
        <w:br/>
        <w:t>І квіти зацвітуть вам біло й сиво…&lt;br /&gt;</w:t>
        <w:br/>
        <w:t>Прощай, сніжинко! Відлетиш і ти.&lt;br /&gt;</w:t>
        <w:br/>
        <w:t>Ми ще зустрінемось на тую зиму.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Прощай, сніжинко!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