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промінь, що відбувся від стіни...</w:t>
      </w:r>
    </w:p>
    <w:p>
      <w:r>
        <w:br/>
        <w:t xml:space="preserve"> промінь, що відбувся від стіни.</w:t>
      </w:r>
    </w:p>
    <w:p>
      <w:r>
        <w:br/>
        <w:t>ліс, що перерізаний навпромінь.</w:t>
      </w:r>
    </w:p>
    <w:p>
      <w:r>
        <w:br/>
        <w:t>під червоний комин звірини</w:t>
      </w:r>
    </w:p>
    <w:p>
      <w:r>
        <w:br/>
        <w:t>набуло відваги в цьому домі.</w:t>
      </w:r>
    </w:p>
    <w:p>
      <w:r>
        <w:br/>
        <w:t>&lt;br /&gt;</w:t>
        <w:br/>
        <w:t>день місили теплий і масний,</w:t>
      </w:r>
    </w:p>
    <w:p>
      <w:r>
        <w:br/>
        <w:t>стіни від порога городили,</w:t>
      </w:r>
    </w:p>
    <w:p>
      <w:r>
        <w:br/>
        <w:t>і здавалось, що жили вони</w:t>
      </w:r>
    </w:p>
    <w:p>
      <w:r>
        <w:br/>
        <w:t>в тому, що надточували жили.</w:t>
      </w:r>
    </w:p>
    <w:p>
      <w:r>
        <w:br/>
        <w:t>&lt;br /&gt;</w:t>
        <w:br/>
        <w:t>та комусь одному за поріг</w:t>
      </w:r>
    </w:p>
    <w:p>
      <w:r>
        <w:br/>
        <w:t>досить було вийти на світанку,</w:t>
      </w:r>
    </w:p>
    <w:p>
      <w:r>
        <w:br/>
        <w:t>як зі стелі обривався сніг,</w:t>
      </w:r>
    </w:p>
    <w:p>
      <w:r>
        <w:br/>
        <w:t>вітер бився лобом об фіранку,</w:t>
      </w:r>
    </w:p>
    <w:p>
      <w:r>
        <w:br/>
        <w:t>&lt;br /&gt;</w:t>
        <w:br/>
        <w:t>глина замерзала на вустах</w:t>
      </w:r>
    </w:p>
    <w:p>
      <w:r>
        <w:br/>
        <w:t>швидше, ніж встигала наростати.</w:t>
      </w:r>
    </w:p>
    <w:p>
      <w:r>
        <w:br/>
        <w:t>порожнеча – радше пустота –</w:t>
      </w:r>
    </w:p>
    <w:p>
      <w:r>
        <w:br/>
        <w:t>голосно просочувала з хати.</w:t>
      </w:r>
    </w:p>
    <w:p>
      <w:r>
        <w:br/>
        <w:t>&lt;br /&gt;</w:t>
        <w:br/>
        <w:t>потім знову темні жорна жил</w:t>
      </w:r>
    </w:p>
    <w:p>
      <w:r>
        <w:br/>
        <w:t>днинськи сонні стіни розсували,</w:t>
      </w:r>
    </w:p>
    <w:p>
      <w:r>
        <w:br/>
        <w:t>і ставало більше тих, хто жив,</w:t>
      </w:r>
    </w:p>
    <w:p>
      <w:r>
        <w:br/>
        <w:t>так немов життя було замало.</w:t>
      </w:r>
    </w:p>
    <w:p>
      <w:r>
        <w:br/>
        <w:t>&lt;br /&gt;</w:t>
        <w:br/>
        <w:t>променем кривавила стіна.</w:t>
      </w:r>
    </w:p>
    <w:p>
      <w:r>
        <w:br/>
        <w:t>ліс рубав дорогу вайлувато.</w:t>
      </w:r>
    </w:p>
    <w:p>
      <w:r>
        <w:br/>
        <w:t>крізь червоний комин звірина</w:t>
      </w:r>
    </w:p>
    <w:p>
      <w:r>
        <w:br/>
        <w:t>вилітала на ніч в небо спати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промінь, що відбувся від стіни...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