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Прометей</w:t>
      </w:r>
    </w:p>
    <w:p>
      <w:r>
        <w:br/>
        <w:t xml:space="preserve"> Як зараз бачу: з-за ріки —&lt;br /&gt;</w:t>
        <w:br/>
        <w:t>Дві кручі, наче маяки;&lt;br /&gt;</w:t>
        <w:br/>
        <w:t>Одна зелена, чорна друга.&lt;br /&gt;</w:t>
        <w:br/>
        <w:t>Чи літнє сонце, чи зав'юга, —&lt;br /&gt;</w:t>
        <w:br/>
        <w:t>Вони стоять собі віки.</w:t>
      </w:r>
    </w:p>
    <w:p>
      <w:r>
        <w:br/>
        <w:t>На чорній кручі чорний дуб,&lt;br /&gt;</w:t>
        <w:br/>
        <w:t>Як добрий воїн-вітролюб,&lt;br /&gt;</w:t>
        <w:br/>
        <w:t>Весь посмаглілий, обгорілий,&lt;br /&gt;</w:t>
        <w:br/>
        <w:t>Стоїть на кручі потемнілий.&lt;br /&gt;</w:t>
        <w:br/>
        <w:t>Кому б сказати все? Кому б?</w:t>
      </w:r>
    </w:p>
    <w:p>
      <w:r>
        <w:br/>
        <w:t>А тиха пристань ожива:&lt;br /&gt;</w:t>
        <w:br/>
        <w:t>В артілях виспіли жнива,&lt;br /&gt;</w:t>
        <w:br/>
        <w:t>Вантажать динь багряні кулі.&lt;br /&gt;</w:t>
        <w:br/>
        <w:t>І кавуни лежать поснулі.&lt;br /&gt;</w:t>
        <w:br/>
        <w:t>За човном човен підплива.</w:t>
      </w:r>
    </w:p>
    <w:p>
      <w:r>
        <w:br/>
        <w:t>Од цигарок снується дим,&lt;br /&gt;</w:t>
        <w:br/>
        <w:t>І пахне житом молодим,&lt;br /&gt;</w:t>
        <w:br/>
        <w:t>І рибним виловом багатим,&lt;br /&gt;</w:t>
        <w:br/>
        <w:t>Сухим засмоленим канатом&lt;br /&gt;</w:t>
        <w:br/>
        <w:t>І тютюном, як спирт, міцним.</w:t>
      </w:r>
    </w:p>
    <w:p>
      <w:r>
        <w:br/>
        <w:t>Чому ж та круча нависа?&lt;br /&gt;</w:t>
        <w:br/>
        <w:t>Чому лиш чебер та роса&lt;br /&gt;</w:t>
        <w:br/>
        <w:t>Лежать на схилі одиноко&lt;br /&gt;</w:t>
        <w:br/>
        <w:t>І стовбур спалений високо,&lt;br /&gt;</w:t>
        <w:br/>
        <w:t>Як меч, ввігнався в небеса?</w:t>
      </w:r>
    </w:p>
    <w:p>
      <w:r>
        <w:br/>
        <w:t>І</w:t>
      </w:r>
    </w:p>
    <w:p>
      <w:r>
        <w:br/>
        <w:t>Отож на пристані, як сон&lt;br /&gt;</w:t>
        <w:br/>
        <w:t>Зморив, узяв собі в полон&lt;br /&gt;</w:t>
        <w:br/>
        <w:t>Артіль вантажників і тиша,&lt;br /&gt;</w:t>
        <w:br/>
        <w:t>Замків закованих міцніша,&lt;br /&gt;</w:t>
        <w:br/>
        <w:t>Лягла на кручі й на затон,</w:t>
      </w:r>
    </w:p>
    <w:p>
      <w:r>
        <w:br/>
        <w:t>П'ятірка сивих плотарів&lt;br /&gt;</w:t>
        <w:br/>
        <w:t>Сиділа в тінях яворів.&lt;br /&gt;</w:t>
        <w:br/>
        <w:t>Варили кашу на триніжку,&lt;br /&gt;</w:t>
        <w:br/>
        <w:t>А молодий козячу ніжку&lt;br /&gt;</w:t>
        <w:br/>
        <w:t>Смоктав і річ сповага вів.</w:t>
      </w:r>
    </w:p>
    <w:p>
      <w:r>
        <w:br/>
        <w:t>Я теж підсів до них...— тоді&lt;br /&gt;</w:t>
        <w:br/>
        <w:t>Дощі пройшли і на воді&lt;br /&gt;</w:t>
        <w:br/>
        <w:t>Ще хвилі в'юнились, ще зорі&lt;br /&gt;</w:t>
        <w:br/>
        <w:t>Стояли тихі та прозорі,&lt;br /&gt;</w:t>
        <w:br/>
        <w:t>Як перші маки молоді.</w:t>
      </w:r>
    </w:p>
    <w:p>
      <w:r>
        <w:br/>
        <w:t>Ще вечір спав в очеретах&lt;br /&gt;</w:t>
        <w:br/>
        <w:t>І полохливий мокрий птах&lt;br /&gt;</w:t>
        <w:br/>
        <w:t>Шукав гнізда. Об тій годині&lt;br /&gt;</w:t>
        <w:br/>
        <w:t>Знайшли їх трьох в оцій долині:&lt;br /&gt;</w:t>
        <w:br/>
        <w:t>Один юнак, а два — в літах.</w:t>
      </w:r>
    </w:p>
    <w:p>
      <w:r>
        <w:br/>
        <w:t>Знайшов їх хлопчик із села&lt;br /&gt;</w:t>
        <w:br/>
        <w:t>Із нашого. Смертельна мла&lt;br /&gt;</w:t>
        <w:br/>
        <w:t>Ще молодого не зв'ялила,&lt;br /&gt;</w:t>
        <w:br/>
        <w:t>А двох старіших обпалила,&lt;br /&gt;</w:t>
        <w:br/>
        <w:t>Холодні очі сповила.</w:t>
      </w:r>
    </w:p>
    <w:p>
      <w:r>
        <w:br/>
        <w:t>Вони уткнулися в пісок,&lt;br /&gt;</w:t>
        <w:br/>
        <w:t>Немов заснули на часок,&lt;br /&gt;</w:t>
        <w:br/>
        <w:t>І землю гріли під собою,-&lt;br /&gt;</w:t>
        <w:br/>
        <w:t>Шматок землі, одбитий з бою,&lt;br /&gt;</w:t>
        <w:br/>
        <w:t>Плацдарм — на метр а чи на крок.</w:t>
      </w:r>
    </w:p>
    <w:p>
      <w:r>
        <w:br/>
        <w:t>То добре — німців ні душі.&lt;br /&gt;</w:t>
        <w:br/>
        <w:t>Шумлять пошерхлі комиші.&lt;br /&gt;</w:t>
        <w:br/>
        <w:t>Бійців тих два, прийнявши муку,&lt;br /&gt;</w:t>
        <w:br/>
        <w:t>Плече в плече, рука на руку&lt;br /&gt;</w:t>
        <w:br/>
        <w:t>Лежать. Видать, товариші.</w:t>
      </w:r>
    </w:p>
    <w:p>
      <w:r>
        <w:br/>
        <w:t>А третій попросив води,&lt;br /&gt;</w:t>
        <w:br/>
        <w:t>Хлопчині каже: — Підведи,&lt;br /&gt;</w:t>
        <w:br/>
        <w:t>Я ще живий, підходь-но ближче.-&lt;br /&gt;</w:t>
        <w:br/>
        <w:t>Його сховали на горище,&lt;br /&gt;</w:t>
        <w:br/>
        <w:t>І ранок змів його сліди.</w:t>
      </w:r>
    </w:p>
    <w:p>
      <w:r>
        <w:br/>
        <w:t>То був юнак не з ближніх міст,&lt;br /&gt;</w:t>
        <w:br/>
        <w:t>Чи комсомолець, комуніст,-&lt;br /&gt;</w:t>
        <w:br/>
        <w:t>Ніхто не знав. Знайшли солдатом,&lt;br /&gt;</w:t>
        <w:br/>
        <w:t>То вже й мовчок. Немов за братом,&lt;br /&gt;</w:t>
        <w:br/>
        <w:t>За ним дивились. Падолист</w:t>
      </w:r>
    </w:p>
    <w:p>
      <w:r>
        <w:br/>
        <w:t>Іще не вийшов із дібров,&lt;br /&gt;</w:t>
        <w:br/>
        <w:t>Ще жовтень літа не зборов.&lt;br /&gt;</w:t>
        <w:br/>
        <w:t>І в ті години, ясні й гожі,&lt;br /&gt;</w:t>
        <w:br/>
        <w:t>Юнак вже зводивсь насторожі,&lt;br /&gt;</w:t>
        <w:br/>
        <w:t>Відчув живу, гарячу кров.</w:t>
      </w:r>
    </w:p>
    <w:p>
      <w:r>
        <w:br/>
        <w:t>Кажу, він був не з ближніх сіл,&lt;br /&gt;</w:t>
        <w:br/>
        <w:t>А десь з Смоленщини, де стіл,&lt;br /&gt;</w:t>
        <w:br/>
        <w:t>І хата, й люди — всім привітні,&lt;br /&gt;</w:t>
        <w:br/>
        <w:t>Зайди у лютому чи в квітні,&lt;br /&gt;</w:t>
        <w:br/>
        <w:t>То хліб і сіль — завжди навпіл.</w:t>
      </w:r>
    </w:p>
    <w:p>
      <w:r>
        <w:br/>
        <w:t>І в нас, і в них — цвіте в маю,&lt;br /&gt;</w:t>
        <w:br/>
        <w:t>Жита одні, в однім краю,&lt;br /&gt;</w:t>
        <w:br/>
        <w:t>А вечорами — хлопців гулі,&lt;br /&gt;</w:t>
        <w:br/>
        <w:t>А влітку в них такі ж зозулі&lt;br /&gt;</w:t>
        <w:br/>
        <w:t>Кують в дубовому гаю.</w:t>
      </w:r>
    </w:p>
    <w:p>
      <w:r>
        <w:br/>
        <w:t>Дніпро із їхніх шум-борів&lt;br /&gt;</w:t>
        <w:br/>
        <w:t>Тече до нас. А в матерів&lt;br /&gt;</w:t>
        <w:br/>
        <w:t>Такі ж смугляві, чесні руки,&lt;br /&gt;</w:t>
        <w:br/>
        <w:t>А в довгі дні боїв і муки&lt;br /&gt;</w:t>
        <w:br/>
        <w:t>І їхній край, як наш, горів...</w:t>
      </w:r>
    </w:p>
    <w:p>
      <w:r>
        <w:br/>
        <w:t>Отож у темінь зорову&lt;br /&gt;</w:t>
        <w:br/>
        <w:t>На в'ялу, скошену траву&lt;br /&gt;</w:t>
        <w:br/>
        <w:t>Його поклали у стодолі,&lt;br /&gt;</w:t>
        <w:br/>
        <w:t>Забинтували груди кволі.&lt;br /&gt;</w:t>
        <w:br/>
        <w:t>Нічого,— каже,— оживу.</w:t>
      </w:r>
    </w:p>
    <w:p>
      <w:r>
        <w:br/>
        <w:t>Неначе з тяжкого труда,&lt;br /&gt;</w:t>
        <w:br/>
        <w:t>В пилу сорочка — аж руда.&lt;br /&gt;</w:t>
        <w:br/>
        <w:t>А він хазяйці: — Що там, мати?&lt;br /&gt;</w:t>
        <w:br/>
        <w:t>Смертям двом,— каже,— не бувати,&lt;br /&gt;</w:t>
        <w:br/>
        <w:t>Одну ж обдурим, не біда.</w:t>
      </w:r>
    </w:p>
    <w:p>
      <w:r>
        <w:br/>
        <w:t>Сусід одежину дає:&lt;br /&gt;</w:t>
        <w:br/>
        <w:t>Своє зніми, бери моє,&lt;br /&gt;</w:t>
        <w:br/>
        <w:t>Ось, ось-бо німці будуть скоро.-&lt;br /&gt;</w:t>
        <w:br/>
        <w:t>Він гляне скупо і суворо:&lt;br /&gt;</w:t>
        <w:br/>
        <w:t>Ні,— каже,— буду вже як є...</w:t>
      </w:r>
    </w:p>
    <w:p>
      <w:r>
        <w:br/>
        <w:t>Лежить — в пілоточці своїй,&lt;br /&gt;</w:t>
        <w:br/>
        <w:t>У гімнастьорці польовій,&lt;br /&gt;</w:t>
        <w:br/>
        <w:t>З кишені вийняв білу хустку,&lt;br /&gt;</w:t>
        <w:br/>
        <w:t>Неначе їхав у відпустку,-&lt;br /&gt;</w:t>
        <w:br/>
        <w:t>Затримавсь на передовій.</w:t>
      </w:r>
    </w:p>
    <w:p>
      <w:r>
        <w:br/>
        <w:t>П'янить ромашкою трава,&lt;br /&gt;</w:t>
        <w:br/>
        <w:t>І він, неначе у жнива,&lt;br /&gt;</w:t>
        <w:br/>
        <w:t>Приліг спочить, сказати слово,&lt;br /&gt;</w:t>
        <w:br/>
        <w:t>А тільки рана випадково&lt;br /&gt;</w:t>
        <w:br/>
        <w:t>Йому дихання забива.</w:t>
      </w:r>
    </w:p>
    <w:p>
      <w:r>
        <w:br/>
        <w:t>Заснув. І сниться сон. Як тінь,&lt;br /&gt;</w:t>
        <w:br/>
        <w:t>Все метучи у пил і тлінь,&lt;br /&gt;</w:t>
        <w:br/>
        <w:t>Виходить смерть, старенька сваха,&lt;br /&gt;</w:t>
        <w:br/>
        <w:t>З мішком дорожнім, костомаха,&lt;br /&gt;</w:t>
        <w:br/>
        <w:t>Бреде між часу й поколінь.</w:t>
      </w:r>
    </w:p>
    <w:p>
      <w:r>
        <w:br/>
        <w:t>А проти неї вітер-птах,&lt;br /&gt;</w:t>
        <w:br/>
        <w:t>Отой, що виріс у житах,&lt;br /&gt;</w:t>
        <w:br/>
        <w:t>Що гне дуби, як буйні коні.&lt;br /&gt;</w:t>
        <w:br/>
        <w:t>Питає смерть: — Боєць на сконі?&lt;br /&gt;</w:t>
        <w:br/>
        <w:t>Я з ним пограюсь попервах.</w:t>
      </w:r>
    </w:p>
    <w:p>
      <w:r>
        <w:br/>
        <w:t>— Ні, не пограєшся, стара,-&lt;br /&gt;</w:t>
        <w:br/>
        <w:t>Говорить вітер,— не пора,&lt;br /&gt;</w:t>
        <w:br/>
        <w:t>Давай-но битися з тобою,&lt;br /&gt;</w:t>
        <w:br/>
        <w:t>Як переможцем вийдеш з бою,&lt;br /&gt;</w:t>
        <w:br/>
        <w:t>Кульгай, бери його з двора.</w:t>
      </w:r>
    </w:p>
    <w:p>
      <w:r>
        <w:br/>
        <w:t>Як свисне щерблена коса,&lt;br /&gt;</w:t>
        <w:br/>
        <w:t>Аж кров'ю бризнула роса,&lt;br /&gt;</w:t>
        <w:br/>
        <w:t>А вітер: стій — і вище в тучі,&lt;br /&gt;</w:t>
        <w:br/>
        <w:t>Метнув на неї гори-кручі,&lt;br /&gt;</w:t>
        <w:br/>
        <w:t>Аж захитались небеса.</w:t>
      </w:r>
    </w:p>
    <w:p>
      <w:r>
        <w:br/>
        <w:t>Вона на нього —сліз потік,&lt;br /&gt;</w:t>
        <w:br/>
        <w:t>Полки журби, — збирала ж вік.&lt;br /&gt;</w:t>
        <w:br/>
        <w:t>А він — цвітінням, літнім громом,&lt;br /&gt;</w:t>
        <w:br/>
        <w:t>Огнем любові, всім відомим,&lt;br /&gt;</w:t>
        <w:br/>
        <w:t>Стару у піджилки підсік.</w:t>
      </w:r>
    </w:p>
    <w:p>
      <w:r>
        <w:br/>
        <w:t>Та смерть сміється: — Братку, бре! —&lt;br /&gt;</w:t>
        <w:br/>
        <w:t>За косу й знову за старе.&lt;br /&gt;</w:t>
        <w:br/>
        <w:t>А він снаги узяв між люди,&lt;br /&gt;</w:t>
        <w:br/>
        <w:t>Гарячим щастям їй у груди,&lt;br /&gt;</w:t>
        <w:br/>
        <w:t>Та смерть і щастя не бере.</w:t>
      </w:r>
    </w:p>
    <w:p>
      <w:r>
        <w:br/>
        <w:t>Він— блискавицею до ніг,&lt;br /&gt;</w:t>
        <w:br/>
        <w:t>Хлібами, плодом, все, що міг,&lt;br /&gt;</w:t>
        <w:br/>
        <w:t>Зібрав. А смерть жує охоче,&lt;br /&gt;</w:t>
        <w:br/>
        <w:t>А костомаха, знай, регоче,&lt;br /&gt;</w:t>
        <w:br/>
        <w:t>Кульгає в двір і на поріг.</w:t>
      </w:r>
    </w:p>
    <w:p>
      <w:r>
        <w:br/>
        <w:t>І просить вітер у бійця:&lt;br /&gt;</w:t>
        <w:br/>
        <w:t>Постій зі мною до кінця,-&lt;br /&gt;</w:t>
        <w:br/>
        <w:t>І людським серцем — в очі смерті,&lt;br /&gt;</w:t>
        <w:br/>
        <w:t>Спалив, стоптав кістки потерті!&lt;br /&gt;</w:t>
        <w:br/>
        <w:t>Ще є в людей такі серця!</w:t>
      </w:r>
    </w:p>
    <w:p>
      <w:r>
        <w:br/>
        <w:t>Сміявсь юнак о другім дні.&lt;br /&gt;</w:t>
        <w:br/>
        <w:t>Це,— каже,— в роті по мені,&lt;br /&gt;</w:t>
        <w:br/>
        <w:t>Мабуть, скучають. Сни на руку.-&lt;br /&gt;</w:t>
        <w:br/>
        <w:t>А за вікном земля од гуку&lt;br /&gt;</w:t>
        <w:br/>
        <w:t>Тряслась і корчилась в війні.</w:t>
      </w:r>
    </w:p>
    <w:p>
      <w:r>
        <w:br/>
        <w:t>II</w:t>
      </w:r>
    </w:p>
    <w:p>
      <w:r>
        <w:br/>
        <w:t>Ви чули, як шумлять бори&lt;br /&gt;</w:t>
        <w:br/>
        <w:t>У вересневі вечори?&lt;br /&gt;</w:t>
        <w:br/>
        <w:t>І кожен вечір— у шоломі,&lt;br /&gt;</w:t>
        <w:br/>
        <w:t>В шинельці — в далі невідомі&lt;br /&gt;</w:t>
        <w:br/>
        <w:t>Несе багряні прапори.</w:t>
      </w:r>
    </w:p>
    <w:p>
      <w:r>
        <w:br/>
        <w:t>Де він спочине на землі,&lt;br /&gt;</w:t>
        <w:br/>
        <w:t>Під курним небом, в ночі злі?&lt;br /&gt;</w:t>
        <w:br/>
        <w:t>А з ним за дальніми містами,&lt;br /&gt;</w:t>
        <w:br/>
        <w:t>За ріками і за мостами&lt;br /&gt;</w:t>
        <w:br/>
        <w:t>Курличуть мирні журавлі.</w:t>
      </w:r>
    </w:p>
    <w:p>
      <w:r>
        <w:br/>
        <w:t>Бійцю полегшало, він міг&lt;br /&gt;</w:t>
        <w:br/>
        <w:t>Вже підвестися на поріг,&lt;br /&gt;</w:t>
        <w:br/>
        <w:t>Картоплю, зварену в "мундирах",&lt;br /&gt;</w:t>
        <w:br/>
        <w:t>Вже їв, як є, в розмовах щирих&lt;br /&gt;</w:t>
        <w:br/>
        <w:t>Летів, як птиця, в даль доріг.</w:t>
      </w:r>
    </w:p>
    <w:p>
      <w:r>
        <w:br/>
        <w:t>Він думав часто, що в полку&lt;br /&gt;</w:t>
        <w:br/>
        <w:t>В таку годину, в ніч таку&lt;br /&gt;</w:t>
        <w:br/>
        <w:t>Об нім забули. Про кончину&lt;br /&gt;</w:t>
        <w:br/>
        <w:t>Сам комавдир в сумну годину&lt;br /&gt;</w:t>
        <w:br/>
        <w:t>Промову висказав палку.</w:t>
      </w:r>
    </w:p>
    <w:p>
      <w:r>
        <w:br/>
        <w:t>Що, може, на передовій&lt;br /&gt;</w:t>
        <w:br/>
        <w:t>Його шукав весь перший рій.&lt;br /&gt;</w:t>
        <w:br/>
        <w:t>Та де ж? І дощечку з зорею&lt;br /&gt;</w:t>
        <w:br/>
        <w:t>Йому зробили, й над землею&lt;br /&gt;</w:t>
        <w:br/>
        <w:t>Вона над іншим кличе в бій.</w:t>
      </w:r>
    </w:p>
    <w:p>
      <w:r>
        <w:br/>
        <w:t>А він живий, дивись, живе!&lt;br /&gt;</w:t>
        <w:br/>
        <w:t>Чуття бринить легке й нове,&lt;br /&gt;</w:t>
        <w:br/>
        <w:t>Ще день чи два — і він, нівроку,&lt;br /&gt;</w:t>
        <w:br/>
        <w:t>Глибінь Дніпра, ясну, широку,&lt;br /&gt;</w:t>
        <w:br/>
        <w:t>Не в човні — сам перепливе.</w:t>
      </w:r>
    </w:p>
    <w:p>
      <w:r>
        <w:br/>
        <w:t>За ним — до смертної межі&lt;br /&gt;</w:t>
        <w:br/>
        <w:t>Німецькі кулі, як ножі,&lt;br /&gt;</w:t>
        <w:br/>
        <w:t>А з ним услід — дніпровські бурі,&lt;br /&gt;</w:t>
        <w:br/>
        <w:t>І сміх радий, і дні понурі,&lt;br /&gt;</w:t>
        <w:br/>
        <w:t>Й вітрів осінніх мятежі</w:t>
      </w:r>
    </w:p>
    <w:p>
      <w:r>
        <w:br/>
        <w:t>Перепливуть. Такі дива.&lt;br /&gt;</w:t>
        <w:br/>
        <w:t>То буде радість, а слова&lt;br /&gt;</w:t>
        <w:br/>
        <w:t>Самі поллються.— Як ти? Звідки? —&lt;br /&gt;</w:t>
        <w:br/>
        <w:t>А рани дві — важкі, як свідки,&lt;br /&gt;</w:t>
        <w:br/>
        <w:t>Та ще в сивинах голова...</w:t>
      </w:r>
    </w:p>
    <w:p>
      <w:r>
        <w:br/>
        <w:t>Чекай, це все в потоці мрій.&lt;br /&gt;</w:t>
        <w:br/>
        <w:t>Заходить хлопчик, вірний твій&lt;br /&gt;</w:t>
        <w:br/>
        <w:t>Товариш. Він тебе німого&lt;br /&gt;</w:t>
        <w:br/>
        <w:t>Знайшов із матір'ю й до свого&lt;br /&gt;</w:t>
        <w:br/>
        <w:t>Двора приніс. Живи. Радій.</w:t>
      </w:r>
    </w:p>
    <w:p>
      <w:r>
        <w:br/>
        <w:t>Ну що там, хлопчику? Сідай.&lt;br /&gt;</w:t>
        <w:br/>
        <w:t>А що казати? Німцю край!&lt;br /&gt;</w:t>
        <w:br/>
        <w:t>Година, бачите, сувора,&lt;br /&gt;</w:t>
        <w:br/>
        <w:t>Не сплять учора й позавчора.&lt;br /&gt;</w:t>
        <w:br/>
        <w:t>Ґелґочуть, шепчуть. Що там — знай!</w:t>
      </w:r>
    </w:p>
    <w:p>
      <w:r>
        <w:br/>
        <w:t>Видать, капут? — Мабуть, капут!&lt;br /&gt;</w:t>
        <w:br/>
        <w:t>Гармат наставили он тут,&lt;br /&gt;</w:t>
        <w:br/>
        <w:t>За нашим садом в огорожі,&lt;br /&gt;</w:t>
        <w:br/>
        <w:t>Блукають тихо на сторожі,&lt;br /&gt;</w:t>
        <w:br/>
        <w:t>Один другому: — Гут? Не гут!</w:t>
      </w:r>
    </w:p>
    <w:p>
      <w:r>
        <w:br/>
        <w:t>А щоб вас чорт узяв, сичі!&lt;br /&gt;</w:t>
        <w:br/>
        <w:t>І ще що бачив? — Що? Вночі&lt;br /&gt;</w:t>
        <w:br/>
        <w:t>Вже осінь глянула до двору.&lt;br /&gt;</w:t>
        <w:br/>
        <w:t>Мені б до школи в цюю пору,&lt;br /&gt;</w:t>
        <w:br/>
        <w:t>Та школу замкнуто, й ключі</w:t>
      </w:r>
    </w:p>
    <w:p>
      <w:r>
        <w:br/>
        <w:t>Украли німці. А в ліску&lt;br /&gt;</w:t>
        <w:br/>
        <w:t>Кленове листя по піску&lt;br /&gt;</w:t>
        <w:br/>
        <w:t>Лежить багряною габою,&lt;br /&gt;</w:t>
        <w:br/>
        <w:t>А чорногузи між собою&lt;br /&gt;</w:t>
        <w:br/>
        <w:t>Клекочуть на старім містку.</w:t>
      </w:r>
    </w:p>
    <w:p>
      <w:r>
        <w:br/>
        <w:t>І ти Смоленщини поля&lt;br /&gt;</w:t>
        <w:br/>
        <w:t>Згадав обкошені. Рілля&lt;br /&gt;</w:t>
        <w:br/>
        <w:t>Біліє в бабинім тім літі,&lt;br /&gt;</w:t>
        <w:br/>
        <w:t>Немов по всім широкім світі&lt;br /&gt;</w:t>
        <w:br/>
        <w:t>Полотна білі простеля.</w:t>
      </w:r>
    </w:p>
    <w:p>
      <w:r>
        <w:br/>
        <w:t>Калина в пурпурі, дуби,&lt;br /&gt;</w:t>
        <w:br/>
        <w:t>На отчій хаті голуби&lt;br /&gt;</w:t>
        <w:br/>
        <w:t>Злітають в синь, гармошка грає,&lt;br /&gt;</w:t>
        <w:br/>
        <w:t>І так-то грає — серце крає,&lt;br /&gt;</w:t>
        <w:br/>
        <w:t>Що вмри,-а згадуй і люби!</w:t>
      </w:r>
    </w:p>
    <w:p>
      <w:r>
        <w:br/>
        <w:t>Снується вечором легка,&lt;br /&gt;</w:t>
        <w:br/>
        <w:t>Глибока й тиха, як ріка,&lt;br /&gt;</w:t>
        <w:br/>
        <w:t>Забута пісня за пороном:&lt;br /&gt;</w:t>
        <w:br/>
        <w:t>"Звезда полей над отчим домом&lt;br /&gt;</w:t>
        <w:br/>
        <w:t>И матери моей рука..."</w:t>
      </w:r>
    </w:p>
    <w:p>
      <w:r>
        <w:br/>
        <w:t>Ах, світе вольний, грозовій,&lt;br /&gt;</w:t>
        <w:br/>
        <w:t>Як я люблю тебе! В нічній&lt;br /&gt;</w:t>
        <w:br/>
        <w:t>Осінній тиші хоч книжчину&lt;br /&gt;</w:t>
        <w:br/>
        <w:t>Ти почитай мені, хлопчино,&lt;br /&gt;</w:t>
        <w:br/>
        <w:t>Світи ліхтарик, хлопче мій!</w:t>
      </w:r>
    </w:p>
    <w:p>
      <w:r>
        <w:br/>
        <w:t>А що читати? Книг нема.&lt;br /&gt;</w:t>
        <w:br/>
        <w:t>Тут за листівку — всім тюрма,&lt;br /&gt;</w:t>
        <w:br/>
        <w:t>А ви про книгу. Де та книжка?&lt;br /&gt;</w:t>
        <w:br/>
        <w:t>Хіба "Кобзар"...— В очах усмішка.&lt;br /&gt;</w:t>
        <w:br/>
        <w:t>Побіг, руками обома</w:t>
      </w:r>
    </w:p>
    <w:p>
      <w:r>
        <w:br/>
        <w:t>Несе. Сухий листок-папір&lt;br /&gt;</w:t>
        <w:br/>
        <w:t>У книжці, видно, з давніх пір&lt;br /&gt;</w:t>
        <w:br/>
        <w:t>Не раз прочитаний, жовтавий,&lt;br /&gt;</w:t>
        <w:br/>
        <w:t>А жар його, а поклик правий&lt;br /&gt;</w:t>
        <w:br/>
        <w:t>Легкою мірою не мір.</w:t>
      </w:r>
    </w:p>
    <w:p>
      <w:r>
        <w:br/>
        <w:t>І вже бреде сліпий кобзар,&lt;br /&gt;</w:t>
        <w:br/>
        <w:t>І Гонта кличе на пожар,&lt;br /&gt;</w:t>
        <w:br/>
        <w:t>Кавказькі гори, в млу повиті,&lt;br /&gt;</w:t>
        <w:br/>
        <w:t>Рясною кровію политі,&lt;br /&gt;</w:t>
        <w:br/>
        <w:t>Чолом підводяться до хмар.</w:t>
      </w:r>
    </w:p>
    <w:p>
      <w:r>
        <w:br/>
        <w:t>І Катерина півжива&lt;br /&gt;</w:t>
        <w:br/>
        <w:t>Дитя в хуртечі сповива,&lt;br /&gt;</w:t>
        <w:br/>
        <w:t>Сніги колишуться над нею,&lt;br /&gt;</w:t>
        <w:br/>
        <w:t>Орел жадібний Прометею&lt;br /&gt;</w:t>
        <w:br/>
        <w:t>Криваве серце розбива.</w:t>
      </w:r>
    </w:p>
    <w:p>
      <w:r>
        <w:br/>
        <w:t>То хто ж він був? — То був юнак,&lt;br /&gt;</w:t>
        <w:br/>
        <w:t>Що в бога вкрав вогонь і знак&lt;br /&gt;</w:t>
        <w:br/>
        <w:t>Того вогню приніс людині.&lt;br /&gt;</w:t>
        <w:br/>
        <w:t>Читай-но далі.— Мерхлі тіні&lt;br /&gt;</w:t>
        <w:br/>
        <w:t>В кутку хитаються, як мак.</w:t>
      </w:r>
    </w:p>
    <w:p>
      <w:r>
        <w:br/>
        <w:t>І бог убив його? — Ні, ні,&lt;br /&gt;</w:t>
        <w:br/>
        <w:t>Скарав довічно, в єдині&lt;br /&gt;</w:t>
        <w:br/>
        <w:t>Прикув до скелі, мов к порогу.&lt;br /&gt;</w:t>
        <w:br/>
        <w:t>То й що? — Він не скорився богу.&lt;br /&gt;</w:t>
        <w:br/>
        <w:t>Ото людина!..— Так одні</w:t>
      </w:r>
    </w:p>
    <w:p>
      <w:r>
        <w:br/>
        <w:t>Собі удвох у пізній час&lt;br /&gt;</w:t>
        <w:br/>
        <w:t>Щось гомонять. Ліхтар погас.&lt;br /&gt;</w:t>
        <w:br/>
        <w:t>Вони вже сплять ополуночі,&lt;br /&gt;</w:t>
        <w:br/>
        <w:t>І Прометея зорні очі&lt;br /&gt;</w:t>
        <w:br/>
        <w:t>Їм в сні ввижаються не раз.</w:t>
      </w:r>
    </w:p>
    <w:p>
      <w:r>
        <w:br/>
        <w:t>III</w:t>
      </w:r>
    </w:p>
    <w:p>
      <w:r>
        <w:br/>
        <w:t>Облава німців по дворах,&lt;br /&gt;</w:t>
        <w:br/>
        <w:t>Як та чума, ходила. Жах,&lt;br /&gt;</w:t>
        <w:br/>
        <w:t>Німий, холодний, до світанку&lt;br /&gt;</w:t>
        <w:br/>
        <w:t>Гримів прикладами на ґанку,&lt;br /&gt;</w:t>
        <w:br/>
        <w:t>Стріляв, свистів, палив у прах.</w:t>
      </w:r>
    </w:p>
    <w:p>
      <w:r>
        <w:br/>
        <w:t>Повзли машини по шляху,&lt;br /&gt;</w:t>
        <w:br/>
        <w:t>Стерню збиваючи суху,&lt;br /&gt;</w:t>
        <w:br/>
        <w:t>Веселий півень на загаті&lt;br /&gt;</w:t>
        <w:br/>
        <w:t>Мовчав, кричали діти в хаті&lt;br /&gt;</w:t>
        <w:br/>
        <w:t>В тривожну ніч, у ніч глуху.</w:t>
      </w:r>
    </w:p>
    <w:p>
      <w:r>
        <w:br/>
        <w:t>Ворота впали; од воріт&lt;br /&gt;</w:t>
        <w:br/>
        <w:t>Сліди підкованих чобіт,&lt;br /&gt;</w:t>
        <w:br/>
        <w:t>Чужих чобіт, чужого слова.&lt;br /&gt;</w:t>
        <w:br/>
        <w:t>І місяць в небі, як підкова,&lt;br /&gt;</w:t>
        <w:br/>
        <w:t>Безумно котиться у світ.</w:t>
      </w:r>
    </w:p>
    <w:p>
      <w:r>
        <w:br/>
        <w:t>Уже моргає ліхтарець,&lt;br /&gt;</w:t>
        <w:br/>
        <w:t>Уже в стодолі, де боєць&lt;br /&gt;</w:t>
        <w:br/>
        <w:t>Заснув, — стоять, як сірі круки,&lt;br /&gt;</w:t>
        <w:br/>
        <w:t>Уже кричать, падуть на руки:&lt;br /&gt;</w:t>
        <w:br/>
        <w:t>Ти звідкіля? Ти хто? — Кінець</w:t>
      </w:r>
    </w:p>
    <w:p>
      <w:r>
        <w:br/>
        <w:t>Коли ж виводили за двір,&lt;br /&gt;</w:t>
        <w:br/>
        <w:t>То на ворота впав твій зір&lt;br /&gt;</w:t>
        <w:br/>
        <w:t>На дві обірвані ворітні.&lt;br /&gt;</w:t>
        <w:br/>
        <w:t>Здалося, звалені, самітні,&lt;br /&gt;</w:t>
        <w:br/>
        <w:t>Вони шепочуть: "Нам повір,</w:t>
      </w:r>
    </w:p>
    <w:p>
      <w:r>
        <w:br/>
        <w:t>Ми цю обійдемо біду,&lt;br /&gt;</w:t>
        <w:br/>
        <w:t>Ми ще скрипітимем в ладу,&lt;br /&gt;</w:t>
        <w:br/>
        <w:t>До нас хазяїн хліб везтиме,&lt;br /&gt;</w:t>
        <w:br/>
        <w:t>Весілля бубнами густими&lt;br /&gt;</w:t>
        <w:br/>
        <w:t>Стрічати буде молоду.</w:t>
      </w:r>
    </w:p>
    <w:p>
      <w:r>
        <w:br/>
        <w:t>А ти приходь, як будеш жив,&lt;br /&gt;</w:t>
        <w:br/>
        <w:t>До нас у гості після жнив,&lt;br /&gt;</w:t>
        <w:br/>
        <w:t>І щоб твоє зраділо око,&lt;br /&gt;</w:t>
        <w:br/>
        <w:t>Ми так відчинимось широко,&lt;br /&gt;</w:t>
        <w:br/>
        <w:t>Щоб ти й сучечка не вчепив!.."</w:t>
      </w:r>
    </w:p>
    <w:p>
      <w:r>
        <w:br/>
        <w:t>IV</w:t>
      </w:r>
    </w:p>
    <w:p>
      <w:r>
        <w:br/>
        <w:t>Коли ж розвіявся туман,&lt;br /&gt;</w:t>
        <w:br/>
        <w:t>Його з комірки на майдан&lt;br /&gt;</w:t>
        <w:br/>
        <w:t>Вели з-під допиту на люди,&lt;br /&gt;</w:t>
        <w:br/>
        <w:t>Можливо, хто жалом огуди&lt;br /&gt;</w:t>
        <w:br/>
        <w:t>Роз'ятрить біль зажитих ран.</w:t>
      </w:r>
    </w:p>
    <w:p>
      <w:r>
        <w:br/>
        <w:t>Як важко перші кроки йти!&lt;br /&gt;</w:t>
        <w:br/>
        <w:t>На ланцюгах біжать хорти,&lt;br /&gt;</w:t>
        <w:br/>
        <w:t>Дорогу нюхаючи, звірі,&lt;br /&gt;</w:t>
        <w:br/>
        <w:t>І вартові мовчазно-сірі,&lt;br /&gt;</w:t>
        <w:br/>
        <w:t>І офіцери — два кати.</w:t>
      </w:r>
    </w:p>
    <w:p>
      <w:r>
        <w:br/>
        <w:t>Про що ти думаєш в цю мить?&lt;br /&gt;</w:t>
        <w:br/>
        <w:t>Про те, що день твій одшумить,&lt;br /&gt;</w:t>
        <w:br/>
        <w:t>Що згасне погляд на півслові?&lt;br /&gt;</w:t>
        <w:br/>
        <w:t>Що, може, першої любові&lt;br /&gt;</w:t>
        <w:br/>
        <w:t>Не дочекатись, не допить?</w:t>
      </w:r>
    </w:p>
    <w:p>
      <w:r>
        <w:br/>
        <w:t>Людських облич, можливо, жаль?&lt;br /&gt;</w:t>
        <w:br/>
        <w:t>Чи неба літнього кришталь&lt;br /&gt;</w:t>
        <w:br/>
        <w:t>З дубами й сонцем у долині&lt;br /&gt;</w:t>
        <w:br/>
        <w:t>На серце ліг, як жар, однині,&lt;br /&gt;</w:t>
        <w:br/>
        <w:t>Як літ юнацьких тепла даль...</w:t>
      </w:r>
    </w:p>
    <w:p>
      <w:r>
        <w:br/>
        <w:t>Чи, може, смерті лютий крик&lt;br /&gt;</w:t>
        <w:br/>
        <w:t>Ліг німотою на язик,&lt;br /&gt;</w:t>
        <w:br/>
        <w:t>І ти прокляв і сонце, й трави,&lt;br /&gt;</w:t>
        <w:br/>
        <w:t>Вечірніх зір м'які заграви&lt;br /&gt;</w:t>
        <w:br/>
        <w:t>І все, до чого здавна звик?</w:t>
      </w:r>
    </w:p>
    <w:p>
      <w:r>
        <w:br/>
        <w:t>Ні... Як же можна проклясти&lt;br /&gt;</w:t>
        <w:br/>
        <w:t>Те, що живе в тобі для мсти,&lt;br /&gt;</w:t>
        <w:br/>
        <w:t>Для воскресіння, як відбиток&lt;br /&gt;</w:t>
        <w:br/>
        <w:t>Душі твоєї. Сонця злиток,&lt;br /&gt;</w:t>
        <w:br/>
        <w:t>І правду, й гнів — тобі нести.</w:t>
      </w:r>
    </w:p>
    <w:p>
      <w:r>
        <w:br/>
        <w:t>Тривожить інше: стане друг&lt;br /&gt;</w:t>
        <w:br/>
        <w:t>Людей розпитувать навкруг,&lt;br /&gt;</w:t>
        <w:br/>
        <w:t>Чи хто розкаже, як з собою&lt;br /&gt;</w:t>
        <w:br/>
        <w:t>Не взяв зневіри я з журбою,&lt;br /&gt;</w:t>
        <w:br/>
        <w:t>Не похиливсь од ран-недуг,</w:t>
      </w:r>
    </w:p>
    <w:p>
      <w:r>
        <w:br/>
        <w:t>А чесно вмер. Від цих долин&lt;br /&gt;</w:t>
        <w:br/>
        <w:t>Чи зайде воїн хоч один,&lt;br /&gt;</w:t>
        <w:br/>
        <w:t>Чи занесе в смоленську хату&lt;br /&gt;</w:t>
        <w:br/>
        <w:t>Про мене звістку скупувату,&lt;br /&gt;</w:t>
        <w:br/>
        <w:t>Що не верне додому син.</w:t>
      </w:r>
    </w:p>
    <w:p>
      <w:r>
        <w:br/>
        <w:t>Що з ним не стрінеться сім'я.&lt;br /&gt;</w:t>
        <w:br/>
        <w:t>Чи мати знатиме моя,&lt;br /&gt;</w:t>
        <w:br/>
        <w:t>Що інша мати в іншім домі&lt;br /&gt;</w:t>
        <w:br/>
        <w:t>Мене доглянула в утомі,&lt;br /&gt;</w:t>
        <w:br/>
        <w:t>Неначе син для неї — я...</w:t>
      </w:r>
    </w:p>
    <w:p>
      <w:r>
        <w:br/>
        <w:t>Що інша мати при свічі&lt;br /&gt;</w:t>
        <w:br/>
        <w:t>В'язала рану на плечі,&lt;br /&gt;</w:t>
        <w:br/>
        <w:t>Поїла чаєм, з вишні соком,&lt;br /&gt;</w:t>
        <w:br/>
        <w:t>А одвернувшись, ненароком&lt;br /&gt;</w:t>
        <w:br/>
        <w:t>Тихенько плакала вночі.&lt;br /&gt;</w:t>
        <w:br/>
        <w:t>Ну от і все. Б'є барабан.&lt;br /&gt;</w:t>
        <w:br/>
        <w:t>Мовчить юрба. Завмер майдан.</w:t>
      </w:r>
    </w:p>
    <w:p>
      <w:r>
        <w:br/>
        <w:t>Стоять жінки у три ряди,&lt;br /&gt;</w:t>
        <w:br/>
        <w:t>Дівчата й згорблені діди,&lt;br /&gt;</w:t>
        <w:br/>
        <w:t>І хлопчаки побіля тину&lt;br /&gt;</w:t>
        <w:br/>
        <w:t>Злетілись, стихли на хвилину,&lt;br /&gt;</w:t>
        <w:br/>
        <w:t>Почувши подихи біди.</w:t>
      </w:r>
    </w:p>
    <w:p>
      <w:r>
        <w:br/>
        <w:t>А він — в пілоточці своїй,&lt;br /&gt;</w:t>
        <w:br/>
        <w:t>У гімнастьорці польовій,&lt;br /&gt;</w:t>
        <w:br/>
        <w:t>В юхтових чоботях — напроти,&lt;br /&gt;</w:t>
        <w:br/>
        <w:t>В очах ні крику, ні скорботи,&lt;br /&gt;</w:t>
        <w:br/>
        <w:t>Таким ходив, мабуть, і в бій.</w:t>
      </w:r>
    </w:p>
    <w:p>
      <w:r>
        <w:br/>
        <w:t>Лиш похилився раз чи два...&lt;br /&gt;</w:t>
        <w:br/>
        <w:t>Чи закрутилась голова?&lt;br /&gt;</w:t>
        <w:br/>
        <w:t>Від рани стомленого тіла&lt;br /&gt;</w:t>
        <w:br/>
        <w:t>Уся сорочка потемніла,&lt;br /&gt;</w:t>
        <w:br/>
        <w:t>Вся поруділа,— не нова...</w:t>
      </w:r>
    </w:p>
    <w:p>
      <w:r>
        <w:br/>
        <w:t>Це ваш? — Це наш,— говорить дід.&lt;br /&gt;</w:t>
        <w:br/>
        <w:t>Це наш,— хлопчак за дідом вслід.&lt;br /&gt;</w:t>
        <w:br/>
        <w:t>Це наш,— дівча ступа охоче&lt;br /&gt;</w:t>
        <w:br/>
        <w:t>І щиро дивиться ув очі,&lt;br /&gt;</w:t>
        <w:br/>
        <w:t>Щоб не хитнувся, не поблід.</w:t>
      </w:r>
    </w:p>
    <w:p>
      <w:r>
        <w:br/>
        <w:t>Ідуть мовчазно ковалі,&lt;br /&gt;</w:t>
        <w:br/>
        <w:t>І в хлопця руки в мозолі.&lt;br /&gt;</w:t>
        <w:br/>
        <w:t>Він, може, теж коваль? І знову&lt;br /&gt;</w:t>
        <w:br/>
        <w:t>Клепав би плуг чи гнув підкову.&lt;br /&gt;</w:t>
        <w:br/>
        <w:t>--— Це наш,— і клоняться к землі.</w:t>
      </w:r>
    </w:p>
    <w:p>
      <w:r>
        <w:br/>
        <w:t>А тесля теслі: —Підійдім,&lt;br /&gt;</w:t>
        <w:br/>
        <w:t>Він, може, теж возводив дім,&lt;br /&gt;</w:t>
        <w:br/>
        <w:t>Сушив кленину в ночі літні&lt;br /&gt;</w:t>
        <w:br/>
        <w:t>Чи ставив тесані ворітні.&lt;br /&gt;</w:t>
        <w:br/>
        <w:t>Це наш, ми клянемось на тім!</w:t>
      </w:r>
    </w:p>
    <w:p>
      <w:r>
        <w:br/>
        <w:t>І матерів гірка любов&lt;br /&gt;</w:t>
        <w:br/>
        <w:t>Підводить їх без перемов&lt;br /&gt;</w:t>
        <w:br/>
        <w:t>До юнака, бо ясночолі&lt;br /&gt;</w:t>
        <w:br/>
        <w:t>І їх сини воюють в полі.&lt;br /&gt;</w:t>
        <w:br/>
        <w:t>--— Це наш, ми кров дамо за кров.</w:t>
      </w:r>
    </w:p>
    <w:p>
      <w:r>
        <w:br/>
        <w:t>І вже земля, піднявши цвіт,&lt;br /&gt;</w:t>
        <w:br/>
        <w:t>Від круч, від поля, від воріт,&lt;br /&gt;</w:t>
        <w:br/>
        <w:t>Уставши камнем і травою,&lt;br /&gt;</w:t>
        <w:br/>
        <w:t>Вітрами й ніччю грозовою,&lt;br /&gt;</w:t>
        <w:br/>
        <w:t>Кричить: — Це наш! Іду на звіт...</w:t>
      </w:r>
    </w:p>
    <w:p>
      <w:r>
        <w:br/>
        <w:t>Ах, як він мить оцю зустрів!&lt;br /&gt;</w:t>
        <w:br/>
        <w:t>Немов не дихав, не горів...&lt;br /&gt;</w:t>
        <w:br/>
        <w:t>І тіло — так! Своє це тіло,&lt;br /&gt;</w:t>
        <w:br/>
        <w:t>І сонце інше засвітило&lt;br /&gt;</w:t>
        <w:br/>
        <w:t>У кронах чорних яворів.</w:t>
      </w:r>
    </w:p>
    <w:p>
      <w:r>
        <w:br/>
        <w:t>І навіть сірі горобці&lt;br /&gt;</w:t>
        <w:br/>
        <w:t>Здаються — срібні промінці,&lt;br /&gt;</w:t>
        <w:br/>
        <w:t>Дівочі очі, карі й сині. Він жив.&lt;br /&gt;</w:t>
        <w:br/>
        <w:t>Він житиме однині,&lt;br /&gt;</w:t>
        <w:br/>
        <w:t>Ховай же муку на лиці!</w:t>
      </w:r>
    </w:p>
    <w:p>
      <w:r>
        <w:br/>
        <w:t>--— Це ваш? Ви брешете. Не ваш!&lt;br /&gt;</w:t>
        <w:br/>
        <w:t>Чому ж у нього патронташ&lt;br /&gt;</w:t>
        <w:br/>
        <w:t>І п'ять гранат знайшли в соломі?&lt;br /&gt;</w:t>
        <w:br/>
        <w:t>Він ночував в чужому домі,&lt;br /&gt;</w:t>
        <w:br/>
        <w:t>Він двічі ранений. Він — наш!</w:t>
      </w:r>
    </w:p>
    <w:p>
      <w:r>
        <w:br/>
        <w:t>Ми з ним по-своєму. А вам&lt;br /&gt;</w:t>
        <w:br/>
        <w:t>Я все сторицею віддам:&lt;br /&gt;</w:t>
        <w:br/>
        <w:t>В теплушки всіх, гайда в дорогу.&lt;br /&gt;</w:t>
        <w:br/>
        <w:t>Хати ж — з порогу до порогу&lt;br /&gt;</w:t>
        <w:br/>
        <w:t>Спалю, стопчу — віддам чортам.</w:t>
      </w:r>
    </w:p>
    <w:p>
      <w:r>
        <w:br/>
        <w:t>Ну, як? Це ваш? Замовкли ви? —&lt;br /&gt;</w:t>
        <w:br/>
        <w:t>Як лан колючої трави,&lt;br /&gt;</w:t>
        <w:br/>
        <w:t>Хитнулось, втихло. Тільки очі&lt;br /&gt;</w:t>
        <w:br/>
        <w:t>Горять дідівські і дівочі,&lt;br /&gt;</w:t>
        <w:br/>
        <w:t>І сльози в матері-вдови.</w:t>
      </w:r>
    </w:p>
    <w:p>
      <w:r>
        <w:br/>
        <w:t>Боєць підвівсь, як біль із ран,&lt;br /&gt;</w:t>
        <w:br/>
        <w:t>На цей осуджений майдан,&lt;br /&gt;</w:t>
        <w:br/>
        <w:t>Побачив даль — не теплий вирій,&lt;br /&gt;</w:t>
        <w:br/>
        <w:t>Теплушок ряд у ночі сірій,&lt;br /&gt;</w:t>
        <w:br/>
        <w:t>Світанку смертного туман.</w:t>
      </w:r>
    </w:p>
    <w:p>
      <w:r>
        <w:br/>
        <w:t>В теплушках люди без води,&lt;br /&gt;</w:t>
        <w:br/>
        <w:t>Оці хлоп'ята і діди,&lt;br /&gt;</w:t>
        <w:br/>
        <w:t>Ці матері — і в тебе ж мати,-&lt;br /&gt;</w:t>
        <w:br/>
        <w:t>А ген за ними тліють хати,&lt;br /&gt;</w:t>
        <w:br/>
        <w:t>Пожежі чорної сліди.</w:t>
      </w:r>
    </w:p>
    <w:p>
      <w:r>
        <w:br/>
        <w:t>А кожен з них — сестра і брат.&lt;br /&gt;</w:t>
        <w:br/>
        <w:t>Нащо їм холод ржавих ґрат?&lt;br /&gt;</w:t>
        <w:br/>
        <w:t>Нащо їм сліз гіркі потоки?&lt;br /&gt;</w:t>
        <w:br/>
        <w:t>І він вперед ступив два кроки:&lt;br /&gt;</w:t>
        <w:br/>
        <w:t>--— Стріляй! Розвідник я. Солдат.</w:t>
      </w:r>
    </w:p>
    <w:p>
      <w:r>
        <w:br/>
        <w:t>V</w:t>
      </w:r>
    </w:p>
    <w:p>
      <w:r>
        <w:br/>
        <w:t>Чотири ночі й довгі дні&lt;br /&gt;</w:t>
        <w:br/>
        <w:t>Без сподівань, в самотині,&lt;br /&gt;</w:t>
        <w:br/>
        <w:t>У кам'яній, як лід, комірці...&lt;br /&gt;</w:t>
        <w:br/>
        <w:t>Лиш гострий окрик на повірці,&lt;br /&gt;</w:t>
        <w:br/>
        <w:t>Лиш милі спогади одні.</w:t>
      </w:r>
    </w:p>
    <w:p>
      <w:r>
        <w:br/>
        <w:t>Про що ті спогади? Про свій&lt;br /&gt;</w:t>
        <w:br/>
        <w:t>Гвардійський полк і перший рій,&lt;br /&gt;</w:t>
        <w:br/>
        <w:t>Про друзів лагідну розмову,&lt;br /&gt;</w:t>
        <w:br/>
        <w:t>Про тиш дніпровську вечорову,&lt;br /&gt;</w:t>
        <w:br/>
        <w:t>О краю мій! Радянський мій!</w:t>
      </w:r>
    </w:p>
    <w:p>
      <w:r>
        <w:br/>
        <w:t>І з тої злої тишини&lt;br /&gt;</w:t>
        <w:br/>
        <w:t>Здавалось, друзі? — Ось вони,&lt;br /&gt;</w:t>
        <w:br/>
        <w:t>Ідуть і падають в тривозі,&lt;br /&gt;</w:t>
        <w:br/>
        <w:t>І вже в комірці на порозі&lt;br /&gt;</w:t>
        <w:br/>
        <w:t>Пливуть понтони і човни.</w:t>
      </w:r>
    </w:p>
    <w:p>
      <w:r>
        <w:br/>
        <w:t>Вже не підлога — клекіт хвиль,&lt;br /&gt;</w:t>
        <w:br/>
        <w:t>Крутих і сивих, мов ковиль,&lt;br /&gt;</w:t>
        <w:br/>
        <w:t>І видно бою панораму.&lt;br /&gt;</w:t>
        <w:br/>
        <w:t>Кленова гілка б'ється в раму&lt;br /&gt;</w:t>
        <w:br/>
        <w:t>Туга, як матері тужиль.</w:t>
      </w:r>
    </w:p>
    <w:p>
      <w:r>
        <w:br/>
        <w:t>А по сухім календарю&lt;br /&gt;</w:t>
        <w:br/>
        <w:t>Світанок вів свою зорю,&lt;br /&gt;</w:t>
        <w:br/>
        <w:t>І день, пустивши буйні коні,&lt;br /&gt;</w:t>
        <w:br/>
        <w:t>Ставав у хмарній оболоні&lt;br /&gt;</w:t>
        <w:br/>
        <w:t>З високим вереснем на прю.</w:t>
      </w:r>
    </w:p>
    <w:p>
      <w:r>
        <w:br/>
        <w:t>Яких думок, яких казок,&lt;br /&gt;</w:t>
        <w:br/>
        <w:t>Яких-то спогадів разок&lt;br /&gt;</w:t>
        <w:br/>
        <w:t>Ти нанизав у довгі ночі?&lt;br /&gt;</w:t>
        <w:br/>
        <w:t>Надія в сни твої пророчі&lt;br /&gt;</w:t>
        <w:br/>
        <w:t>Котила свій легкий візок.</w:t>
      </w:r>
    </w:p>
    <w:p>
      <w:r>
        <w:br/>
        <w:t>У двері стукають: — Вставай!&lt;br /&gt;</w:t>
        <w:br/>
        <w:t>Надії край. Чеканню край.&lt;br /&gt;</w:t>
        <w:br/>
        <w:t>Бери свої немудрі речі,&lt;br /&gt;</w:t>
        <w:br/>
        <w:t>Бери життя своє на плечі...&lt;br /&gt;</w:t>
        <w:br/>
        <w:t>То вітер свище? Ні, нагай.</w:t>
      </w:r>
    </w:p>
    <w:p>
      <w:r>
        <w:br/>
        <w:t>Короткий день, короткий вік.&lt;br /&gt;</w:t>
        <w:br/>
        <w:t>Кому він біль важкий зарік?&lt;br /&gt;</w:t>
        <w:br/>
        <w:t>Кому розклав огонь на кручі?&lt;br /&gt;</w:t>
        <w:br/>
        <w:t>То гомонить потік співуче?&lt;br /&gt;</w:t>
        <w:br/>
        <w:t>Ні,— люди стали як потік.</w:t>
      </w:r>
    </w:p>
    <w:p>
      <w:r>
        <w:br/>
        <w:t>І барабани б'ють згори,&lt;br /&gt;</w:t>
        <w:br/>
        <w:t>І вороння — як прапори&lt;br /&gt;</w:t>
        <w:br/>
        <w:t>Жалоби чорної у хмарі.&lt;br /&gt;</w:t>
        <w:br/>
        <w:t>Ті ж людські очі — сині, карі —&lt;br /&gt;</w:t>
        <w:br/>
        <w:t>Чекають, просять: говори.</w:t>
      </w:r>
    </w:p>
    <w:p>
      <w:r>
        <w:br/>
        <w:t>І повели його на шпиль.&lt;br /&gt;</w:t>
        <w:br/>
        <w:t>Над рокотанням юрб і хвиль,&lt;br /&gt;</w:t>
        <w:br/>
        <w:t>Ремінням скручений при згубі,&lt;br /&gt;</w:t>
        <w:br/>
        <w:t>Високо піднятий на дубі,&lt;br /&gt;</w:t>
        <w:br/>
        <w:t>Живий, дививсь на сотні миль.</w:t>
      </w:r>
    </w:p>
    <w:p>
      <w:r>
        <w:br/>
        <w:t>Он — білий парус з-за ріки&lt;br /&gt;</w:t>
        <w:br/>
        <w:t>Пливе, як чайка, у віки,&lt;br /&gt;</w:t>
        <w:br/>
        <w:t>Полів нескошених безмежжя,&lt;br /&gt;</w:t>
        <w:br/>
        <w:t>Он — видно все Лівобережжя,&lt;br /&gt;</w:t>
        <w:br/>
        <w:t>І рідні армії, й полки.</w:t>
      </w:r>
    </w:p>
    <w:p>
      <w:r>
        <w:br/>
        <w:t>Свої там хлопці на межі,&lt;br /&gt;</w:t>
        <w:br/>
        <w:t>Нові зайнявши рубежі,&lt;br /&gt;</w:t>
        <w:br/>
        <w:t>Ще не обралися клопоту.&lt;br /&gt;</w:t>
        <w:br/>
        <w:t>Парторг зайшов у першу роту,&lt;br /&gt;</w:t>
        <w:br/>
        <w:t>Чита газету в бліндажі,</w:t>
      </w:r>
    </w:p>
    <w:p>
      <w:r>
        <w:br/>
        <w:t>А кашовар зварив обід,&lt;br /&gt;</w:t>
        <w:br/>
        <w:t>Веде до кухні димний слід,&lt;br /&gt;</w:t>
        <w:br/>
        <w:t>Листи доставили в траншею.&lt;br /&gt;</w:t>
        <w:br/>
        <w:t>Земля повернеться, й над нею&lt;br /&gt;</w:t>
        <w:br/>
        <w:t>Умитий день зійде без бід.</w:t>
      </w:r>
    </w:p>
    <w:p>
      <w:r>
        <w:br/>
        <w:t>А в тебе ніч побіля ніг.&lt;br /&gt;</w:t>
        <w:br/>
        <w:t>І що ти міг? І що не зміг?&lt;br /&gt;</w:t>
        <w:br/>
        <w:t>Огонь сухими язиками&lt;br /&gt;</w:t>
        <w:br/>
        <w:t>По чорнокор'ю, між гілками,&lt;br /&gt;</w:t>
        <w:br/>
        <w:t>До рук, звиваючись, побіг.</w:t>
      </w:r>
    </w:p>
    <w:p>
      <w:r>
        <w:br/>
        <w:t>...Юнацькі руки молоді,&lt;br /&gt;</w:t>
        <w:br/>
        <w:t>Вам добре б тішитись в труді,&lt;br /&gt;</w:t>
        <w:br/>
        <w:t>Тесать, копать, залізо б гнути,&lt;br /&gt;</w:t>
        <w:br/>
        <w:t>Садити сад, зелені рути,&lt;br /&gt;</w:t>
        <w:br/>
        <w:t>Плоти гонити по воді.</w:t>
      </w:r>
    </w:p>
    <w:p>
      <w:r>
        <w:br/>
        <w:t>Кохання б в серце полилось —&lt;br /&gt;</w:t>
        <w:br/>
        <w:t>Вам гладить золото волось,&lt;br /&gt;</w:t>
        <w:br/>
        <w:t>Своє тепло коханій дати.&lt;br /&gt;</w:t>
        <w:br/>
        <w:t>Ви ще не вміли обнімати,&lt;br /&gt;</w:t>
        <w:br/>
        <w:t>А воювати — довелось...</w:t>
      </w:r>
    </w:p>
    <w:p>
      <w:r>
        <w:br/>
        <w:t>Огонь сяга тобі до віч,&lt;br /&gt;</w:t>
        <w:br/>
        <w:t>Палає дуб в мільйони свіч,&lt;br /&gt;</w:t>
        <w:br/>
        <w:t>І сушить груди мука люта.&lt;br /&gt;</w:t>
        <w:br/>
        <w:t>Ти руки звів — і трісли пута,&lt;br /&gt;</w:t>
        <w:br/>
        <w:t>Реміння спалене із пліч.</w:t>
      </w:r>
    </w:p>
    <w:p>
      <w:r>
        <w:br/>
        <w:t>Над зойк людей і даль узвиш,&lt;br /&gt;</w:t>
        <w:br/>
        <w:t>У димну ніч, у мертву тиш&lt;br /&gt;</w:t>
        <w:br/>
        <w:t>Глибінь очей твоїх іскриться,&lt;br /&gt;</w:t>
        <w:br/>
        <w:t>Ти не людина — ти вже птиця,&lt;br /&gt;</w:t>
        <w:br/>
        <w:t>І не палаєш, а летиш.</w:t>
      </w:r>
    </w:p>
    <w:p>
      <w:r>
        <w:br/>
        <w:t>Тріпоче серце: я люблю&lt;br /&gt;</w:t>
        <w:br/>
        <w:t>У спразі, в радості, в жалю.&lt;br /&gt;</w:t>
        <w:br/>
        <w:t>Огнем напоєне до краю,&lt;br /&gt;</w:t>
        <w:br/>
        <w:t>Горю, м'ятежне, не згоряю!&lt;br /&gt;</w:t>
        <w:br/>
        <w:t>І не прошу, і не молю...</w:t>
      </w:r>
    </w:p>
    <w:p>
      <w:r>
        <w:br/>
        <w:t>Дивіться, люди, по мені&lt;br /&gt;</w:t>
        <w:br/>
        <w:t>Устануть інші в пломені,&lt;br /&gt;</w:t>
        <w:br/>
        <w:t>Ставайте й ви в трудні походи.&lt;br /&gt;</w:t>
        <w:br/>
        <w:t>Не вип'ють прокляті заброди&lt;br /&gt;</w:t>
        <w:br/>
        <w:t>Живущу кров мою. О ні!</w:t>
      </w:r>
    </w:p>
    <w:p>
      <w:r>
        <w:br/>
        <w:t>Уже не видно ні лиця,&lt;br /&gt;</w:t>
        <w:br/>
        <w:t>Ні засмаглілих рук бійця.&lt;br /&gt;</w:t>
        <w:br/>
        <w:t>Димить димовище під хмару,&lt;br /&gt;</w:t>
        <w:br/>
        <w:t>І дуб тріщить, ясний од жару,&lt;br /&gt;</w:t>
        <w:br/>
        <w:t>Зотлілий з серцем до кінця.</w:t>
      </w:r>
    </w:p>
    <w:p>
      <w:r>
        <w:br/>
        <w:t>Ущухло вогнище, злягло.&lt;br /&gt;</w:t>
        <w:br/>
        <w:t>Людей погнали у село,&lt;br /&gt;</w:t>
        <w:br/>
        <w:t>А з ними йшли надії віщі...&lt;br /&gt;</w:t>
        <w:br/>
        <w:t>Лише хлопчак на попелищі&lt;br /&gt;</w:t>
        <w:br/>
        <w:t>Підвів засмучене чоло.</w:t>
      </w:r>
    </w:p>
    <w:p>
      <w:r>
        <w:br/>
        <w:t>Десь журавлів пливли ключі&lt;br /&gt;</w:t>
        <w:br/>
        <w:t>А він, самотній, уночі&lt;br /&gt;</w:t>
        <w:br/>
        <w:t>Ще довго в вогнище дивився,&lt;br /&gt;</w:t>
        <w:br/>
        <w:t>Не витримав, і похилився,&lt;br /&gt;</w:t>
        <w:br/>
        <w:t>І впав на землю у плачі.</w:t>
      </w:r>
    </w:p>
    <w:p>
      <w:r>
        <w:br/>
        <w:t>Жаркі вуглини підібрав&lt;br /&gt;</w:t>
        <w:br/>
        <w:t>Для інших, радісних заграв,&lt;br /&gt;</w:t>
        <w:br/>
        <w:t>Бо вже й йому сурмили ранки.&lt;br /&gt;</w:t>
        <w:br/>
        <w:t>І серця стлілого останки&lt;br /&gt;</w:t>
        <w:br/>
        <w:t>Зібрав, на груди приховав.</w:t>
      </w:r>
    </w:p>
    <w:p>
      <w:r>
        <w:br/>
        <w:t>--— Живіть мене теплом своїм,&lt;br /&gt;</w:t>
        <w:br/>
        <w:t>Я понесу вас в кожен дім,&lt;br /&gt;</w:t>
        <w:br/>
        <w:t>Щоб знов життя людське розквітло,&lt;br /&gt;</w:t>
        <w:br/>
        <w:t>Чи ж ваше горде, яре світло&lt;br /&gt;</w:t>
        <w:br/>
        <w:t>Не вмре, як одинокий грім?</w:t>
      </w:r>
    </w:p>
    <w:p>
      <w:r>
        <w:br/>
        <w:t>---Ой хлопчику, хороший мій,&lt;br /&gt;</w:t>
        <w:br/>
        <w:t>Чому ти плачеш? Зрозумій,&lt;br /&gt;</w:t>
        <w:br/>
        <w:t>У добре літо, в гожу весну&lt;br /&gt;</w:t>
        <w:br/>
        <w:t>Я знову встану, я воскресну&lt;br /&gt;</w:t>
        <w:br/>
        <w:t>Цвітком людських ясних надій..."</w:t>
      </w:r>
    </w:p>
    <w:p>
      <w:r>
        <w:br/>
        <w:t>Світало. Хлопці-плотарі&lt;br /&gt;</w:t>
        <w:br/>
        <w:t>Вже підтягали якорі,&lt;br /&gt;</w:t>
        <w:br/>
        <w:t>І дуб об тій ясній годині,&lt;br /&gt;</w:t>
        <w:br/>
        <w:t>Як чорний меч, на верховині&lt;br /&gt;</w:t>
        <w:br/>
        <w:t>Торкнувся білої зорі.</w:t>
      </w:r>
    </w:p>
    <w:p>
      <w:r>
        <w:br/>
        <w:t>Мені здалося, що то я&lt;br /&gt;</w:t>
        <w:br/>
        <w:t>Стою, горю й душа моя,&lt;br /&gt;</w:t>
        <w:br/>
        <w:t>Моя надія опівночі&lt;br /&gt;</w:t>
        <w:br/>
        <w:t>Згоряє, б'ється і тріпоче,&lt;br /&gt;</w:t>
        <w:br/>
        <w:t>Пливе, як неба течія;</w:t>
      </w:r>
    </w:p>
    <w:p>
      <w:r>
        <w:br/>
        <w:t>Що вже я спалений стою&lt;br /&gt;</w:t>
        <w:br/>
        <w:t>В тривожнім віці на краю&lt;br /&gt;</w:t>
        <w:br/>
        <w:t>І людям серце простягаю.&lt;br /&gt;</w:t>
        <w:br/>
        <w:t>Чи я живий, чи ні,— не знаю,&lt;br /&gt;</w:t>
        <w:br/>
        <w:t>Не відаю і не таю...</w:t>
      </w:r>
    </w:p>
    <w:p>
      <w:r>
        <w:br/>
        <w:t>І тільки спогад з далини,&lt;br /&gt;</w:t>
        <w:br/>
        <w:t>Як рідні відгуки луни,&lt;br /&gt;</w:t>
        <w:br/>
        <w:t>І тільки зорі над землею.&lt;br /&gt;</w:t>
        <w:br/>
        <w:t>О мій русявий Прометею,&lt;br /&gt;</w:t>
        <w:br/>
        <w:t>Загублений в ночах війни!..</w:t>
      </w:r>
    </w:p>
    <w:p>
      <w:r>
        <w:br/>
        <w:t>1946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Прометей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