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Пролог до невідомої поеми</w:t>
      </w:r>
    </w:p>
    <w:p>
      <w:r>
        <w:br/>
        <w:t xml:space="preserve"> І&lt;br /&gt;</w:t>
        <w:br/>
        <w:t>Не я пишу оцю поему,&lt;br /&gt;</w:t>
        <w:br/>
        <w:t>а тисячі:&lt;br /&gt;</w:t>
        <w:br/>
        <w:t>з блідими виснаженими лицями, з чорними&lt;br /&gt;</w:t>
        <w:br/>
        <w:t>трояндами під очима...&lt;br /&gt;</w:t>
        <w:br/>
        <w:t>Тепер,&lt;br /&gt;</w:t>
        <w:br/>
        <w:t>коли на тротуарах, блідих од снігу,&lt;br /&gt;</w:t>
        <w:br/>
        <w:t>на кожній вулиці, на кожному розі&lt;br /&gt;</w:t>
        <w:br/>
        <w:t>мерзне дітвора з цигарками "Пароль"&lt;br /&gt;</w:t>
        <w:br/>
        <w:t>і "Ауаігіі".&lt;br /&gt;</w:t>
        <w:br/>
        <w:t>Тепер,&lt;br /&gt;</w:t>
        <w:br/>
        <w:t>коли жінки революції перестали одягати&lt;br /&gt;</w:t>
        <w:br/>
        <w:t>обідрані шинелі,&lt;br /&gt;</w:t>
        <w:br/>
        <w:t>робити аборт, стригти волосся:&lt;br /&gt;</w:t>
        <w:br/>
        <w:t>руде, чорне, каштанове&lt;br /&gt;</w:t>
        <w:br/>
        <w:t>і т. і...&lt;br /&gt;</w:t>
        <w:br/>
        <w:t>і т. і...&lt;br /&gt;</w:t>
        <w:br/>
        <w:t>Тепер,&lt;br /&gt;</w:t>
        <w:br/>
        <w:t>коли попи почали прилюдно палити&lt;br /&gt;</w:t>
        <w:br/>
        <w:t>цигарки&lt;br /&gt;</w:t>
        <w:br/>
        <w:t>і стригти волосся:&lt;br /&gt;</w:t>
        <w:br/>
        <w:t>руде, чорне, каштанове&lt;br /&gt;</w:t>
        <w:br/>
        <w:t>Я чую, як пахне димом і кров'ю&lt;br /&gt;</w:t>
        <w:br/>
        <w:t>кожний удар мого золотого годинника,&lt;br /&gt;</w:t>
        <w:br/>
        <w:t>на якому чітко вибито:&lt;br /&gt;</w:t>
        <w:br/>
        <w:t>"Герою Перекопа от Реввоенсовета&lt;br /&gt;</w:t>
        <w:br/>
        <w:t>N-11 армии".&lt;br /&gt;</w:t>
        <w:br/>
        <w:t>II</w:t>
      </w:r>
    </w:p>
    <w:p>
      <w:r>
        <w:br/>
        <w:t>Це було в далекій невідомій країні,&lt;br /&gt;</w:t>
        <w:br/>
        <w:t>такій невідомій, як моя поема.&lt;br /&gt;</w:t>
        <w:br/>
        <w:t>Я не знаю, що буду писати далі,&lt;br /&gt;</w:t>
        <w:br/>
        <w:t>як не знаю,&lt;br /&gt;</w:t>
        <w:br/>
        <w:t>хто заронив мені в жили&lt;br /&gt;</w:t>
        <w:br/>
        <w:t>отой тривожний рух&lt;br /&gt;</w:t>
        <w:br/>
        <w:t>солодких атомів гемоглобіну...&lt;br /&gt;</w:t>
        <w:br/>
        <w:t>як не знаю,&lt;br /&gt;</w:t>
        <w:br/>
        <w:t>чого то блукають на панелі тіні&lt;br /&gt;</w:t>
        <w:br/>
        <w:t>дротові&lt;br /&gt;</w:t>
        <w:br/>
        <w:t>в ритмічнім хитанні,&lt;br /&gt;</w:t>
        <w:br/>
        <w:t>в безжурнім хитанні...&lt;br /&gt;</w:t>
        <w:br/>
        <w:t>Це було в далекій невідомій країні,&lt;br /&gt;</w:t>
        <w:br/>
        <w:t>такій невідомій, як моя поема.</w:t>
      </w:r>
    </w:p>
    <w:p>
      <w:r>
        <w:br/>
        <w:t>III</w:t>
      </w:r>
    </w:p>
    <w:p>
      <w:r>
        <w:br/>
        <w:t>Я прийшов на станцію "Революція",&lt;br /&gt;</w:t>
        <w:br/>
        <w:t>коли ударив другий дзвінок.&lt;br /&gt;</w:t>
        <w:br/>
        <w:t>Дівчина з очима газелі спитала:&lt;br /&gt;</w:t>
        <w:br/>
        <w:t>"Ваш партквиток?" —&lt;br /&gt;</w:t>
        <w:br/>
        <w:t>"279305"—&lt;br /&gt;</w:t>
        <w:br/>
        <w:t>"Вагон передостанній".&lt;br /&gt;</w:t>
        <w:br/>
        <w:t>Дим...&lt;br /&gt;</w:t>
        <w:br/>
        <w:t>Дим...&lt;br /&gt;</w:t>
        <w:br/>
        <w:t>Дим...&lt;br /&gt;</w:t>
        <w:br/>
        <w:t>Київ в руках повстанців,&lt;br /&gt;</w:t>
        <w:br/>
        <w:t>а небо — на бурі, а небо — на грози...&lt;br /&gt;</w:t>
        <w:br/>
        <w:t>"Якого полку?.." —&lt;br /&gt;</w:t>
        <w:br/>
        <w:t>"7-го советского"&lt;br /&gt;</w:t>
        <w:br/>
        <w:t>Тра-та-т... тах...&lt;br /&gt;</w:t>
        <w:br/>
        <w:t>А небо — на бурі... а небо — на грози...</w:t>
      </w:r>
    </w:p>
    <w:p>
      <w:r>
        <w:br/>
        <w:t>V</w:t>
      </w:r>
    </w:p>
    <w:p>
      <w:r>
        <w:br/>
        <w:t>Ой, морозе, морозе!&lt;br /&gt;</w:t>
        <w:br/>
        <w:t>Який же ти геніальний художник.&lt;br /&gt;</w:t>
        <w:br/>
        <w:t>Коли дивишся на шибки, розмальовані тобою,&lt;br /&gt;</w:t>
        <w:br/>
        <w:t>то здається,&lt;br /&gt;</w:t>
        <w:br/>
        <w:t>що блукаєш ти десь у Криму по провулках&lt;br /&gt;</w:t>
        <w:br/>
        <w:t>татарських аулів...&lt;br /&gt;</w:t>
        <w:br/>
        <w:t>Або читаєш поему:&lt;br /&gt;</w:t>
        <w:br/>
        <w:t>"Наль і Дамаянті"...&lt;br /&gt;</w:t>
        <w:br/>
        <w:t>Ох, морозе, морозе!..</w:t>
      </w:r>
    </w:p>
    <w:p>
      <w:r>
        <w:br/>
        <w:t>VI</w:t>
      </w:r>
    </w:p>
    <w:p>
      <w:r>
        <w:br/>
        <w:t>А трамваї на стіни будинків, на панелі й на&lt;br /&gt;</w:t>
        <w:br/>
        <w:t>рейки кидають&lt;br /&gt;</w:t>
        <w:br/>
        <w:t>килими сині й прозорі...&lt;br /&gt;</w:t>
        <w:br/>
        <w:t>Це я ходжу по місту з одрізаною головою&lt;br /&gt;</w:t>
        <w:br/>
        <w:t>і на руках у мене б'ються і дзвенять одинокі&lt;br /&gt;</w:t>
        <w:br/>
        <w:t>жилки,&lt;br /&gt;</w:t>
        <w:br/>
        <w:t>а може, вулиці майбутнього міста...&lt;br /&gt;</w:t>
        <w:br/>
        <w:t>Чи чуєте мене, поети селянські?&lt;br /&gt;</w:t>
        <w:br/>
        <w:t>На холодних станціях республіки&lt;br /&gt;</w:t>
        <w:br/>
        <w:t>в вікна заглядають явори,&lt;br /&gt;</w:t>
        <w:br/>
        <w:t>і мчаться, мчаться ешелони — в холодне око&lt;br /&gt;</w:t>
        <w:br/>
        <w:t>зорі...</w:t>
      </w:r>
    </w:p>
    <w:p>
      <w:r>
        <w:br/>
        <w:t>А трамваї на стіни будинків, на панелі й на&lt;br /&gt;</w:t>
        <w:br/>
        <w:t>рейки кидають&lt;br /&gt;</w:t>
        <w:br/>
        <w:t>килими сині й прозорі...&lt;br /&gt;</w:t>
        <w:br/>
        <w:t>Це я ходжу по місту з одрізаною головою...&lt;br /&gt;</w:t>
        <w:br/>
        <w:t>Неп.&lt;br /&gt;</w:t>
        <w:br/>
        <w:t>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Пролог до невідомої поеми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