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Прогрес</w:t>
      </w:r>
    </w:p>
    <w:p>
      <w:r>
        <w:br/>
        <w:t xml:space="preserve"> Донбас… В ярах і улоговинах&lt;br /&gt;</w:t>
        <w:br/>
        <w:t>Оази степових дібров,&lt;br /&gt;</w:t>
        <w:br/>
        <w:t>На бабах з каменю карбованих&lt;br /&gt;</w:t>
        <w:br/>
        <w:t>Тисячоліть рудіє кров.</w:t>
      </w:r>
    </w:p>
    <w:p>
      <w:r>
        <w:br/>
        <w:t>На териконах і на пагорбах&lt;br /&gt;</w:t>
        <w:br/>
        <w:t>Гуляє скіфський суховій,&lt;br /&gt;</w:t>
        <w:br/>
        <w:t>Але не він — новітня пагуба&lt;br /&gt;</w:t>
        <w:br/>
        <w:t>Землі загрожує моїй.</w:t>
      </w:r>
    </w:p>
    <w:p>
      <w:r>
        <w:br/>
        <w:t>Її забруднено, закаляно —&lt;br /&gt;</w:t>
        <w:br/>
        <w:t>Тут пестицид, там гербіцид&lt;br /&gt;</w:t>
        <w:br/>
        <w:t>І тонни різних хемікаліїв,&lt;br /&gt;</w:t>
        <w:br/>
        <w:t>Страшніших від усіх бацил.</w:t>
      </w:r>
    </w:p>
    <w:p>
      <w:r>
        <w:br/>
        <w:t>А як раніш поети славили:&lt;br /&gt;</w:t>
        <w:br/>
        <w:t>"Ура! Індустрія! Прогрес!&lt;br /&gt;</w:t>
        <w:br/>
        <w:t>Ще стільки чавуну не плавили!&lt;br /&gt;</w:t>
        <w:br/>
        <w:t>А Азовсталь! А Дніпрогес!"</w:t>
      </w:r>
    </w:p>
    <w:p>
      <w:r>
        <w:br/>
        <w:t>І фіміам курили Сталіну&lt;br /&gt;</w:t>
        <w:br/>
        <w:t>За п'ятирічки й промфінплан.&lt;br /&gt;</w:t>
        <w:br/>
        <w:t>Він все природою усталене&lt;br /&gt;</w:t>
        <w:br/>
        <w:t>Прирік на знищення і злам.</w:t>
      </w:r>
    </w:p>
    <w:p>
      <w:r>
        <w:br/>
        <w:t>І тих дослідників природи,&lt;br /&gt;</w:t>
        <w:br/>
        <w:t>Що вдарили в тривоги дзвін&lt;br /&gt;</w:t>
        <w:br/>
        <w:t>За флору, фауну і води,&lt;br /&gt;</w:t>
        <w:br/>
        <w:t>Тоді карав нещадно він.</w:t>
      </w:r>
    </w:p>
    <w:p>
      <w:r>
        <w:br/>
        <w:t>Я ж не забув, як на три зміни&lt;br /&gt;</w:t>
        <w:br/>
        <w:t>Шкива крутились на копрах&lt;br /&gt;</w:t>
        <w:br/>
        <w:t>І на акацій квіття піну&lt;br /&gt;</w:t>
        <w:br/>
        <w:t>Лягав підземний чорний прах.</w:t>
      </w:r>
    </w:p>
    <w:p>
      <w:r>
        <w:br/>
        <w:t>А ЦЗФ нова зі штибу&lt;br /&gt;</w:t>
        <w:br/>
        <w:t>Продукувала нам брикет&lt;br /&gt;</w:t>
        <w:br/>
        <w:t>Й відходами труїла рибу&lt;br /&gt;</w:t>
        <w:br/>
        <w:t>В Грузькій й губила очерет.</w:t>
      </w:r>
    </w:p>
    <w:p>
      <w:r>
        <w:br/>
        <w:t>Чи ж я дитиною малою&lt;br /&gt;</w:t>
        <w:br/>
        <w:t>Міг знать — минуть десятки літ&lt;br /&gt;</w:t>
        <w:br/>
        <w:t>Й пекельно-липкою смолою&lt;br /&gt;</w:t>
        <w:br/>
        <w:t>Покриється мій ранній світ?..</w:t>
      </w:r>
    </w:p>
    <w:p>
      <w:r>
        <w:br/>
        <w:t>Минуло понад півсторіччя,&lt;br /&gt;</w:t>
        <w:br/>
        <w:t>Я знову в рідному краю&lt;br /&gt;</w:t>
        <w:br/>
        <w:t>Й куди не гляну — протиріччя&lt;br /&gt;</w:t>
        <w:br/>
        <w:t>І яви й гасел пізнаю.</w:t>
      </w:r>
    </w:p>
    <w:p>
      <w:r>
        <w:br/>
        <w:t>Ти,Україно, і розкутою&lt;br /&gt;</w:t>
        <w:br/>
        <w:t>Не збавилась страшних отрут,&lt;br /&gt;</w:t>
        <w:br/>
        <w:t>Народ мій ще й тепер покутує&lt;br /&gt;</w:t>
        <w:br/>
        <w:t>Соціалізму згубний труд .</w:t>
      </w:r>
    </w:p>
    <w:p>
      <w:r>
        <w:br/>
        <w:t>Дивлюсь на все те захаращене,&lt;br /&gt;</w:t>
        <w:br/>
        <w:t>Брудне, занедбане украй,&lt;br /&gt;</w:t>
        <w:br/>
        <w:t>І думаю — а ти ж найкращою —&lt;br /&gt;</w:t>
        <w:br/>
        <w:t>Була. Пишались предки — рай!</w:t>
      </w:r>
    </w:p>
    <w:p>
      <w:r>
        <w:br/>
        <w:t>…Смердять, нікому непотрібні&lt;br /&gt;</w:t>
        <w:br/>
        <w:t>Моря понад Дніпром гнилі,&lt;br /&gt;</w:t>
        <w:br/>
        <w:t>Річки отруєні, безрибні&lt;br /&gt;</w:t>
        <w:br/>
        <w:t>Дарма течуть по цій землі.</w:t>
      </w:r>
    </w:p>
    <w:p>
      <w:r>
        <w:br/>
        <w:t>Реактор атомний в могильнику&lt;br /&gt;</w:t>
        <w:br/>
        <w:t>Поховано на сотні літ,&lt;br /&gt;</w:t>
        <w:br/>
        <w:t>І земляки мої — невільники&lt;br /&gt;</w:t>
        <w:br/>
        <w:t>Чорнобиля пекельних бід.</w:t>
      </w:r>
    </w:p>
    <w:p>
      <w:r>
        <w:br/>
        <w:t>Він генофонд людей пошкодив,&lt;br /&gt;</w:t>
        <w:br/>
        <w:t>Змінив країни біоцен.&lt;br /&gt;</w:t>
        <w:br/>
        <w:t>За ті АЕС, моря й заводи&lt;br /&gt;</w:t>
        <w:br/>
        <w:t>Вкраїна платить вищу з цін.</w:t>
      </w:r>
    </w:p>
    <w:p>
      <w:r>
        <w:br/>
        <w:t>Острів Зінгера, Флорида&lt;br /&gt;</w:t>
        <w:br/>
        <w:t>серпень 2001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