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заснування Києва</w:t>
      </w:r>
    </w:p>
    <w:p>
      <w:r>
        <w:br/>
        <w:t xml:space="preserve"> &lt;p&gt;Поляни ж жили в ті часи окремо й володарювали родами своїми... І були три брати: один на ймення Кий, а другий — Щек, а третій — Хорив, і сестра їх — Либідь. Кий сидів на горі, де нині узвіз Боричів, а Щек сидів на горі, яка нині зветься Щекавицею, а Хорив — на третій горі, через що і прозвана вона Хоривицею. І збудували вони городок на честь свого старшого брата, й нарекли його Києвом. А навколо города був ліс і пуща велика, і ловили там звірів. І були ті мужі мудрими й тямущими, і називалися вони полянами, від них в Києві є поляни й до сьогодні.</w:t>
      </w:r>
    </w:p>
    <w:p>
      <w:r>
        <w:br/>
        <w:t>Деякі ж, не знаючи, кажуть, що Кий був перевізником, бо нібито тоді біля Києва був перевіз з тієї сторони Дніпра, тому й говорили: "На перевіз на Київ". Проте коли б Кий був перевізником, то не ходив би до Царгорода. А втім, цей Кий княжив у роді своєму і ходив він до царя — не знаємо лишень до котрого, але знаємо, що великі почесті, як оповідають, віддав йому той цар, при якому він приходив. Коли ж Кий повертався, прибув на Дунай і уподобав місце, і збудував малий городок, і хотів осісти в ньому з родом своїм, та не дали йому навколишні мешканці. Отож і донині називають придунайці те городище Києвець. Кий же повернувся у свій город Київ, тут і скончався. І брати його Щек і Хорив, і сестра їх Либідь тут померли.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заснування Києва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