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коника та цвіркуна</w:t>
      </w:r>
    </w:p>
    <w:p>
      <w:r>
        <w:br/>
        <w:t xml:space="preserve"> Поезія землі не вмре ніколи,&lt;br /&gt;</w:t>
        <w:br/>
        <w:t>Опівдні, як мовчать серед гілок&lt;br /&gt;</w:t>
        <w:br/>
        <w:t>Птахи в гаю, невтомний голосок&lt;br /&gt;</w:t>
        <w:br/>
        <w:t>Обнизує покоси й частоколи.&lt;br /&gt;</w:t>
        <w:br/>
        <w:t>Це коник, він поймає гори й доли,&lt;br /&gt;</w:t>
        <w:br/>
        <w:t>На стернях довгий ведучи танок,&lt;br /&gt;</w:t>
        <w:br/>
        <w:t>А стомиться — стихає на часок&lt;br /&gt;</w:t>
        <w:br/>
        <w:t>У затінку стебла або стодоли.&lt;br /&gt;</w:t>
        <w:br/>
        <w:t>Поезія землі не оніміє:&lt;br /&gt;</w:t>
        <w:br/>
        <w:t>Коли зима в мовчання крижане&lt;br /&gt;</w:t>
        <w:br/>
        <w:t>Поля заковує, цвіркун у хаті&lt;br /&gt;</w:t>
        <w:br/>
        <w:t>Заводить пісню, що в теплі міцніє,&lt;br /&gt;</w:t>
        <w:br/>
        <w:t>Нагадуючи всім, хто задрімне,&lt;br /&gt;</w:t>
        <w:br/>
        <w:t>Спів коника в траві на сіножаті.&lt;br /&gt;</w:t>
        <w:br/>
        <w:t>(Переклад Василя Мисика)</w:t>
      </w:r>
    </w:p>
    <w:p>
      <w:r>
        <w:br/>
        <w:t>THE POETRY of earth is never dead:&lt;br /&gt;</w:t>
        <w:br/>
        <w:t>When all the birds are faint with the hot sun,&lt;br /&gt;</w:t>
        <w:br/>
        <w:t>And hide in cooling trees, a voice will run&lt;br /&gt;</w:t>
        <w:br/>
        <w:t>From hedge to hedge about the new-mown mead;&lt;br /&gt;</w:t>
        <w:br/>
        <w:t>That is the Grasshopper’s—he takes the lead 5&lt;br /&gt;</w:t>
        <w:br/>
        <w:t>In summer luxury,—he has never done&lt;br /&gt;</w:t>
        <w:br/>
        <w:t>With his delights; for when tired out with fun&lt;br /&gt;</w:t>
        <w:br/>
        <w:t>He rests at ease beneath some pleasant weed.&lt;br /&gt;</w:t>
        <w:br/>
        <w:t>The poetry of earth is ceasing never:&lt;br /&gt;</w:t>
        <w:br/>
        <w:t>On a lone winter evening, when the frost 10&lt;br /&gt;</w:t>
        <w:br/>
        <w:t>Has wrought a silence, from the stove there shrills&lt;br /&gt;</w:t>
        <w:br/>
        <w:t>The Cricket’s song, in warmth increasing ever,&lt;br /&gt;</w:t>
        <w:br/>
        <w:t>And seems to one in drowsiness half lost,&lt;br /&gt;</w:t>
        <w:br/>
        <w:t>The Grasshopper’s among some grassy hills.</w:t>
      </w:r>
    </w:p>
    <w:p>
      <w:r>
        <w:br/>
        <w:t>December 30, 1816.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коника та цвіркуна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