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Присвятний напис</w:t>
      </w:r>
    </w:p>
    <w:p>
      <w:r>
        <w:br/>
        <w:t xml:space="preserve"> Мій дар Ареєві, Незгоді та Війні.&lt;br /&gt;</w:t>
        <w:br/>
        <w:t>О друже добрий мій, допоможи старому&lt;br /&gt;</w:t>
        <w:br/>
        <w:t>Цей меч пощерблений, недобиток шолому&lt;br /&gt;</w:t>
        <w:br/>
        <w:t>І щит, мій добрий щит повісить на стіні.</w:t>
      </w:r>
    </w:p>
    <w:p>
      <w:r>
        <w:br/>
        <w:t>Візьми туди ж і лук. Ти б не повірив, ні —&lt;br /&gt;</w:t>
        <w:br/>
        <w:t>Що я коноплею по дереву твердому&lt;br /&gt;</w:t>
        <w:br/>
        <w:t>Його обмотував — він не дававсь нікому —&lt;br /&gt;</w:t>
        <w:br/>
        <w:t>I руки накладав на тятиву міцні.</w:t>
      </w:r>
    </w:p>
    <w:p>
      <w:r>
        <w:br/>
        <w:t>А от і сагайдак. Летючої, дзвінкої,&lt;br /&gt;</w:t>
        <w:br/>
        <w:t>Дарма стрілецької ти в нім шукаєш зброї&lt;br /&gt;</w:t>
        <w:br/>
        <w:t>Моїх досвідчених і прудкокрилих стріл:</w:t>
      </w:r>
    </w:p>
    <w:p>
      <w:r>
        <w:br/>
        <w:t>Я їх не розгубив. На службу нашій волі&lt;br /&gt;</w:t>
        <w:br/>
        <w:t>Я чесно їх віддав. У купах перських тіл&lt;br /&gt;</w:t>
        <w:br/>
        <w:t>Зосталися вони на Марафонськім полі.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Присвятний напис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