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Присуд</w:t>
      </w:r>
    </w:p>
    <w:p>
      <w:r>
        <w:br/>
        <w:t xml:space="preserve"> &lt;p&gt;ПРИСУД</w:t>
      </w:r>
    </w:p>
    <w:p>
      <w:r>
        <w:br/>
        <w:t>Товаришеві Яремцеві не спалося цієї ночі. Темні хмари придавили землю, і закинуте глухе містечко лежало, як потопельник у чорному баговинні. Темрява лізла в напів-розбиті шибки, і лампочка геройськи відбивала наступ ночі, освітлюючи кімнату з облупленими брудними стінами.</w:t>
      </w:r>
    </w:p>
    <w:p>
      <w:r>
        <w:br/>
        <w:t>В кімнаті вбога мебля: триногий стіл з колишніми пишними інкрустаціями, лава з селянської хати та пом'ята солома в кутку. Список "умебльовання" цілком вичерпується, коли до цього додати кілька рушниць коло дверей та кулеметних стьожок на стінах.</w:t>
      </w:r>
    </w:p>
    <w:p>
      <w:r>
        <w:br/>
        <w:t>Містечко спить, налякане невідомо ким: чи бандитами, що шугають в околицях його, чи червоноармійським загоном для боротьби з бандитизмом, що розташувався в цьому закинутому панському будинку.</w:t>
      </w:r>
    </w:p>
    <w:p>
      <w:r>
        <w:br/>
        <w:t>Не встигне сонце вщерть висіяти своє проміння й сховатися десь за сосновими шпилями столітнього бору, як містечко засинає, щоб прокинутися знову при денному світлі.</w:t>
      </w:r>
    </w:p>
    <w:p>
      <w:r>
        <w:br/>
        <w:t>Це не перша ніч, коли Яремець не спить. Останніми часами щось багато таких безсонних ночей у Яремия-Старість починає заявляти свої права, а в старості є пр° що подумати — дня замало!</w:t>
      </w:r>
    </w:p>
    <w:p>
      <w:r>
        <w:br/>
        <w:t>Тільки затихне денна турбота, Яремець ховається в свою кімнату й починає думати. І старість, і юність однаково сантиментальні. Яремець відчуває це, відчуває, в*0 муЖня твердість кидає його, що дисципліна мислення змінюється на мрійливість, але це не дуже його турбує.</w:t>
      </w:r>
    </w:p>
    <w:p>
      <w:r>
        <w:br/>
        <w:t>Старість і юність однаково сантим ентальні, тільки юність самовіддана, а старість не дуже-то офірує собою. Тільки мужність твереза, самовіддана й жорстока.</w:t>
      </w:r>
    </w:p>
    <w:p>
      <w:r>
        <w:br/>
        <w:t>Не така й старість — сорок вісім років, але десятиліття блукання на вигнанні, поневіряння в різних кутках земної кулі лишили свої глибокі незгладимі сліди, і Ярем-ця щодалі більше ваблять згадки минулого.</w:t>
      </w:r>
    </w:p>
    <w:p>
      <w:r>
        <w:br/>
        <w:t>Безсонними ночами проходить в уяві замріяна юність, і розмовляє Яремець з нею й любується з її безжурності. Коли ж твердою ходою посуває за нею мужність, зморшки на чолі стають глибші й виразніші</w:t>
      </w:r>
    </w:p>
    <w:p>
      <w:r>
        <w:br/>
        <w:t>Юність легковажна й смілива. Вона не приміряє сім разів, щоб раз одрізати. Ні, вона раз прикине оком і одріже сімдесят сім разів! От яка юність!</w:t>
      </w:r>
    </w:p>
    <w:p>
      <w:r>
        <w:br/>
        <w:t>Так і Яремець колись — три десятки років тому — вмить задумав, другої миті виконав, а третьої побачив станового з розтрощеним черепом.</w:t>
      </w:r>
    </w:p>
    <w:p>
      <w:r>
        <w:br/>
        <w:t>Така юність!</w:t>
      </w:r>
    </w:p>
    <w:p>
      <w:r>
        <w:br/>
        <w:t>Яремець не гаразд пам'ятає ті причини, що призвели його до вчинку. Тільки гостра в'їдлива зненависть, що непокоїла його в ті дні, лишила в уяві глибокі борозни. Не його, волосного писарчука, катував тоді справник, але юність самовіддана, і парубійко Яремець припинив те катування ціною власної волі</w:t>
      </w:r>
    </w:p>
    <w:p>
      <w:r>
        <w:br/>
        <w:t>Старість кохається в спогадах про минуле, і Яремець згадує, як його, засудженого до страти, визволили незнайомі люди*, а визволивши, вирядили за кордон.</w:t>
      </w:r>
    </w:p>
    <w:p>
      <w:r>
        <w:br/>
        <w:t>То був сміливий вчинок. Нападом на конвой керував відважний товариш, якого в критичну хвилю не злякали жандарські кулі, і вони щасливо вийшли з недовгого бою. Тільки відважному керівникові нападу жандарська куля проорала глибоку борозну під самісіньким волоссям, та, на щастя, не зачепила кістки...</w:t>
      </w:r>
    </w:p>
    <w:p>
      <w:r>
        <w:br/>
        <w:t>Не може тепер Яремець викликати в уяві імена й обличчя. Час старанно замітає сліди минулого. Тільки згадка пРо сміливий вчинок і тепер ще хвилює його.</w:t>
      </w:r>
    </w:p>
    <w:p>
      <w:r>
        <w:br/>
        <w:t>Ех, тепер би побільше таких людей! З такими гори можна зрушувати!</w:t>
      </w:r>
    </w:p>
    <w:p>
      <w:r>
        <w:br/>
        <w:t>У сусідній кімнаті, де міститься караул, хтось хропе. Юність не знає безсонних ночей. Вона може спати навіть стоячи.</w:t>
      </w:r>
    </w:p>
    <w:p>
      <w:r>
        <w:br/>
        <w:t>Яремець одчиняє двері й увіходить у караульню. Червоноармійці куняють при ламповому світлі, а один, схиливши голову на плече товаришеві, висвистує носом і р0. том.</w:t>
      </w:r>
    </w:p>
    <w:p>
      <w:r>
        <w:br/>
        <w:t>— Хлопці, не спать мені!</w:t>
      </w:r>
    </w:p>
    <w:p>
      <w:r>
        <w:br/>
        <w:t>Червоноармійці схоплюються і підбадьорюються.</w:t>
      </w:r>
    </w:p>
    <w:p>
      <w:r>
        <w:br/>
        <w:t>— Та ми й не спимо...</w:t>
      </w:r>
    </w:p>
    <w:p>
      <w:r>
        <w:br/>
        <w:t>— Я так собі схилився, стомився...</w:t>
      </w:r>
    </w:p>
    <w:p>
      <w:r>
        <w:br/>
        <w:t>Яремець суворо вичитує, нагадує про бандитів, лякає несподіваним наскоком, але юність легковажна, й це не вражає.</w:t>
      </w:r>
    </w:p>
    <w:p>
      <w:r>
        <w:br/>
        <w:t>Почувши балачку, з сусідньої кімнати виходить начальник загону товариш Брікен, дебелий русявий мужчина з німців-колоністів.</w:t>
      </w:r>
    </w:p>
    <w:p>
      <w:r>
        <w:br/>
        <w:t>Він безсонний, цей німець, і міцний, як бетоновий мур.</w:t>
      </w:r>
    </w:p>
    <w:p>
      <w:r>
        <w:br/>
        <w:t>— Зміни вартового на веранді,— наказав він одному, а другому кинув коротко: — В секрет!</w:t>
      </w:r>
    </w:p>
    <w:p>
      <w:r>
        <w:br/>
        <w:t>— Що, не спиться? — питає Яремець і, не очікуючи на відповідь, іде до своєї кімнати, що одночасно править і за канцелярію виїзній сесії ревтрибуналу, і за кабінет голові ревтрибуналу, яким є Яремець, та другому членові трійки. Третій член ревтрибуналу — Брікен.</w:t>
      </w:r>
    </w:p>
    <w:p>
      <w:r>
        <w:br/>
        <w:t>Загін для боротьби з бандитизмом стоїть у цьому містечку тільки другий день. Містечко залякане й засмикане, як і всі містечка під час громадянської війни.</w:t>
      </w:r>
    </w:p>
    <w:p>
      <w:r>
        <w:br/>
        <w:t>Люди якісь полохливі й неймовірні. Та і як бути довірливим, коли влада інколи змінялася куди швидше, ніж за старих часів справник, а обивателя смикав усякий, кому не лінь. Смикали й пукали більше без потреби, щоб вселити повагу до себе, а то й просто, щоб одвести душу, на якій грубою жужеллю накипіли колишні знущання, гніт та безправ'я.</w:t>
      </w:r>
    </w:p>
    <w:p>
      <w:r>
        <w:br/>
        <w:t>Хмари не пропускали світла ні місяця, ні зірок. Містечко спить, і око вартового на веранді ловить кожний рух у пітьмі, і вухо прислухається до найменшого шелесту.</w:t>
      </w:r>
    </w:p>
    <w:p>
      <w:r>
        <w:br/>
        <w:t>От здається вартовому, що хтось обережно наближається до веранди. Раптом хрускотом сухої гілки зламалася тиша.</w:t>
      </w:r>
    </w:p>
    <w:p>
      <w:r>
        <w:br/>
        <w:t>— Хто йде? — вигукнув вартовий і клацнув затвором.</w:t>
      </w:r>
    </w:p>
    <w:p>
      <w:r>
        <w:br/>
        <w:t>У відповідь один і другий постріл. Вартовий навмання вистрілив у пітьму, та на другий постріл не вистачило сили. Рушниця випала з рук, і він упав на під* логу, тим часом як варта вже стріляла пачками в пітьму.</w:t>
      </w:r>
    </w:p>
    <w:p>
      <w:r>
        <w:br/>
        <w:t>Яремець, нарешті, смикнув Брікена за рукав:</w:t>
      </w:r>
    </w:p>
    <w:p>
      <w:r>
        <w:br/>
        <w:t>— Припини стрілянину... Постріли вщухли.</w:t>
      </w:r>
    </w:p>
    <w:p>
      <w:r>
        <w:br/>
        <w:t>Винесіть сюди лампу! — наказав Яремець, а сам втупив очі в пітьму, де ледве видно було світло в чиємусь запнутому вікні. Раптом світло погасло.</w:t>
      </w:r>
    </w:p>
    <w:p>
      <w:r>
        <w:br/>
        <w:t>— Брікен, ти бачив світло?</w:t>
      </w:r>
    </w:p>
    <w:p>
      <w:r>
        <w:br/>
        <w:t>— Бачив, але зараз його немає.</w:t>
      </w:r>
    </w:p>
    <w:p>
      <w:r>
        <w:br/>
        <w:t>— Треба негайно оточити той будинок.</w:t>
      </w:r>
    </w:p>
    <w:p>
      <w:r>
        <w:br/>
        <w:t>— Я сам думаю.</w:t>
      </w:r>
    </w:p>
    <w:p>
      <w:r>
        <w:br/>
        <w:t>Червоноармійці при ламповому світлі розглядали застреленого товариша.</w:t>
      </w:r>
    </w:p>
    <w:p>
      <w:r>
        <w:br/>
        <w:t>Загона піднято на ноги, і Брікен з караулом зник у пітьмі.</w:t>
      </w:r>
    </w:p>
    <w:p>
      <w:r>
        <w:br/>
        <w:t>Підозрілого будинка оточили. Виявилося, що то школа.</w:t>
      </w:r>
    </w:p>
    <w:p>
      <w:r>
        <w:br/>
        <w:t>Довго стукали в двері, доки одчинив їх дід, напіводяг-нений і в постолах. В руках він тримав каганця.</w:t>
      </w:r>
    </w:p>
    <w:p>
      <w:r>
        <w:br/>
        <w:t>— Хто ще є в приміщенні? — суворо запитав Брікен, направивши свого маузера на дідка.</w:t>
      </w:r>
    </w:p>
    <w:p>
      <w:r>
        <w:br/>
        <w:t>Той здивовано подивився на Брікена і, нарешті, твердим голосом промовив:</w:t>
      </w:r>
    </w:p>
    <w:p>
      <w:r>
        <w:br/>
        <w:t>— Здається, нікого, крім мене.</w:t>
      </w:r>
    </w:p>
    <w:p>
      <w:r>
        <w:br/>
        <w:t>— Брешеш, як то "здається"? Брікен почервонів.</w:t>
      </w:r>
    </w:p>
    <w:p>
      <w:r>
        <w:br/>
        <w:t>— Я не брешу, товаришу, але, може, сторож тут, а може, вже пішов додому. Я зараз дізнаюсь.</w:t>
      </w:r>
    </w:p>
    <w:p>
      <w:r>
        <w:br/>
        <w:t>Абсолютно цей дідок не звертав жодної уваги на маузера. ^</w:t>
      </w:r>
    </w:p>
    <w:p>
      <w:r>
        <w:br/>
        <w:t>Брікен відчував зневагу до своєї зброї, і це нервувало його.</w:t>
      </w:r>
    </w:p>
    <w:p>
      <w:r>
        <w:br/>
        <w:t>— Стій! Заберіть у нього світло,— наказав Брікен чер-воноармійцям.</w:t>
      </w:r>
    </w:p>
    <w:p>
      <w:r>
        <w:br/>
        <w:t>Обійшли всю школу. В аудиторії якось смішно висіли заялозені мали, а парти наївно дивилися на озброєну вата-ГУ людей.</w:t>
      </w:r>
    </w:p>
    <w:p>
      <w:r>
        <w:br/>
        <w:t>Ти хто такий? — спитав Брікен дідка.. Я вчитель цієї школи... Аж тепер Брікен відчув нічим не виправдану грубість Св?го поводження з цим чоловіком. Звичайно, погашене СвіТло під час стрілянини не може бути матеріалом до об-ВИнУвачення... Це ж смішно! Ну, злякався чоловік та й °гасив каганця. І вже для власного спокою Брікен ввічли-Во запитав:</w:t>
      </w:r>
    </w:p>
    <w:p>
      <w:r>
        <w:br/>
        <w:t>— А чого у вас погасло світло після стрілянини? Учитель знову здивовано підняв брови.</w:t>
      </w:r>
    </w:p>
    <w:p>
      <w:r>
        <w:br/>
        <w:t>— У мене світло цієї ночі зовсім не горіло.</w:t>
      </w:r>
    </w:p>
    <w:p>
      <w:r>
        <w:br/>
        <w:t>— Як же ж не горіло, коли я сам бачив десять хвилин тому світло у вашому вікні?</w:t>
      </w:r>
    </w:p>
    <w:p>
      <w:r>
        <w:br/>
        <w:t>Підозріння, що розвіялися під впливом мирної шкільної обстановки та спокійного поводження вчителя, знову набрали нечуваної гостроти.</w:t>
      </w:r>
    </w:p>
    <w:p>
      <w:r>
        <w:br/>
        <w:t>— Та я й пострілів не чув,— ніяково з посмішкою знизав плечима вчитель.</w:t>
      </w:r>
    </w:p>
    <w:p>
      <w:r>
        <w:br/>
        <w:t>Брікен вмить спалахнув.</w:t>
      </w:r>
    </w:p>
    <w:p>
      <w:r>
        <w:br/>
        <w:t>— Ви не торочте мені дурниць! Ви, певно, про напад нічого не знаєте? Маєте мене за дурня?</w:t>
      </w:r>
    </w:p>
    <w:p>
      <w:r>
        <w:br/>
        <w:t>Тепер Брікен був певен, що цей дідок дуже обережний і досвідчений бандит, який світлом або сигналізував банді, або... Що саме ще міг робити дідок, Брікен не знав.</w:t>
      </w:r>
    </w:p>
    <w:p>
      <w:r>
        <w:br/>
        <w:t>Коли повертались до панського будинку, два червоно-армійці міцно тримали вчителя за руки, а Брікен держав маузера напоготові. Школу лишили під охороною до ранку.</w:t>
      </w:r>
    </w:p>
    <w:p>
      <w:r>
        <w:br/>
        <w:t>Учителя привели до караульні, і тут тільки Брікен при більшому світлі роздивився на нього. Це був ще кремезний дід років під шістдесят, з-під насунутої на лоба шапчини стирчало біле кучеряве волосся, а брови кидали чорні тіш на очні ямки.</w:t>
      </w:r>
    </w:p>
    <w:p>
      <w:r>
        <w:br/>
        <w:t>Яремець увійшов до караульні й розглядав арештованого. Коло дверей на соломі лежав труп забитого червоноармійця, закритий шинелею.</w:t>
      </w:r>
    </w:p>
    <w:p>
      <w:r>
        <w:br/>
        <w:t>— Зв'яжіть йому руки назад! Дві рушниці напоготові! Посилити секрети! — коротко кинув Брікен і пішов до своєї кімнати.</w:t>
      </w:r>
    </w:p>
    <w:p>
      <w:r>
        <w:br/>
        <w:t>Яремець ще раз оглянув арештованого, а той дивився кудись убік, і на обличчі йому застигло здивовання.</w:t>
      </w:r>
    </w:p>
    <w:p>
      <w:r>
        <w:br/>
        <w:t>— Глядіть, хлопці, доглядайте як слід! Не розмовлять з арештованим! — наказав Яремець і пішов з кімнати.</w:t>
      </w:r>
    </w:p>
    <w:p>
      <w:r>
        <w:br/>
        <w:t>На ранок трійка ревтрибу вчинила допит. Арештований сидів, насунувши шапку, і здивовання не сходило з його обличчя.</w:t>
      </w:r>
    </w:p>
    <w:p>
      <w:r>
        <w:br/>
        <w:t>— Хто такий?</w:t>
      </w:r>
    </w:p>
    <w:p>
      <w:r>
        <w:br/>
        <w:t>Арештований назвав своє ім'я. Розповів, що він вчителює в цьому містечку уже двадцять років, про свою революційну діяльність. І коли судді слухали про революційну діяльність, то всміхалися. Всі бандити старанно підкреслюють своє революційне минуле. На вимогу вказати на своїх співучасників, учитель здивовано знизав плечи-ма й нічого не відповів.</w:t>
      </w:r>
    </w:p>
    <w:p>
      <w:r>
        <w:br/>
        <w:t>Підсудний ще раз потвердив, що минулої ночі він світла не світив, бо, стомлений денною роботою, ліг спати на заході сонця.</w:t>
      </w:r>
    </w:p>
    <w:p>
      <w:r>
        <w:br/>
        <w:t>Не лишалося сумнівів, що вони мають діло з упертим бандитом, який одкидає навіть те, що на власні очі бацили члени трійки.</w:t>
      </w:r>
    </w:p>
    <w:p>
      <w:r>
        <w:br/>
        <w:t>Вирок ревтрибу був короткий: "Розстріляти".</w:t>
      </w:r>
    </w:p>
    <w:p>
      <w:r>
        <w:br/>
        <w:t>Підсудний, почувши присуда, тільки пильно подивився на своїх суддів, але нічого не сказав. Два вартових повели його до караульні, а він ступав не твердо, як до того, і очі з німим запитанням дивилися на людей і на речі.</w:t>
      </w:r>
    </w:p>
    <w:p>
      <w:r>
        <w:br/>
        <w:t>По обіді мали виконувати вирок.</w:t>
      </w:r>
    </w:p>
    <w:p>
      <w:r>
        <w:br/>
        <w:t>Брікен з десятком червоно армійців повели засудженого на пустельну леваду, де перед тим викопали яму. Позаду йшов Яремець.</w:t>
      </w:r>
    </w:p>
    <w:p>
      <w:r>
        <w:br/>
        <w:t>На леваді коло ями поставили засудженого на смерть, а Яремець, стоячи збоку, не зводив з нього очей. Дорогою до левади, чи/може, ще в караульні, дідок скинув шапку, і тепер вітер, що роздирав хмари угорі, куйовдив його сиве волосся.</w:t>
      </w:r>
    </w:p>
    <w:p>
      <w:r>
        <w:br/>
        <w:t>Але чого це смикнулося Яремцеве тіло, немов по ньому пройшов електричний струм?</w:t>
      </w:r>
    </w:p>
    <w:p>
      <w:r>
        <w:br/>
        <w:t>Яремець шарпнувся наперед і, зупинившись у трьох кроках од засудженого, пильно вдивлявся в нього.</w:t>
      </w:r>
    </w:p>
    <w:p>
      <w:r>
        <w:br/>
        <w:t>Брікенові нарешті набридло це. Тут треба виконувати присуда, а Яремець, що загалом якось чудно поводиться останніми часами, заважає.</w:t>
      </w:r>
    </w:p>
    <w:p>
      <w:r>
        <w:br/>
        <w:t>— Товаришу Яремець, треба ж присуда виконувати! — Дражливо вигукував він.</w:t>
      </w:r>
    </w:p>
    <w:p>
      <w:r>
        <w:br/>
        <w:t>А Яремець тим часом запитував дідка.</w:t>
      </w:r>
    </w:p>
    <w:p>
      <w:r>
        <w:br/>
        <w:t>— Ви не були в Харкові тисяча вісімсот дев'яносто першого року?</w:t>
      </w:r>
    </w:p>
    <w:p>
      <w:r>
        <w:br/>
        <w:t>— Був...— відповів дідок.</w:t>
      </w:r>
    </w:p>
    <w:p>
      <w:r>
        <w:br/>
        <w:t>— Що ви там робили?</w:t>
      </w:r>
    </w:p>
    <w:p>
      <w:r>
        <w:br/>
        <w:t>— Керував бойовою групою партії...</w:t>
      </w:r>
    </w:p>
    <w:p>
      <w:r>
        <w:br/>
        <w:t>— А мене ви не пам'ятаєте?.. Того парубка, що в Ясеневому станового вбив?..</w:t>
      </w:r>
    </w:p>
    <w:p>
      <w:r>
        <w:br/>
        <w:t>ДІД знизав плечима, потім гостро допитливо подивився на Яремця.</w:t>
      </w:r>
    </w:p>
    <w:p>
      <w:r>
        <w:br/>
        <w:t>~— Обличчя не пригадую, але випадок такий пам'ятаю... Сумніву не було. Це той самий, що з товаришами визволяв Яремця.</w:t>
      </w:r>
    </w:p>
    <w:p>
      <w:r>
        <w:br/>
        <w:t>Червоний рубець під волоссям...</w:t>
      </w:r>
    </w:p>
    <w:p>
      <w:r>
        <w:br/>
        <w:t>Старість сантиментальна, і Яремець у другу мить стискував засудженому руку... Брікен підійшов до Яремця.</w:t>
      </w:r>
    </w:p>
    <w:p>
      <w:r>
        <w:br/>
        <w:t>— Товаришу Яремець,— сказав він сухо офіційно,— ми мусимо виконувати присуда!</w:t>
      </w:r>
    </w:p>
    <w:p>
      <w:r>
        <w:br/>
        <w:t>Яремець подивився на Брікена з прозорою дитячою посмішкою.</w:t>
      </w:r>
    </w:p>
    <w:p>
      <w:r>
        <w:br/>
        <w:t>— Голубчику, та це ж той, що колись мене урятував!..</w:t>
      </w:r>
    </w:p>
    <w:p>
      <w:r>
        <w:br/>
        <w:t>— Але присуда винесено? — не здавався Брікен. Тоді тоном наказу Яремець сказав:</w:t>
      </w:r>
    </w:p>
    <w:p>
      <w:r>
        <w:br/>
        <w:t>— Я як голова трійки знімаю свого підписа з присуду. Справа буде переглянута!</w:t>
      </w:r>
    </w:p>
    <w:p>
      <w:r>
        <w:br/>
        <w:t>Брікен знизав плечима.</w:t>
      </w:r>
    </w:p>
    <w:p>
      <w:r>
        <w:br/>
        <w:t>— Накажіть одвести підсудного до караульні... Назад ішли мовчки. Спереду вчитель, оточений черво-</w:t>
      </w:r>
    </w:p>
    <w:p>
      <w:r>
        <w:br/>
        <w:t>ноармійцями під командою Брікена, а позаду, замислившись, Яремець.</w:t>
      </w:r>
    </w:p>
    <w:p>
      <w:r>
        <w:br/>
        <w:t>Осіннє сонце, що надвечір спромоглося продерти хмари, схилялося над обрієм і сіяло своє золотаве насіння у вогку землю.</w:t>
      </w:r>
    </w:p>
    <w:p>
      <w:r>
        <w:br/>
        <w:t>Яремець дивився на сонце й на хмари, що повзли навперейми золотому світилу, але не помічав їх. Думки його топталися коло присуду...</w:t>
      </w:r>
    </w:p>
    <w:p>
      <w:r>
        <w:br/>
        <w:t>А що, як дійсно цей дідок у спілці з бандитами? Що тоді? Розстріляти?..</w:t>
      </w:r>
    </w:p>
    <w:p>
      <w:r>
        <w:br/>
        <w:t>А найголовніше — це безглузде заперечення факту, свідками якого були самі судді. Сказав би він, що світив тоді світло, а злякавшись пострілів, загасив,— і був би правий.</w:t>
      </w:r>
    </w:p>
    <w:p>
      <w:r>
        <w:br/>
        <w:t>У штабі Яремець не підійшов до дідка. І навіть не глянув у його бік, проходячи караульнею. У своїй кімнаті він ліг на солому. Неймовірна втома опанувала всім тілом.</w:t>
      </w:r>
    </w:p>
    <w:p>
      <w:r>
        <w:br/>
        <w:t>— Товаришу Яремець, що це за чортовина? — запитав Брікен, ледве переступивши поріг кімнати.</w:t>
      </w:r>
    </w:p>
    <w:p>
      <w:r>
        <w:br/>
        <w:t>— Я й сам не знаю... Але ж, розумієте, він, безперечно він урятував мене од шибениці... Не може ж...— Яремець махнув рукою і заплющив очі... Під віями заблищала роса...</w:t>
      </w:r>
    </w:p>
    <w:p>
      <w:r>
        <w:br/>
        <w:t>Брікен ходив важкими кроками по кімнаті і шРсЬ думав.</w:t>
      </w:r>
    </w:p>
    <w:p>
      <w:r>
        <w:br/>
        <w:t>— Ну, що ж... Завтра переглянемо справу...— і вИ~ йшов з кімнати.</w:t>
      </w:r>
    </w:p>
    <w:p>
      <w:r>
        <w:br/>
        <w:t>На ніч дозори побільшили, а перед верандою поставили секрет. Л г</w:t>
      </w:r>
    </w:p>
    <w:p>
      <w:r>
        <w:br/>
        <w:t>Коло школи стояв караул, але ніхто до неї й не намагався заходити. Видимо, про арешт учителя в містечку знали й боялися підходити близько до нещасливого місця...</w:t>
      </w:r>
    </w:p>
    <w:p>
      <w:r>
        <w:br/>
        <w:t>Як засвітили вже світло, зайшов Яремець до кімнати Брі-кена. Там нікого не було... Намірився йти до караульні й зустрів у коридорі Брікена.</w:t>
      </w:r>
    </w:p>
    <w:p>
      <w:r>
        <w:br/>
        <w:t>Брікен схопив його за руку й кинув одне лише слово:</w:t>
      </w:r>
    </w:p>
    <w:p>
      <w:r>
        <w:br/>
        <w:t>— Ходім!</w:t>
      </w:r>
    </w:p>
    <w:p>
      <w:r>
        <w:br/>
        <w:t>Яремець пішов з ним через караульню, де під охороною двох вартових у кутку куняв дідок, а лампа оглядала кімнату прискаленим каламутним оком.</w:t>
      </w:r>
    </w:p>
    <w:p>
      <w:r>
        <w:br/>
        <w:t>Вийшли на веранду, і Брікен сіпнув Яремця за руку.</w:t>
      </w:r>
    </w:p>
    <w:p>
      <w:r>
        <w:br/>
        <w:t>— Дивись,— і показав на школу. Яремець побачив світло у вікні і спитав:</w:t>
      </w:r>
    </w:p>
    <w:p>
      <w:r>
        <w:br/>
        <w:t>— Ти дозволив хлопцям розташуватись там?</w:t>
      </w:r>
    </w:p>
    <w:p>
      <w:r>
        <w:br/>
        <w:t>— Ні, там нікого немає. Я посилав дізнатись... То відблиски із нашого вікна... Я перевірив...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