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Приспівки</w:t>
      </w:r>
    </w:p>
    <w:p>
      <w:r>
        <w:br/>
        <w:t xml:space="preserve"> Ладки, ладоньки, ладусі,</w:t>
      </w:r>
    </w:p>
    <w:p>
      <w:r>
        <w:br/>
        <w:t>Ой ладусі, ладки!</w:t>
      </w:r>
    </w:p>
    <w:p>
      <w:r>
        <w:br/>
        <w:t>Де були ви?</w:t>
      </w:r>
    </w:p>
    <w:p>
      <w:r>
        <w:br/>
        <w:t>У бабусі.</w:t>
      </w:r>
    </w:p>
    <w:p>
      <w:r>
        <w:br/>
        <w:t>Що їли?</w:t>
      </w:r>
    </w:p>
    <w:p>
      <w:r>
        <w:br/>
        <w:t>Оладки.</w:t>
      </w:r>
    </w:p>
    <w:p>
      <w:r>
        <w:br/>
        <w:t>З чим оладки?</w:t>
      </w:r>
    </w:p>
    <w:p>
      <w:r>
        <w:br/>
        <w:t>Із медком</w:t>
      </w:r>
    </w:p>
    <w:p>
      <w:r>
        <w:br/>
        <w:t>Та з солодким молочком.</w:t>
      </w:r>
    </w:p>
    <w:p>
      <w:r>
        <w:br/>
        <w:t>А де брали медок?</w:t>
      </w:r>
    </w:p>
    <w:p>
      <w:r>
        <w:br/>
        <w:t>Діставали у бджілок.</w:t>
      </w:r>
    </w:p>
    <w:p>
      <w:r>
        <w:br/>
        <w:t>У садку зеленому,</w:t>
      </w:r>
    </w:p>
    <w:p>
      <w:r>
        <w:br/>
        <w:t>Під рясними кленами;</w:t>
      </w:r>
    </w:p>
    <w:p>
      <w:r>
        <w:br/>
        <w:t>Під кленами,</w:t>
      </w:r>
    </w:p>
    <w:p>
      <w:r>
        <w:br/>
        <w:t>Під липами,</w:t>
      </w:r>
    </w:p>
    <w:p>
      <w:r>
        <w:br/>
        <w:t>Де ягоди розсипані.</w:t>
      </w:r>
    </w:p>
    <w:p>
      <w:r>
        <w:br/>
        <w:t>Хто розсипав?</w:t>
      </w:r>
    </w:p>
    <w:p>
      <w:r>
        <w:br/>
        <w:t>Гуси.</w:t>
      </w:r>
    </w:p>
    <w:p>
      <w:r>
        <w:br/>
        <w:t>Хто збере?</w:t>
      </w:r>
    </w:p>
    <w:p>
      <w:r>
        <w:br/>
        <w:t>Бабуся.</w:t>
      </w:r>
    </w:p>
    <w:p>
      <w:r>
        <w:br/>
        <w:t>Хто поїсть?</w:t>
      </w:r>
    </w:p>
    <w:p>
      <w:r>
        <w:br/>
        <w:t>Дитинка —</w:t>
      </w:r>
    </w:p>
    <w:p>
      <w:r>
        <w:br/>
        <w:t>Дівчинка Маринка.</w:t>
      </w:r>
    </w:p>
    <w:p>
      <w:r>
        <w:br/>
        <w:t>&lt;br /&gt;</w:t>
        <w:br/>
        <w:t>***</w:t>
      </w:r>
    </w:p>
    <w:p>
      <w:r>
        <w:br/>
        <w:t>&lt;br /&gt;</w:t>
        <w:br/>
        <w:t>Ой чук-чуки,</w:t>
      </w:r>
    </w:p>
    <w:p>
      <w:r>
        <w:br/>
        <w:t>Чуки-на!</w:t>
      </w:r>
    </w:p>
    <w:p>
      <w:r>
        <w:br/>
        <w:t>Наша доня</w:t>
      </w:r>
    </w:p>
    <w:p>
      <w:r>
        <w:br/>
        <w:t>Чепурна.</w:t>
      </w:r>
    </w:p>
    <w:p>
      <w:r>
        <w:br/>
        <w:t>В неї на голівці</w:t>
      </w:r>
    </w:p>
    <w:p>
      <w:r>
        <w:br/>
        <w:t>Жовті чорнобривці,</w:t>
      </w:r>
    </w:p>
    <w:p>
      <w:r>
        <w:br/>
        <w:t>І віночок</w:t>
      </w:r>
    </w:p>
    <w:p>
      <w:r>
        <w:br/>
        <w:t>З конюшини,</w:t>
      </w:r>
    </w:p>
    <w:p>
      <w:r>
        <w:br/>
        <w:t>І намисто</w:t>
      </w:r>
    </w:p>
    <w:p>
      <w:r>
        <w:br/>
        <w:t>Із шипшини,</w:t>
      </w:r>
    </w:p>
    <w:p>
      <w:r>
        <w:br/>
        <w:t>І листок красольки,</w:t>
      </w:r>
    </w:p>
    <w:p>
      <w:r>
        <w:br/>
        <w:t>Наче парасолька,</w:t>
      </w:r>
    </w:p>
    <w:p>
      <w:r>
        <w:br/>
        <w:t>І широкий</w:t>
      </w:r>
    </w:p>
    <w:p>
      <w:r>
        <w:br/>
        <w:t>Лопушок,</w:t>
      </w:r>
    </w:p>
    <w:p>
      <w:r>
        <w:br/>
        <w:t>Мов зелений</w:t>
      </w:r>
    </w:p>
    <w:p>
      <w:r>
        <w:br/>
        <w:t>Фартушок!</w:t>
      </w:r>
    </w:p>
    <w:p>
      <w:r>
        <w:br/>
        <w:t>&lt;br /&gt;</w:t>
        <w:br/>
        <w:t>***</w:t>
      </w:r>
    </w:p>
    <w:p>
      <w:r>
        <w:br/>
        <w:t>&lt;br /&gt;</w:t>
        <w:br/>
        <w:t>Люлі, люлі, люлі,</w:t>
      </w:r>
    </w:p>
    <w:p>
      <w:r>
        <w:br/>
        <w:t>Прилетіли гулі,</w:t>
      </w:r>
    </w:p>
    <w:p>
      <w:r>
        <w:br/>
        <w:t>Гулі,</w:t>
      </w:r>
    </w:p>
    <w:p>
      <w:r>
        <w:br/>
        <w:t>Гулі,</w:t>
      </w:r>
    </w:p>
    <w:p>
      <w:r>
        <w:br/>
        <w:t>Голуби,</w:t>
      </w:r>
    </w:p>
    <w:p>
      <w:r>
        <w:br/>
        <w:t>Сірі,</w:t>
      </w:r>
    </w:p>
    <w:p>
      <w:r>
        <w:br/>
        <w:t>Білі</w:t>
      </w:r>
    </w:p>
    <w:p>
      <w:r>
        <w:br/>
        <w:t>Та рябі.</w:t>
      </w:r>
    </w:p>
    <w:p>
      <w:r>
        <w:br/>
        <w:t>Поскладали</w:t>
      </w:r>
    </w:p>
    <w:p>
      <w:r>
        <w:br/>
        <w:t>Гулі крильця,</w:t>
      </w:r>
    </w:p>
    <w:p>
      <w:r>
        <w:br/>
        <w:t>Посідали</w:t>
      </w:r>
    </w:p>
    <w:p>
      <w:r>
        <w:br/>
        <w:t>Всі на бильця,</w:t>
      </w:r>
    </w:p>
    <w:p>
      <w:r>
        <w:br/>
        <w:t>Стали думать,</w:t>
      </w:r>
    </w:p>
    <w:p>
      <w:r>
        <w:br/>
        <w:t>Міркувать:</w:t>
      </w:r>
    </w:p>
    <w:p>
      <w:r>
        <w:br/>
        <w:t>Що Маринці</w:t>
      </w:r>
    </w:p>
    <w:p>
      <w:r>
        <w:br/>
        <w:t>Дарувать?</w:t>
      </w:r>
    </w:p>
    <w:p>
      <w:r>
        <w:br/>
        <w:t>Дарували</w:t>
      </w:r>
    </w:p>
    <w:p>
      <w:r>
        <w:br/>
        <w:t>Черевички,</w:t>
      </w:r>
    </w:p>
    <w:p>
      <w:r>
        <w:br/>
        <w:t>Щоб ходити</w:t>
      </w:r>
    </w:p>
    <w:p>
      <w:r>
        <w:br/>
        <w:t>До кринички,</w:t>
      </w:r>
    </w:p>
    <w:p>
      <w:r>
        <w:br/>
        <w:t>Щоб у ніжки-ходунці</w:t>
      </w:r>
    </w:p>
    <w:p>
      <w:r>
        <w:br/>
        <w:t>Не кололи камінці.</w:t>
      </w:r>
    </w:p>
    <w:p>
      <w:r>
        <w:br/>
        <w:t>Дарували їй</w:t>
      </w:r>
    </w:p>
    <w:p>
      <w:r>
        <w:br/>
        <w:t>Хустинку,</w:t>
      </w:r>
    </w:p>
    <w:p>
      <w:r>
        <w:br/>
        <w:t>Щоб пов'язувать</w:t>
      </w:r>
    </w:p>
    <w:p>
      <w:r>
        <w:br/>
        <w:t>Маринку,</w:t>
      </w:r>
    </w:p>
    <w:p>
      <w:r>
        <w:br/>
        <w:t>Щоб гаряче сонечко</w:t>
      </w:r>
    </w:p>
    <w:p>
      <w:r>
        <w:br/>
        <w:t>Не палило донечку.</w:t>
      </w:r>
    </w:p>
    <w:p>
      <w:r>
        <w:br/>
        <w:t>Дарували їй</w:t>
      </w:r>
    </w:p>
    <w:p>
      <w:r>
        <w:br/>
        <w:t>Перинку —</w:t>
      </w:r>
    </w:p>
    <w:p>
      <w:r>
        <w:br/>
        <w:t>Укладати спать</w:t>
      </w:r>
    </w:p>
    <w:p>
      <w:r>
        <w:br/>
        <w:t>Маринку,</w:t>
      </w:r>
    </w:p>
    <w:p>
      <w:r>
        <w:br/>
        <w:t>Щоб дівчатко-золотко</w:t>
      </w:r>
    </w:p>
    <w:p>
      <w:r>
        <w:br/>
        <w:t>Спало тихо й солодко...</w:t>
      </w:r>
    </w:p>
    <w:p>
      <w:r>
        <w:br/>
        <w:t>Спить у ліжечку дитина.</w:t>
      </w:r>
    </w:p>
    <w:p>
      <w:r>
        <w:br/>
        <w:t>Тихі сни до неї линуть</w:t>
      </w:r>
    </w:p>
    <w:p>
      <w:r>
        <w:br/>
        <w:t>Через балки та горби,</w:t>
      </w:r>
    </w:p>
    <w:p>
      <w:r>
        <w:br/>
        <w:t>Наче білі голуби.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Приспівки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