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Природо-мати!</w:t>
      </w:r>
    </w:p>
    <w:p>
      <w:r>
        <w:br/>
        <w:t xml:space="preserve"> Природо-мати! кожен з нас змарнілих,&lt;br /&gt;</w:t>
        <w:br/>
        <w:t>Життям важким натомлених та хворих,&lt;br /&gt;</w:t>
        <w:br/>
        <w:t>Намучившись усім, що серце й душу&lt;br /&gt;</w:t>
        <w:br/>
        <w:t>Вражає глибоко,— до тебе йде.&lt;br /&gt;</w:t>
        <w:br/>
        <w:t>Велика мати всім! ти хворе серце&lt;br /&gt;</w:t>
        <w:br/>
        <w:t>Так згоїти, зцілити в грудях можеш,&lt;br /&gt;</w:t>
        <w:br/>
        <w:t>Як не загоїть людськая рука.</w:t>
      </w:r>
    </w:p>
    <w:p>
      <w:r>
        <w:br/>
        <w:t>В порожньому житті немає втіхи.</w:t>
      </w:r>
    </w:p>
    <w:p>
      <w:r>
        <w:br/>
        <w:t>Усе розбито, все!.... А ти сіяєш</w:t>
      </w:r>
    </w:p>
    <w:p>
      <w:r>
        <w:br/>
        <w:t>Високою могучою красою,</w:t>
      </w:r>
    </w:p>
    <w:p>
      <w:r>
        <w:br/>
        <w:t>Ти повна завсігди життя, надій,—</w:t>
      </w:r>
    </w:p>
    <w:p>
      <w:r>
        <w:br/>
        <w:t>І кожен з нас іде до тебе душу</w:t>
      </w:r>
    </w:p>
    <w:p>
      <w:r>
        <w:br/>
        <w:t>Надією тією напоїти,</w:t>
      </w:r>
    </w:p>
    <w:p>
      <w:r>
        <w:br/>
        <w:t>Щоб щастя крихту хоч одну знайте.</w:t>
      </w:r>
    </w:p>
    <w:p>
      <w:r>
        <w:br/>
        <w:t>Так, ідемо і просимо, благаєм&lt;br /&gt;</w:t>
        <w:br/>
        <w:t>Нас пригорнуть на материні груди,&lt;br /&gt;</w:t>
        <w:br/>
        <w:t>Нас приголубити, бо серце плаче,&lt;br /&gt;</w:t>
        <w:br/>
        <w:t>Бо розривається воно від мук!..&lt;br /&gt;</w:t>
        <w:br/>
        <w:t>І слухаєш ти нас, велика мати,&lt;br /&gt;</w:t>
        <w:br/>
        <w:t>І пригортаєш — у холодне лоно,&lt;br /&gt;</w:t>
        <w:br/>
        <w:t>Холодна, нас ховаючи навік...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Природо-мати!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