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Принц хмар</w:t>
      </w:r>
    </w:p>
    <w:p>
      <w:r>
        <w:br/>
        <w:t xml:space="preserve"> &lt;p&gt;У ті часи, коли дерева вирішили втекти з міста, на горищі найвищого кам'яного будинку жив хлопчина, котрий над усе в світі хотів полетіти й стати Принцом хмар.</w:t>
      </w:r>
    </w:p>
    <w:p>
      <w:r>
        <w:br/>
        <w:t>— Як ви навчилися літати? — питав він у птахів. Але ті замість відповіді весело затріпотіли крильми й полетіли за виднокіл.</w:t>
      </w:r>
    </w:p>
    <w:p>
      <w:r>
        <w:br/>
        <w:t>— Як стати Принцом хмар? — допитувався він у вітра-всезнайка, проте той тільки засміявся і помчав далі...</w:t>
      </w:r>
    </w:p>
    <w:p>
      <w:r>
        <w:br/>
        <w:t>Що ж залишалося хлопчині? Тільки одне — міцно притиснутися лобом до шибки вікна своєї кімнатинки в небі й вислуховувати новини, які приносили хмари з усіх кінців світу. В їхньому будинку мешкали дрібні чиновники, що приїхали в місто на заробітки і ще не мали сімей. Дітей хлопчак бачив лише за вікнами сусідніх будинків. А коли він виглядав з вікна, то дивувався безлічі дрібненьких постатей, які, мов сновиди, вешталися вулицею.</w:t>
      </w:r>
    </w:p>
    <w:p>
      <w:r>
        <w:br/>
        <w:t>Тому й не дивно, що хлопчина вподобав хмари, надто вранішні, найнепосидючіші, які здатні перетворюватися на справжнього ведмедя, зафарбовуватися у рожевий колір. Подеколи йому здавалося, ніби хмари кличуть його з собою, але щойно починали вони пливти по небу, як відразу ж розпадалися, наче пушинки перестиглої кульбаби, й, пронизані сонячним промінням, зникали.</w:t>
      </w:r>
    </w:p>
    <w:p>
      <w:r>
        <w:br/>
        <w:t>Ніхто не знає, скільки часу день у день простоював хлопчина біля вікна. Аж ось одного дня побачив він невеличку хмаринку, що стрімко летіла прямісінько на нього.</w:t>
      </w:r>
    </w:p>
    <w:p>
      <w:r>
        <w:br/>
        <w:t>— Егей, непосидо! — гукнув хлопчина.— Зупинись на часинку.</w:t>
      </w:r>
    </w:p>
    <w:p>
      <w:r>
        <w:br/>
        <w:t>— Ну й зупинилася! Чого тобі треба?</w:t>
      </w:r>
    </w:p>
    <w:p>
      <w:r>
        <w:br/>
        <w:t>— Хочу полетіти разом з тобою і стати Принцом хмар...</w:t>
      </w:r>
    </w:p>
    <w:p>
      <w:r>
        <w:br/>
        <w:t>— Не мели дурниць! Досі ще жоден хлопчик не навчився літати, а тим паче не став Принцом хмар. Забудь про це...— Хмаринка осудливо глянула на зніченого хлопчака, а той прошепотів:</w:t>
      </w:r>
    </w:p>
    <w:p>
      <w:r>
        <w:br/>
        <w:t>— Як же забути про це?! Та й навіщо? Якщо є Принц хмар, котрий із сутінками спускається на землю і затіває ігри з самотніми дітьми, чому б і мені ним не стати? Все одно я завжди сам-самісінький...— Хлопчина сумно похилив голову, а хмарка ніжно погладила його по обличчю.</w:t>
      </w:r>
    </w:p>
    <w:p>
      <w:r>
        <w:br/>
        <w:t>— Це неможливо, дурненький! Щоб стати Принцом хмар, треба спершу пройти через Золоті ворота, а це ще нікому не вдалося! — Хмарка полетіла в небо, а хлопчак надовго поринув у роздуми.</w:t>
      </w:r>
    </w:p>
    <w:p>
      <w:r>
        <w:br/>
        <w:t>— Що сталося з нашим маленьким? — занепокоїлася мати.— Перестав їсти, всміхатися...— Вона відчула тривогу в серці, але вже на другий день забула про неї. Треба було йти в бетонні лабіринти міста й шукати, де б заробити на шматок хліба. Хлсщчак залишився сам. Чи день минув? Чи вічність? А може, лише година? Він дивився крізь вікно і зненацька почув чийсь голос:</w:t>
      </w:r>
    </w:p>
    <w:p>
      <w:r>
        <w:br/>
        <w:t>— Допоможи мені, брате! Рятуй мене!...</w:t>
      </w:r>
    </w:p>
    <w:p>
      <w:r>
        <w:br/>
        <w:t>"Хто б то міг бути?" — Він нахилився через підвіконня. Вулицею, як і завжди, вешталися люди. Ніхто й голови не підвів. "Може, мені вчулося?" — подумав хлопчина, коли це той самий голос знову попрохав:</w:t>
      </w:r>
    </w:p>
    <w:p>
      <w:r>
        <w:br/>
        <w:t>— Рятуй мене, брате! Тільки не барися...</w:t>
      </w:r>
    </w:p>
    <w:p>
      <w:r>
        <w:br/>
        <w:t>Коли хлопчик пильніше глянув на підлогу, то між дощок помітив плямисту ящірку, яка намагалася звільнити свого хвоста.</w:t>
      </w:r>
    </w:p>
    <w:p>
      <w:r>
        <w:br/>
        <w:t>"Звідки вона тут узялася?"— Хлопець здивовано здвигнув плечима. Ящірка ж знову нагадала, щоб поквапився, бо вона, Мерсада, уже ледь дихає від болю. Хлопчик обережно, двома пальцями, взяв ящірку і легенько, щоб не відірвати їй хвоста, поглянув до себе.</w:t>
      </w:r>
    </w:p>
    <w:p>
      <w:r>
        <w:br/>
        <w:t>— Не бійся, виросте другий! — нетерпляче мовила та. Малий зчудувався: звідки вона знає його думки? Відтак, оговтавшись, потягнув ящірку сильніше.</w:t>
      </w:r>
    </w:p>
    <w:p>
      <w:r>
        <w:br/>
        <w:t>— Нарешті я вільна! — Мала полонянка полегшено зітхнула і на радощах замахала обірваним хвостом.— Дякую тобі від імені всього Племені ящірок, і проси в мене все, чого тільки захочеш! — Вона смішно витягнула свою плескату голову, а ошелешений хлопчик ледь чутно прожебонів:</w:t>
      </w:r>
    </w:p>
    <w:p>
      <w:r>
        <w:br/>
        <w:t>— Хто ти така? І що я можу в тебе просити?</w:t>
      </w:r>
    </w:p>
    <w:p>
      <w:r>
        <w:br/>
        <w:t>— Я тобі вже сказала. Я — Мерсада, принцеса Племені ящірок, яким лише раз у сто мільйонів років дозволяється покидати зірку Бангалору! — В золотавих очах ящірки відбився промінець сонця, і всю кімнату відразу залило яскраве світло.</w:t>
      </w:r>
    </w:p>
    <w:p>
      <w:r>
        <w:br/>
        <w:t>— А де ж та зірка? — Хлопчик нахилився до ящірки, однак та похитала головою.</w:t>
      </w:r>
    </w:p>
    <w:p>
      <w:r>
        <w:br/>
        <w:t>— Не можу тобі цього сказати! Дуже далекий шлях до неї... Втім, бувай, мені вже час в дорогу. На пам'ять залишаю тобі свою шкіру, вона виконає все, чого ти забажаєш, крім безглуздя і зла. Закарбуй це собі на носі. І ще запам'ятай: мій дарунок зможе виконати лише три твої бажання! — І мала гостя зникла.</w:t>
      </w:r>
    </w:p>
    <w:p>
      <w:r>
        <w:br/>
        <w:t>Хлопчина роззирнувся довкола, а потім мимохідь глянув на свою долоню й закляк: на ній біліла Мерсадина шкіра.</w:t>
      </w:r>
    </w:p>
    <w:p>
      <w:r>
        <w:br/>
        <w:t>Значить, усе було наяву.</w:t>
      </w:r>
    </w:p>
    <w:p>
      <w:r>
        <w:br/>
        <w:t>— От якби мені полетіти! — прошепотів він замріяно. І, о диво! Тієї ж миті перед ним розступилася стіна і Східний вітер, підхопивши його, поніс у небо.</w:t>
      </w:r>
    </w:p>
    <w:p>
      <w:r>
        <w:br/>
        <w:t>— Вище, ще вище! — весело наспівував вітер.— Далеко зірка Бангалора, а ще далі Золоті ворота.</w:t>
      </w:r>
    </w:p>
    <w:p>
      <w:r>
        <w:br/>
        <w:t>— Що ти там шепочеш сам до себе? — занепокоєно спитав малий мандрівець, але вітер не чув його слів. Вони летіли так швидко, що перестрашені хмари розступалися перед ними. Невдовзі без жодної зупинки долетіли вони до Світлого пагорба й побачили на ньому самотню стару жінку. її тіло було схоже на суцільну криваву рану.</w:t>
      </w:r>
    </w:p>
    <w:p>
      <w:r>
        <w:br/>
        <w:t>— Допоможи мені, синку! — стала вона благати хлопчака, проте той і голови не повернув до неї. Йому, звичайно, було шкода немічну стару, але не міг же він отак просто витратити своє друге бажання. Він щодуху помчав далі на плечах вітру, а вслід їм нісся жалісливий голос старенької:</w:t>
      </w:r>
    </w:p>
    <w:p>
      <w:r>
        <w:br/>
        <w:t>— Хлопчику, побажай, аби загоїлися мої рани!</w:t>
      </w:r>
    </w:p>
    <w:p>
      <w:r>
        <w:br/>
        <w:t>— Радше побажав би, щоб ніколи тебе не зустрічати! — зі злістю прошепотів хлопець.</w:t>
      </w:r>
    </w:p>
    <w:p>
      <w:r>
        <w:br/>
        <w:t>І тієї ж миті й Світлий пагорб, і стара жінка зникли, мов їх ніколи й не було.</w:t>
      </w:r>
    </w:p>
    <w:p>
      <w:r>
        <w:br/>
        <w:t>— Тепер у тебе залишилося лише одне-єдине бажання! — засміявся хлопчику в обличчя вітер.— Ліпше було допомогти нещасній!</w:t>
      </w:r>
    </w:p>
    <w:p>
      <w:r>
        <w:br/>
        <w:t>— Подумаєш, розумаха! Сам знаю, що ліпше! — сердито буркнув малий у відповідь.</w:t>
      </w:r>
    </w:p>
    <w:p>
      <w:r>
        <w:br/>
        <w:t>Вітер натомість струсив його з себе і далі полетів сам. Хлопчак затремтів від страху: один-однісінький залишився він на білому світі. Коли ж прийшов до тями, то побачив перед собою височезні мідні ворота, що загородили все небо — не перестрибнеш і не обійдеш — а перед ними чатувала величезна триголова жаба. З її очей бурхав вогонь, а з горла били громи. "Настав мій кінець!" — у відчаї подумав нещасний хлопчина і заціпенів од страху, але зненацька Триголова сказала людським голосом та так голосно, що все небо затремтіло:</w:t>
      </w:r>
    </w:p>
    <w:p>
      <w:r>
        <w:br/>
        <w:t>— Дай води!</w:t>
      </w:r>
    </w:p>
    <w:p>
      <w:r>
        <w:br/>
        <w:t>Наляканий малий мандрівець не міг і кроку ступити. Пообіч нього байдуже пропливали хмарки: де тут знайдеш джерело чи річку?</w:t>
      </w:r>
    </w:p>
    <w:p>
      <w:r>
        <w:br/>
        <w:t>— Дай напитися! — Триголова вперла в хлопчину свої величезні вирячкуваті очі.— Дай, бо зараз же тебе проковтну!</w:t>
      </w:r>
    </w:p>
    <w:p>
      <w:r>
        <w:br/>
        <w:t>Тремтячи всім тілом, хлопчак уже думав про найгірше, та раптом згадав про Мерсадину шкіру й побажав, аби перед триголовим чудиськом забило джерело. І — царице небесна! Ще не доказав він останніх слів, як біля його ніг зажебоніла вода і Триголова стала жадібно її ковтати. І відразу ж шкіра ящірки злетіла з хлопчакової долоні й зникла в безвісті. "Що ж тепер зі мною буде?" — Хлопець згорьовано захлипав, а жаба суворо гримнула на нього:</w:t>
      </w:r>
    </w:p>
    <w:p>
      <w:r>
        <w:br/>
        <w:t>— Чого сльози ллєш? Не бійся нічого: ти мені допоміг, то і я тебе не забуду. Слухай уважно. Перед собою ти бачиш лише перші, Мідні ворота. Я приставлена стерегти їх, але тебе пропущу. Однак знай, що за ними другі, Срібні ворота, і стереже їх Мати ящірок, а вона ще нікого не пропустила.</w:t>
      </w:r>
    </w:p>
    <w:p>
      <w:r>
        <w:br/>
        <w:t>— Як же тоді я пройду? — несміливо запитав хлопчак, а Триголова так засміялася, що далеко внизу, на землі, затремтіли скелі.</w:t>
      </w:r>
    </w:p>
    <w:p>
      <w:r>
        <w:br/>
        <w:t>— Пройдеш, не суши тим голову. Мати ящірок знає, що ти врятував її доньку. Вона допоможе тобі знайти Золотого птаха, який знає диво-пісню, і той, кому він її проспіває, стане Принцом хмар... А тепер іди, бо хоча вогонь у шлунку я погасила, проте прокинувся голод! — Триголова роззявила три пащеки, неначе три печери, і хлопчак, жахнувшись, притьмом кинувся навтьоки.</w:t>
      </w:r>
    </w:p>
    <w:p>
      <w:r>
        <w:br/>
        <w:t>Ніхто не знає, скільки часу він біг, поки не побачив Срібні ворота, а перед ними величезну, всю у вогні, Матір ящірок. "Так виглядає смерть!" — подумав малий мандрівець і перестрашено зажмурив очі. Коли ж через якийсь час розплющив їх, то від подиву аж присів: Мати ящірок приязно усміхалася йому! А потім лагідно мовила:</w:t>
      </w:r>
    </w:p>
    <w:p>
      <w:r>
        <w:br/>
        <w:t>— Не бійся мене, хлопчику, я не заподію тобі лиха! Велике спасибі тобі за Мерсаду, й можеш спокійно йти через Срібні ворога, однак знай: за ними — сад, а в ньому — Чорне озеро, але ти не вагайся — коли підійдеш, вода перед тобою розступиться і з'явиться вузесенька стежечка. Постарайся щонайшвидше перебігти нею озеро, бо якщо спотикнешся або забаришся, вода зімкнеться над твоєю головою. Добре затям, що це буде біг заради життя. І тільки в кінці стежки ти побачиш Золоті ворота, а перед ними Матір вітрів, яка всіх, хто насмілиться наблизитись до неї, перетворює у лід, бо вона — проклята і тому має крижане серце. А розтопиться воно лише тоді, коли хтось її, бридку й потворну, поцілує в обидві щоки. Втім, нічого не бійся! — Мати ящірок, зміряла малого мандрівця допитливим поглядом.— Не зважай на те, що її лице в струпах і виразках, що від неї дме крижаний вітер, а підбіжи, поцілуй в обидві щоки й миттю відскоч. Від твого поцілунку з її серця стопиться крига і вона звільниться від прокляття, а в віддяку одчинить перед тобою Золоті ворота.</w:t>
      </w:r>
    </w:p>
    <w:p>
      <w:r>
        <w:br/>
        <w:t>— А далі? — Хлопчак відчув слабкість у колінах.</w:t>
      </w:r>
    </w:p>
    <w:p>
      <w:r>
        <w:br/>
        <w:t>— Далі все залежить від тебе самого. Якщо схибиш, то будеш, мов нерозумний вітер, вічно ганяти по світу! — Мати ящірок одчинила Срібні ворота.</w:t>
      </w:r>
    </w:p>
    <w:p>
      <w:r>
        <w:br/>
        <w:t>Тільки хлопчак минув їх, як перед ним зашумів вітами сад, далі розступилися води Чорного озера, й між високими стінами води з'явилася вузенька біла стежечка. Коли малий мандрівець ступив по ній кілька кроків, йому здалося, що ось-ось водяні стіни впадуть на нього й навічно поховають на дні озера. Проте він жодного разу не спіткнувся і щасливо дістався на протилежний бік Чорного озера.</w:t>
      </w:r>
    </w:p>
    <w:p>
      <w:r>
        <w:br/>
        <w:t>Нарешті перед ним засяяли величезні Золоті ворота, а біля них він побачив чудисько в струпах і виразках, але з м'якими лагідними очима, в яких стояли сльози. "Невже ота потвора — Мати вітрів? — засумнівався хлопець.— Яка ж вона бридка! — Від гидливості йому навіть подих перехопило, і він уже хотів було повернути назад, але якась невидима сила, що її випромінювали очі чудиська, втримала його.— Я повинен допомогти Матері вітрів!" — Хлопчак зібрався з силами, в кілька стрибків опинився поруч потвори й квапливо поцілував її в обидві щоки.</w:t>
      </w:r>
    </w:p>
    <w:p>
      <w:r>
        <w:br/>
        <w:t>Відразу ж щось затріщало, загриміло, заскреготала крига і... на очах хлопчака з обличчя чудиська стали зникати струпи і виразки. За якусь мить розтопилося і його скрижаніле серце, й перед малим мандрівцем постала незвичайної вроди красуня з лагідними очима.</w:t>
      </w:r>
    </w:p>
    <w:p>
      <w:r>
        <w:br/>
        <w:t>— Спасибі тобі, добрий хлопчику! — Вона всміхнулася йому і відчинила Золоті ворота.</w:t>
      </w:r>
    </w:p>
    <w:p>
      <w:r>
        <w:br/>
        <w:t>Хлопчак увійшов у них і застиг з широко відкритими очима: перед ним був повний сонячного сяяння, пахощів і ледь чутного щебетання птаства сад, якого й уві сні не побачиш. А посеред саду буяла троянда. Одна-єдина. Золота. Щойно він підійшов і торкнувся її вустами, як з неї вилетів справжнісінький Золотий птах. Малий злякано затремтів. "Для того, щоб зазвучала пісня, яка перетворить тебе в Принца хмар, треба вбити Золотого птаха!" — пригадав він слова Матері ящірок, але не було в нього ні сили, ні рішучості позбавити птаха життя.</w:t>
      </w:r>
    </w:p>
    <w:p>
      <w:r>
        <w:br/>
        <w:t>"Виходить, даремно пройшов я через Золоті ворота,— зболено подумав хлопчак.— Навіщо ж тоді взагалі було здійснювати таку далеку мандрівку? Адже я ніколи не зможу вбити Золотого птаха! Тож Принцом хмар ніколи не стану!"</w:t>
      </w:r>
    </w:p>
    <w:p>
      <w:r>
        <w:br/>
        <w:t>По його щоках потекли гарячі сльози. І в цю мить з горла птаха полинула пісня, якої ніхто ніколи ще не чув. Відтак чиясь тепла лагідна рука обняла малого за плечі й він відчув, що з кожною хвилиною стає легшим і прозорішим. І, наче здаля, до нього долинув голос Золотого птаха:</w:t>
      </w:r>
    </w:p>
    <w:p>
      <w:r>
        <w:br/>
        <w:t>— Щасти тобі, Принце хмар! Якби ти мене вбив, то навіженим вітром гасав би світом. А так... Щасливої тобі дороги! — Птах стрімко злетів у височінь, а хлопчина за ним.</w:t>
      </w:r>
    </w:p>
    <w:p>
      <w:r>
        <w:br/>
        <w:t>Ніхто не знає, скільки часу він так літав і скільки гір, долин, пустель перелетів, поки не дістався до рідного міста.</w:t>
      </w:r>
    </w:p>
    <w:p>
      <w:r>
        <w:br/>
        <w:t>Над містом саме сутеніло. В непривітному небі, сірі й холодні, мовчали кам'яні вежі, а далеко внизу все ще вешталися вулицями перехожі. По деякім часі малий мандрівець відшукав свою кімнатку на горищі височезного будинку і, підлетівши до вікна, в подиві застиг: із-за шиб на нього дивилися широко розплющені очі якогось хлопчака.</w:t>
      </w:r>
    </w:p>
    <w:p>
      <w:r>
        <w:br/>
        <w:t>— Ти ба, Принц хмар! — вигукнув малюк і відчинив вікно. І затіяли вони гру на цілісінький день, потім шепотілися всю ніч, а наступного дня сміялися...</w:t>
      </w:r>
    </w:p>
    <w:p>
      <w:r>
        <w:br/>
        <w:t>Тільки на третій день, коли сонце вже закотилося за виднокіл, Принц хмар спохопився і прошепотів до товариша:</w:t>
      </w:r>
    </w:p>
    <w:p>
      <w:r>
        <w:br/>
        <w:t>— Мені час в дорогу! Адже на світі є чимало самотніх дівчаток і хлопчаків на горищах височезних бетонних будинків...</w:t>
      </w:r>
    </w:p>
    <w:p>
      <w:r>
        <w:br/>
        <w:t>І підбадьорливо всміхнувшись на прощання, полетів.</w:t>
      </w:r>
    </w:p>
    <w:p>
      <w:r>
        <w:br/>
        <w:t>Кажуть, що він літає й досі...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Принц хмар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