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Примарне дитя</w:t>
      </w:r>
    </w:p>
    <w:p>
      <w:r>
        <w:br/>
        <w:t xml:space="preserve"> &lt;p&gt;Ерік-Емманюель Шмітт</w:t>
      </w:r>
    </w:p>
    <w:p>
      <w:r>
        <w:br/>
        <w:t>ПРИМАРНЕ ДИТЯ</w:t>
      </w:r>
    </w:p>
    <w:p>
      <w:r>
        <w:br/>
        <w:t>На лаві навпроти мене якась панійка годувала птахів.</w:t>
      </w:r>
    </w:p>
    <w:p>
      <w:r>
        <w:br/>
        <w:t>Спершу горобці, вівсянки й синички помалу, пострибуючи наблизилися до неї — боязко, з острахом назавжди лишитися на землі, готові за найменшого підозрілого руху рвучко змахнути крильцями; потім вони заклякли довкола ніг панійки, збились півколом — ніби зграя малих жебраків; деякі із зухвальців, палаючи від бажання дзьобнути хоч крихтину, зважувалися стрибнути на лаву, а то й на ноги та руки панійки. Вільшанка, помітивши цей бенкет, відганяла суперників гострим дзьобом, а далі підтюпцем бігли і голуби-незграби.</w:t>
      </w:r>
    </w:p>
    <w:p>
      <w:r>
        <w:br/>
        <w:t>Мені стало цікаво. Авжеж — я не раз бачив, як незнайомі жінки, не звертаючи ні на кого уваги, годують тварин. Однак було того дня щось незвичайне: ця пані надто вже вирізнялася з-поміж решти. Не скидалася ні на волоцюжку, ні на божевільну, ні на стару — навпаки, ніби щойно вийшла з перукарні, вбрана в розкішний брючний костюм зі світлого льону; її волосся мінилося ясно-жовтим бурштином, що викликав спогади про відпочинок на морі або ж у невисоких горах — словом, про дозвілля, доступне багатіям. Тож паризьке птаство годувалося з рук заможної міщанки.</w:t>
      </w:r>
    </w:p>
    <w:p>
      <w:r>
        <w:br/>
        <w:t>Приятель, що сидів поруч, штовхнув мене ліктем і пробурмотів:</w:t>
      </w:r>
    </w:p>
    <w:p>
      <w:r>
        <w:br/>
        <w:t>— А поглянь-но!</w:t>
      </w:r>
    </w:p>
    <w:p>
      <w:r>
        <w:br/>
        <w:t>Якийсь пан того ж віку і схожої подоби — спортивної статури бадьористий добродій років шістдесяти — прямував алеєю в пошуках вільної лави. Що ж, не дивно: такого сонячного ранку після кількох похмурих дощових тижнів хто з парижан не мріє поніжитися під теплим промінням? Шукач, зрештою, зрозумів: єдине вільне місце залишилося поруч із панійкою, оточеною птахами.</w:t>
      </w:r>
    </w:p>
    <w:p>
      <w:r>
        <w:br/>
        <w:t>Не привітавшись, навіть не поглянувши на жінку, він усівся і став поводитися так, ніби на лаві був сам. Прокашлявшись, вийняв газету і широко розгорнув її, зазіхнувши на простір сусідки.</w:t>
      </w:r>
    </w:p>
    <w:p>
      <w:r>
        <w:br/>
        <w:t>Вона вдала, ніби не помітила його. Якоїсь миті здалося, що вона кришить хліб просто на ноги панові, і галасливі відчайдушні канарки ось-ось обліплять його.</w:t>
      </w:r>
    </w:p>
    <w:p>
      <w:r>
        <w:br/>
        <w:t>Повз пропливла якась пара. Пан підвів голову, привітався. Те ж за хвильку зробила й панійка. І кожен байдужо повернувся до своїх справ. Навіть наявність спільних знайомих не могла зблизити їх.</w:t>
      </w:r>
    </w:p>
    <w:p>
      <w:r>
        <w:br/>
        <w:t>Зненацька вітер пожбурив одну зі сторінок газети "Figaro" на інший кінець лави. Жінка не поворухнулась, ніби нічого не сталося, — і чоловік мусив сам ловити неслухняні шпальти.</w:t>
      </w:r>
    </w:p>
    <w:p>
      <w:r>
        <w:br/>
        <w:t>Трохи згодом, нахилившись, вона штовхнула свою торбинку — і та посунулася до чоловічого черевика. А сусід лише з байдужим виглядом заклав ногу за ногу.</w:t>
      </w:r>
    </w:p>
    <w:p>
      <w:r>
        <w:br/>
        <w:t>Жоден ніби не зважав на сусіда, однак, як не парадоксально, відчувалося, що цікавить їх саме це — не зважати. Якимось ледве вловимим здриганням, хвилями зневаги, що йшли від них, заціпенінням, яке панувало навколо, вони доводили, що жили, існували заради одного: показати другому, що його тут немає.</w:t>
      </w:r>
    </w:p>
    <w:p>
      <w:r>
        <w:br/>
        <w:t>Мій приятель помітив, як я скривився, і зрадів.</w:t>
      </w:r>
    </w:p>
    <w:p>
      <w:r>
        <w:br/>
        <w:t>— Уявляєш, перед тобою подружжя!</w:t>
      </w:r>
    </w:p>
    <w:p>
      <w:r>
        <w:br/>
        <w:t>— Жартуєш?</w:t>
      </w:r>
    </w:p>
    <w:p>
      <w:r>
        <w:br/>
        <w:t>— А ось і ні! До речі, живуть вони в одному будинку.</w:t>
      </w:r>
    </w:p>
    <w:p>
      <w:r>
        <w:br/>
        <w:t>— Та ну?</w:t>
      </w:r>
    </w:p>
    <w:p>
      <w:r>
        <w:br/>
        <w:t>— Але порізно.</w:t>
      </w:r>
    </w:p>
    <w:p>
      <w:r>
        <w:br/>
        <w:t>— Нісенітниці…</w:t>
      </w:r>
    </w:p>
    <w:p>
      <w:r>
        <w:br/>
        <w:t>— Вони поділили помешкання навпіл. Месьє користується виходом для прислуги. Щоб не зустрічатися, вони звели спеціальний мур! Проте — їм однаково доводиться зіштовхуватися по двадцять разів на день — на сходах, у холі, в крамницях, на вулиці, — адже звички зосталися ті самі. При цьому вони не зважають одне на одного.</w:t>
      </w:r>
    </w:p>
    <w:p>
      <w:r>
        <w:br/>
        <w:t>— Та ти з мене смієшся!</w:t>
      </w:r>
    </w:p>
    <w:p>
      <w:r>
        <w:br/>
        <w:t>— Бачив би ти їх кілька років тому: жити одне без одного не могли! Цілий квартал — адже тут, довкола Вогезької площі, усі одне одного знають — вважав їх зразковою парою, взірцем злагоди, справжньою парадигмою щасливої сім'ї! Хто б міг подумати нині?..</w:t>
      </w:r>
    </w:p>
    <w:p>
      <w:r>
        <w:br/>
        <w:t>— Що ж сталося?</w:t>
      </w:r>
    </w:p>
    <w:p>
      <w:r>
        <w:br/>
        <w:t>— Одного ранку вони поділили усе майно — помешкання, маєток у горах, будинок на морі, — і вже більше не розмовляли. Отак, раптово.</w:t>
      </w:r>
    </w:p>
    <w:p>
      <w:r>
        <w:br/>
        <w:t>— Не може бути…</w:t>
      </w:r>
    </w:p>
    <w:p>
      <w:r>
        <w:br/>
        <w:t>— Чому ж? Якщо буває любов, мов блискавка, то й розлука може статися блискавично.</w:t>
      </w:r>
    </w:p>
    <w:p>
      <w:r>
        <w:br/>
        <w:t>— І все ж хотілося б зрозуміти!..</w:t>
      </w:r>
    </w:p>
    <w:p>
      <w:r>
        <w:br/>
        <w:t>— Тобі пощастило. Я дізнався про причину від подруги Северини.</w:t>
      </w:r>
    </w:p>
    <w:p>
      <w:r>
        <w:br/>
        <w:t>— Хто така Северина?</w:t>
      </w:r>
    </w:p>
    <w:p>
      <w:r>
        <w:br/>
        <w:t>— Ота панійка з птахами навпроти тебе.</w:t>
      </w:r>
    </w:p>
    <w:p>
      <w:r>
        <w:br/>
        <w:t>Северині та Бенжаменові Трузак успіху не бракувало: вони були юні, зграбні, відомі, заможні.</w:t>
      </w:r>
    </w:p>
    <w:p>
      <w:r>
        <w:br/>
        <w:t>Бенжамен Трузак, випускник Національної школи управління, обіймав посаду в Міністерстві охорони здоров'я, де виконував найскладніші завдання. Колеги нахвалювали його ясний розум, вроджену харизму, глибоку обізнаність у справах і тонке відчуття суспільних настроїв.</w:t>
      </w:r>
    </w:p>
    <w:p>
      <w:r>
        <w:br/>
        <w:t>Незалежна журналістка Северина продавала своє легке насмішкувате перо численним жіночим журналам. Вона завиграшки складала як коротеньку кумедну замітку про приготування булочок, так і довжелезну веселу статтю на десять сторінок про нові барви лаку для нігтів, — і головних редакторів оповівали чари її інтелігентної легковажності.</w:t>
      </w:r>
    </w:p>
    <w:p>
      <w:r>
        <w:br/>
        <w:t>Северині та Бенжамену не бракувало нічого — хіба родини, створення якої вони переносили на пізніше, прагнучи втіх, зустрічей, друзів, подорожей і тренувань у спортзалі.</w:t>
      </w:r>
    </w:p>
    <w:p>
      <w:r>
        <w:br/>
        <w:t>Коли Северині виповнилося тридцять п'ять, вона стривожилась — адже час плинув безповоротно! — тож вони присудили: саме тепер слушна мить заснувати сім'ю.</w:t>
      </w:r>
    </w:p>
    <w:p>
      <w:r>
        <w:br/>
        <w:t>Тоді ж Северинина сестра привела на світ донечку, вражену рідкісною хворобою.</w:t>
      </w:r>
    </w:p>
    <w:p>
      <w:r>
        <w:br/>
        <w:t>Северина дуже переживала за молодшу сестру, а Бенжамен бив на сполох:</w:t>
      </w:r>
    </w:p>
    <w:p>
      <w:r>
        <w:br/>
        <w:t>— Чесно кажучи, мені лячно. У твоїй родині народжуються інваліди, але і в моїй не бракує хворих! Северино, з таким не жартують!</w:t>
      </w:r>
    </w:p>
    <w:p>
      <w:r>
        <w:br/>
        <w:t>Северина всміхалася, хмурилась, все відкладала обстеження, та зрештою піддалася — адже вже не могла опиратися прагненню материнства.</w:t>
      </w:r>
    </w:p>
    <w:p>
      <w:r>
        <w:br/>
        <w:t>Лікарка — приятелька Бенжамена із міністерства — відверто заявила, що обоє мають гени, які наражають майбутній плід на небезпеку ймовірних відхилень.</w:t>
      </w:r>
    </w:p>
    <w:p>
      <w:r>
        <w:br/>
        <w:t>— І що? — запитала вражена Северина.</w:t>
      </w:r>
    </w:p>
    <w:p>
      <w:r>
        <w:br/>
        <w:t>— Це означає, що, коли завагітнієте, ми зробимо потрібні аналізи, щоб повідомити вас завчасно.</w:t>
      </w:r>
    </w:p>
    <w:p>
      <w:r>
        <w:br/>
        <w:t>Северина і Бенжамен зітхнули полегшено. Засмучені тим, що почули, вони, утім, навіть ідучи на певний ризик, могли планувати майбутнє.</w:t>
      </w:r>
    </w:p>
    <w:p>
      <w:r>
        <w:br/>
        <w:t>Нарешті, після багатьох марних спроб, живіт тридцятисемирічної Северини округлився.</w:t>
      </w:r>
    </w:p>
    <w:p>
      <w:r>
        <w:br/>
        <w:t>Северина і Бенжамен так зраділи, що, захопившись щастям, забули про рекомендацію лікарки. Однак під час однієї з міжнародних конференцій приятелька нагадала Бенжаменові про свої слова.</w:t>
      </w:r>
    </w:p>
    <w:p>
      <w:r>
        <w:br/>
        <w:t>Тож одного невеселого понеділка у похмурому кабінеті старої лікарні Северина, яка радісно обіймала живіт руками, від фахівця із генетики дізналася: плід уражено небезпечною недугою — муковісцидозом, що призводить до накопичення слизу у дихальних і травних шляхах. Лікар нічого не приховував: дитина страждатиме на численні захворювання легенів, буде приречена на тяжке безперервне лікування і навряд чи проживе довго. Він запевнив Северину, що у зв'язку зі складним випадком і незважаючи на тривалий термін вагітності, вона має право зробити аборт.</w:t>
      </w:r>
    </w:p>
    <w:p>
      <w:r>
        <w:br/>
        <w:t>Цілий тиждень Северина та Бенжамен катувалися у ваганнях: зберегти дитину чи ні? Щоразу, залежно від настрою, вони відчували снагу виплекати особливе дитя або ж навпаки — така перспектива наганяла на них невимовний страх. Друзі з міністерства забезпечували подружжя суперечливою інформацією: одні запевняли, що їхній нащадок не доживе й до чотирнадцяти років, інші ж стверджували, що протримається і до двадцяти п'яти. Кому вірити? Лікарі, до яких зверталася розчарована пара, також плутались у порадах. Тож якось увечері вони вирішили покластись на долю і кинули жереб; та щойно з'явилась чітка відповідь, як вони, нажахані, відсахнулися, відмовившись ввіряти себе випадкові. Словом, помордувавшись із тиждень, вони так і не зважились на вибір.</w:t>
      </w:r>
    </w:p>
    <w:p>
      <w:r>
        <w:br/>
        <w:t>У нагоді стала одна телевізійна передача: перемикаючи канали, вони натрапили на репортаж про піклування про важкохворих дітей. З політичних міркувань — аби примусити уряд звернути увагу на інвалідів, — журналіст згустив барви, досить трагічно змалювавши щодень пацієнтів та їхніх батьків. Ошелешені Северина і Бенжамен, ледь стримуючи нудоту й сльози, з жахом спостерігали за мукою, яка чекала на них, якщо дозволять народитися своєму чаду, — і зважилися перервати вагітність. Одразу потелефонували до лікарні.</w:t>
      </w:r>
    </w:p>
    <w:p>
      <w:r>
        <w:br/>
        <w:t>Кілька тижнів після операції ледь не стали останніми у їхньому спільному житті.</w:t>
      </w:r>
    </w:p>
    <w:p>
      <w:r>
        <w:br/>
        <w:t>Між подружжям раз-у-раз спалахували сутички, сплетені з агресивних дошкульних докорів, що їх кожен адресував радше собі, ніж партнеру. Вона дорікала собі хворим геном і закликала його покинути її, а він картався тим, що надто довго стримував її бажання завагітніти та штовхав до самостійного життя. Кожен почувався нещасним, вважаючи, що його не чують; лихо, яке мало би зблизити їх, навпаки — розкидало по кутках. Оскільки про дитину, що перетворилася на марево, вони ніколи не згадували, то Северина вирішила, що Бенжамен применшує її чисто жіноче горе; він же гірко міркував, що Северині байдуже до його чоловічого болю. Вони почали таємно зраджувати одне одному — часто, але із сумом, не відчуваючи ні смаку, ні насолоди, з відчайдушною жагою хапаючись за незнайомих людей, немов шугаючи у воду… "Що ж, — міркував кожен із них, — нехай течія несе мене, бо інакше доведеться гребти аж до берега".</w:t>
      </w:r>
    </w:p>
    <w:p>
      <w:r>
        <w:br/>
        <w:t>І лише одне врятувало шлюб.</w:t>
      </w:r>
    </w:p>
    <w:p>
      <w:r>
        <w:br/>
        <w:t>Северина і Бенжамен завзято заповзялися жити — достоту як замолоду: вони мандрували, знаходили нових друзів та вправлялися в улюблених видах спорту. Не зумівши стати батьками, вони знову стали коханцями, а ще — змовниками.</w:t>
      </w:r>
    </w:p>
    <w:p>
      <w:r>
        <w:br/>
        <w:t>"Єдине моє дитя — наше подружжя", — повторювала з усмішкою на вустах Северина друзям, які чудувалися їхньому порозумінню.</w:t>
      </w:r>
    </w:p>
    <w:p>
      <w:r>
        <w:br/>
        <w:t>Оскільки на дітей вони вже не сподівалися, то єднання стало самоціллю їхньої спілки.</w:t>
      </w:r>
    </w:p>
    <w:p>
      <w:r>
        <w:br/>
        <w:t>Щодня вони усміхалися одне одному сотні разів, ніби щойно спізналися. На двадцятому році шлюбу Бенжамен купував коханій стільки ж троянд, скільки й до одруження, а Северина обходила всі крамниці, підбираючи сукні, що дивували і спокушали б її чоловіка.</w:t>
      </w:r>
    </w:p>
    <w:p>
      <w:r>
        <w:br/>
        <w:t>"Єдине моє дитя — наше подружжя". Шлюб обернувся на спільний витвір, предмет постійної уваги, що постійно пожвавлювався завдяки їхній вигадливості.</w:t>
      </w:r>
    </w:p>
    <w:p>
      <w:r>
        <w:br/>
        <w:t>І вони гідно протрималися б до останнього подиху, поставши новітніми Трістаном та Ізольдою, — якби не випадок у Шамоні1…</w:t>
      </w:r>
    </w:p>
    <w:p>
      <w:r>
        <w:br/>
        <w:t>Чи могло б їй колись спасти на думку, що Альпи стануть могилою? Двоє завзятих спортсменів сприймали гори як місце ігор і втіх, невтомно нахвалюючи яскраве світло, п'яніючи від швидкості та нових перемог. Хтось віднаходить радісні відчуття дитинства на березі моря серед піску та хвиль, а Северина і Бенжамен повертались у молоді роки лише на гірських хребтах. Тривалі переходи, прогулянки, спуски — їх тішив будь-який спосіб долання висот.</w:t>
      </w:r>
    </w:p>
    <w:p>
      <w:r>
        <w:br/>
        <w:t>Аж до тієї небезпечної вилазки.</w:t>
      </w:r>
    </w:p>
    <w:p>
      <w:r>
        <w:br/>
        <w:t>Того дня вони рано-вранці подались на підйомник, який віз на вершину Південного піка2.</w:t>
      </w:r>
    </w:p>
    <w:p>
      <w:r>
        <w:br/>
        <w:t>Будучи вправними лижниками, вони вирішили звернути з позначених трас, що повнились людом, мов паризькі бульвари, та на самоті насолодитися горами.</w:t>
      </w:r>
    </w:p>
    <w:p>
      <w:r>
        <w:br/>
        <w:t>Ніжні й гострі Альпи простерлися перед ними — піки, ікла та гребні зміняли плато й тераси.</w:t>
      </w:r>
    </w:p>
    <w:p>
      <w:r>
        <w:br/>
        <w:t>Яке щастя! Щомиті вони ступали незайманим снігом. Довкола все вражало цнотою, навіть тиша. Їм здавалося, ніби вони відроджуються під безхмарним небом, у чистому, здоровому повітрі, під колькими променями сонця.</w:t>
      </w:r>
    </w:p>
    <w:p>
      <w:r>
        <w:br/>
        <w:t>Високо над чорною долиною, що мріла десь унизу, пишалися незаймані вершини.</w:t>
      </w:r>
    </w:p>
    <w:p>
      <w:r>
        <w:br/>
        <w:t>Северина і Бенжамен пливли на лижах.</w:t>
      </w:r>
    </w:p>
    <w:p>
      <w:r>
        <w:br/>
        <w:t>Вони кружляли, гнучкі й легкі, мов плавці. Повітря довкола нагадувало смачний лікер, вільні граційні рухи п'янили й сповнювали радощами, жагучими, немов денне світло.</w:t>
      </w:r>
    </w:p>
    <w:p>
      <w:r>
        <w:br/>
        <w:t>Северина і Бенжамен погойдувалися, спускаючись важким напівпрозорим снігом. Подекуди на білому тлі зблискували алмази.</w:t>
      </w:r>
    </w:p>
    <w:p>
      <w:r>
        <w:br/>
        <w:t>Раптом Бенжамен, що був попереду, зойкнув. Северина встигла нахилитися — і також закричала.</w:t>
      </w:r>
    </w:p>
    <w:p>
      <w:r>
        <w:br/>
        <w:t>Ґрунт провалився під ними — вони перевернулися, зависли на долю секунди, потім упали, ранячись о стінки пролому, не маючи, за що вхопитися, скочуючись униз одну нескінченну мить.</w:t>
      </w:r>
    </w:p>
    <w:p>
      <w:r>
        <w:br/>
        <w:t>Нарешті — удар.</w:t>
      </w:r>
    </w:p>
    <w:p>
      <w:r>
        <w:br/>
        <w:t>Тверда крига.</w:t>
      </w:r>
    </w:p>
    <w:p>
      <w:r>
        <w:br/>
        <w:t>За кілька хвилин вони — приголомшені, спантеличені, позбавлені палиць і лиж, забраних сніговим потоком, — прийшли до тями, збагнувши, що впали до розколини.</w:t>
      </w:r>
    </w:p>
    <w:p>
      <w:r>
        <w:br/>
        <w:t>Северина і Бенжамен потрапили до світу, де панував спокій. Задушливий. Тривожний. Туди не долинали пташині крики. Ні шуму, ні звуку. Життя ніби згасло.</w:t>
      </w:r>
    </w:p>
    <w:p>
      <w:r>
        <w:br/>
        <w:t>— Северино, ти ціла?</w:t>
      </w:r>
    </w:p>
    <w:p>
      <w:r>
        <w:br/>
        <w:t>— Здається, ушкоджень немає. А ти як?</w:t>
      </w:r>
    </w:p>
    <w:p>
      <w:r>
        <w:br/>
        <w:t>— Також без поранень.</w:t>
      </w:r>
    </w:p>
    <w:p>
      <w:r>
        <w:br/>
        <w:t>Проте, з'ясувавши, що обійшлося без каліцтв, не заспокоїлись. Лишалося головне запитання: як звідти вибратися?</w:t>
      </w:r>
    </w:p>
    <w:p>
      <w:r>
        <w:br/>
        <w:t>На якій відстані від поверхні вони опинились? Принаймні п'ятнадцять чи двадцять метрів. Без сторонньої допомоги не видряпатись.</w:t>
      </w:r>
    </w:p>
    <w:p>
      <w:r>
        <w:br/>
        <w:t>Вони почали гукати.</w:t>
      </w:r>
    </w:p>
    <w:p>
      <w:r>
        <w:br/>
        <w:t>По черзі підводили обличчя до вузької смуги неба високо вгорі — і кричали. Порятунок може прийти лише звідти — з підступної кірки, що проломилася.</w:t>
      </w:r>
    </w:p>
    <w:p>
      <w:r>
        <w:br/>
        <w:t>У роті пекло, спрага спустошувала слизисту, вологий холод просякав тіла, легко долав шари тканини, повз по потилицях, пролізав між рукавом і рукавичкою, а заморозивши шкарпетки, поволі заповнював і взуття.</w:t>
      </w:r>
    </w:p>
    <w:p>
      <w:r>
        <w:br/>
        <w:t>А вони все гукали…</w:t>
      </w:r>
    </w:p>
    <w:p>
      <w:r>
        <w:br/>
        <w:t>Крики надавали їм сил, вони переконували себе, перекрикуючи одне одного, що їх чути далеко навкруги.</w:t>
      </w:r>
    </w:p>
    <w:p>
      <w:r>
        <w:br/>
        <w:t>Даремно…</w:t>
      </w:r>
    </w:p>
    <w:p>
      <w:r>
        <w:br/>
        <w:t>Ніхто їх не чув.</w:t>
      </w:r>
    </w:p>
    <w:p>
      <w:r>
        <w:br/>
        <w:t>І — невипадково! Адже вони подались так далеко від стежок на перламутровій перині, що віддалилися від будь-якого людного шляху. Аби почути їхні зойки, треба було, щоб якийсь сміливець зважився заїхати туди.</w:t>
      </w:r>
    </w:p>
    <w:p>
      <w:r>
        <w:br/>
        <w:t>За кілька годин, знесилені, вони вже не мали бажання репетувати, бо відчувати зміну емоцій усередині себе від цього крику було нестерпно: надію щоразу зраджувала відсутність відповіді…</w:t>
      </w:r>
    </w:p>
    <w:p>
      <w:r>
        <w:br/>
        <w:t>Вони дивились одне на одного, вуста їхні тремтіли, а обличчя набрякли від холоду.</w:t>
      </w:r>
    </w:p>
    <w:p>
      <w:r>
        <w:br/>
        <w:t>— Тут нам і смерть, — пробурмотіла Северина.</w:t>
      </w:r>
    </w:p>
    <w:p>
      <w:r>
        <w:br/>
        <w:t>Бенжамен понуро кивнув. Кого тут було обманювати?</w:t>
      </w:r>
    </w:p>
    <w:p>
      <w:r>
        <w:br/>
        <w:t>Северина опустила очі, по щоках потекли пекучі сльози.</w:t>
      </w:r>
    </w:p>
    <w:p>
      <w:r>
        <w:br/>
        <w:t>Бенжамен схопив її за пухнасту рукавичку, ніби благаючи поглянути на нього.</w:t>
      </w:r>
    </w:p>
    <w:p>
      <w:r>
        <w:br/>
        <w:t>— Северино, ти — кохання мого життя. Мені пощастило, що я зустрів і спізнав тебе, що ти кохала мене. Це найкращі спогади, які я заберу із собою.</w:t>
      </w:r>
    </w:p>
    <w:p>
      <w:r>
        <w:br/>
        <w:t>Вона здивовано зазирнула йому в очі й прошепотіла:</w:t>
      </w:r>
    </w:p>
    <w:p>
      <w:r>
        <w:br/>
        <w:t>— Мені також інших спогадів не потрібно.</w:t>
      </w:r>
    </w:p>
    <w:p>
      <w:r>
        <w:br/>
        <w:t>Бенжамен, відірвавшись від криги, наблизився до неї.</w:t>
      </w:r>
    </w:p>
    <w:p>
      <w:r>
        <w:br/>
        <w:t>Вона впала йому на груди. І вони пристрасно поцілувалися.</w:t>
      </w:r>
    </w:p>
    <w:p>
      <w:r>
        <w:br/>
        <w:t>Потім, ледве розімкнувши обійми, з новими силами взялися кричати. Дерли горлянки без жодних ілюзій, проте не шкодували зусиль, відчуваючи обов'язок до кінця грати роль заблудлих туристів.</w:t>
      </w:r>
    </w:p>
    <w:p>
      <w:r>
        <w:br/>
        <w:t>Однак гробниця зі снігу та криги, що обступила їх муром, не відповідала. Змінювалось лише освітлення: проміння тьмяніло — це означало, що небо втрачає барви. Без сумніву — невдовзі мав запанувати морок.</w:t>
      </w:r>
    </w:p>
    <w:p>
      <w:r>
        <w:br/>
        <w:t>Вони здригнулись, уявивши нескінченну ніч.</w:t>
      </w:r>
    </w:p>
    <w:p>
      <w:r>
        <w:br/>
        <w:t>— Гей! Еге-гей! Є там хто-небудь?</w:t>
      </w:r>
    </w:p>
    <w:p>
      <w:r>
        <w:br/>
        <w:t>Угорі у щілині виникла чиясь голова — і вони побачили жваве гарненьке дівча. Їхні серця мало не вистрибнули із грудей. Вони заволали.</w:t>
      </w:r>
    </w:p>
    <w:p>
      <w:r>
        <w:br/>
        <w:t>— Піду по допомогу! — кинуло їм дзвінким голосом дівча.</w:t>
      </w:r>
    </w:p>
    <w:p>
      <w:r>
        <w:br/>
        <w:t>— На спуск до долини і на повернення часу немає! Вже скоро ніч. Скиньте мотузку!</w:t>
      </w:r>
    </w:p>
    <w:p>
      <w:r>
        <w:br/>
        <w:t>— Я лижниця, в мене немає мотузки!</w:t>
      </w:r>
    </w:p>
    <w:p>
      <w:r>
        <w:br/>
        <w:t>Северина і Бенжамен перезирнулись пригнічено. Надія враз померкла.</w:t>
      </w:r>
    </w:p>
    <w:p>
      <w:r>
        <w:br/>
        <w:t>Обличчя ж угорі зникло.</w:t>
      </w:r>
    </w:p>
    <w:p>
      <w:r>
        <w:br/>
        <w:t>Бенжамен підскочив і вдарив по стінці.</w:t>
      </w:r>
    </w:p>
    <w:p>
      <w:r>
        <w:br/>
        <w:t>— Гей! Не йдіть геть! Лишайтесь! Будь ласка!</w:t>
      </w:r>
    </w:p>
    <w:p>
      <w:r>
        <w:br/>
        <w:t>Від паніки він аж ревів, втрачаючи глузд. Северина, мов скам'янівши, спостерігала за ним, не втручаючись.</w:t>
      </w:r>
    </w:p>
    <w:p>
      <w:r>
        <w:br/>
        <w:t>Потім знову запанувала тиша — гірка, насичена і нестерпна.</w:t>
      </w:r>
    </w:p>
    <w:p>
      <w:r>
        <w:br/>
        <w:t>Ні Бенжамен, ні Северина не зважувалися питати, про що думав кожен із них. Вони трусились від холоду.</w:t>
      </w:r>
    </w:p>
    <w:p>
      <w:r>
        <w:br/>
        <w:t>Повз них плівся час. Одна хвилина. Десять хвилин. Півгодини. Година. Все — вона не повернеться…</w:t>
      </w:r>
    </w:p>
    <w:p>
      <w:r>
        <w:br/>
        <w:t>— Тримайте!</w:t>
      </w:r>
    </w:p>
    <w:p>
      <w:r>
        <w:br/>
        <w:t>Згори їм махнуло рукою дівча — і в щілину поповзла жовтогаряча мотузка. Кмітлива лижниця звернула на найближчу стежину, вирвала трос, що позначав її межі між стовпцями, і, прив'язавши міцно до скелі, скинула подружжю.</w:t>
      </w:r>
    </w:p>
    <w:p>
      <w:r>
        <w:br/>
        <w:t>Першою трос вхопила Северина — вона зібрала останні сили і вже за десять хвилин видряпалась із діри. Те саме зробив і Бенжамен.</w:t>
      </w:r>
    </w:p>
    <w:p>
      <w:r>
        <w:br/>
        <w:t>Повернувшись на поверхню і вмостившись на снігу, відчуваючи біль від переохолодження та забоїв, вони при смерковому світлі роздивились нарешті свою рятівницю — двадцятирічну Меліссу, що голосно реготала, адже їй цей порятунок видавався кумедним.</w:t>
      </w:r>
    </w:p>
    <w:p>
      <w:r>
        <w:br/>
        <w:t>У своєму будинку Северина і Бенжамен зігрілися, потелефонували лікареві, помастилися виписаними мазями, ковтнули жменю болегамівних та протизапальних ліків, а потім подзвонили Меліссі. Не хотіли їхати геть, не подякувавши їй іще раз.</w:t>
      </w:r>
    </w:p>
    <w:p>
      <w:r>
        <w:br/>
        <w:t>Вона ж запросила їх приєднатися до вечірки, яку влаштовувала спільно з друзями.</w:t>
      </w:r>
    </w:p>
    <w:p>
      <w:r>
        <w:br/>
        <w:t>Северина і Бенжамен святкували повернення до життя у товаристві дюжини юнаків і юнок віком від вісімнадцяти до двадцяти двох років, які зналися з дитинства і від канікул до канікул збиралися веселим гуртом.</w:t>
      </w:r>
    </w:p>
    <w:p>
      <w:r>
        <w:br/>
        <w:t>Сп'янівши від вина, жартів та веселощів, що панували в ресторані, Северина і Бенжамен пожирали очима свою рятівницю. Їм здавалося, що в Меліссі, яка гарцювала під диявольський рок, зібрались докупи всі позитивні риси — сила характеру, розум, запал, енергія і доброта.</w:t>
      </w:r>
    </w:p>
    <w:p>
      <w:r>
        <w:br/>
        <w:t>Один із юнаків, перехопивши їхні погляди, підсів до подружжя.</w:t>
      </w:r>
    </w:p>
    <w:p>
      <w:r>
        <w:br/>
        <w:t>— Правда ж, вона чудова?</w:t>
      </w:r>
    </w:p>
    <w:p>
      <w:r>
        <w:br/>
        <w:t>— О, ще й яка! — скрикнула Северина.</w:t>
      </w:r>
    </w:p>
    <w:p>
      <w:r>
        <w:br/>
        <w:t>— І я так вважаю, — пробурмотів хлопчина. — Та коли згадаю, що вона важко хвора… Хто б міг подумати!</w:t>
      </w:r>
    </w:p>
    <w:p>
      <w:r>
        <w:br/>
        <w:t>— Що, даруйте?</w:t>
      </w:r>
    </w:p>
    <w:p>
      <w:r>
        <w:br/>
        <w:t>— У Мелісси муковісцидоз. Чули щось про цю недугу?</w:t>
      </w:r>
    </w:p>
    <w:p>
      <w:r>
        <w:br/>
        <w:t>Северина і Бенжамен пополотніли. Онімівши та відваливши щелепи, ледь стримуючи тремтіння рук, вони заклякли на стільцях, не в змозі відвести очей від Мелісси, ніби побачили примару.</w:t>
      </w:r>
    </w:p>
    <w:p>
      <w:r>
        <w:br/>
        <w:t>З французької переклав Іван Рябчій.</w:t>
      </w:r>
    </w:p>
    <w:p>
      <w:r>
        <w:br/>
        <w:t>1</w:t>
      </w:r>
    </w:p>
    <w:p>
      <w:r>
        <w:br/>
        <w:t>Шамоні (Chamonix) — відомий гірськолижний курорт у французьких Альпах.</w:t>
      </w:r>
    </w:p>
    <w:p>
      <w:r>
        <w:br/>
        <w:t>2</w:t>
      </w:r>
    </w:p>
    <w:p>
      <w:r>
        <w:br/>
        <w:t>Південний пік (Aiguille du Midi) — найвищий (3842 м) з піків навколо Шамоні, входить до гірського масиву Монблан.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Примарне дитя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