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Приходиш, як біла таємна сноява…</w:t>
      </w:r>
    </w:p>
    <w:p>
      <w:r>
        <w:br/>
        <w:t xml:space="preserve"> Приходиш, як біла таємна сноява —&lt;br /&gt;</w:t>
        <w:br/>
        <w:t>Така невловима й незмірне кохана!&lt;br /&gt;</w:t>
        <w:br/>
        <w:t>І я з боговінням корюсь перед чаром&lt;br /&gt;</w:t>
        <w:br/>
        <w:t>Твоєї принади й солодкої мови&lt;br /&gt;</w:t>
        <w:br/>
        <w:t>І горнусь до тебе всім смутком і жаром&lt;br /&gt;</w:t>
        <w:br/>
        <w:t>Самітнього серця, що мліє з любови.&lt;br /&gt;</w:t>
        <w:br/>
        <w:t>І чую: при тобі весь смуток мій тане,&lt;br /&gt;</w:t>
        <w:br/>
        <w:t>Як сніг, що зникає при теплім промінню.&lt;br /&gt;</w:t>
        <w:br/>
        <w:t>Чого ж моє серце так плаче і в’яне,&lt;br /&gt;</w:t>
        <w:br/>
        <w:t>Як цвіт пасіфлори, що тужить в затінню?&lt;br /&gt;</w:t>
        <w:br/>
        <w:t>Відійдеш від мене, як мрія весняна,&lt;br /&gt;</w:t>
        <w:br/>
        <w:t>Як урвана фраза дивної сонати.&lt;br /&gt;</w:t>
        <w:br/>
        <w:t>Не раз моя туга ме гірко ридати&lt;br /&gt;</w:t>
        <w:br/>
        <w:t>За щастям, що блисло, гей фата моргана.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Приходиш, як біла таємна сноява…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