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в дорозі</w:t>
      </w:r>
    </w:p>
    <w:p>
      <w:r>
        <w:br/>
        <w:t xml:space="preserve"> &lt;p&gt;Се було літом р. 1862.</w:t>
      </w:r>
    </w:p>
    <w:p>
      <w:r>
        <w:br/>
        <w:t>Того року ми з Паньком кінчали університетську науку. Перед вакаціями Панько й каже до мене:</w:t>
      </w:r>
    </w:p>
    <w:p>
      <w:r>
        <w:br/>
        <w:t>— А куди-б нам рушити на село по здоров'я та по силу? За літо треба добре набратися здоров'я, щоб восени було з чим відбути кандидатство!</w:t>
      </w:r>
    </w:p>
    <w:p>
      <w:r>
        <w:br/>
        <w:t>— На Волинь, — кажу йому.</w:t>
      </w:r>
    </w:p>
    <w:p>
      <w:r>
        <w:br/>
        <w:t>— На Волині тепер незручно: бач, у Варшаві дрова рубають, а на Волинь тріски літають. Тоді, бачте, і по нашому Правобережжю між польською шляхтою ворушилося вже зерно тієї колотнечі, що скоїлась потім за рік.</w:t>
      </w:r>
    </w:p>
    <w:p>
      <w:r>
        <w:br/>
        <w:t>— Ліпше за все, — каже Панько, — за Десну куди.</w:t>
      </w:r>
    </w:p>
    <w:p>
      <w:r>
        <w:br/>
        <w:t>— І то добре! Я за Десною не бував ще; цікаво подивитися на Сіверщину. Тільки-ж першим ділом ходім на Тарасову могилу поклонитися кісткам страстотерпця і світоча...</w:t>
      </w:r>
    </w:p>
    <w:p>
      <w:r>
        <w:br/>
        <w:t>— Добре.</w:t>
      </w:r>
    </w:p>
    <w:p>
      <w:r>
        <w:br/>
        <w:t>От за кілька там день якось у середу, уставши раненько, умилися гарненько, поснідали та й гайда з Київа пішки...</w:t>
      </w:r>
    </w:p>
    <w:p>
      <w:r>
        <w:br/>
        <w:t>Пішли, харчів з собою не брали; думка така: села по шляху густі, на хліб та на молоко скрізь розживемося. Про всяк случай взяли в кешеню трошки чаю да кілька грудочок цукру. Йдемо собі; на полях робота вже аж гуде; орють на пар, косять, гребуть... Жита вже пополовіли; день за десять жнива.</w:t>
      </w:r>
    </w:p>
    <w:p>
      <w:r>
        <w:br/>
        <w:t>Те літо було незвичайно палке та сухе. Від самого вшестя дощу й не крапнуло, здається, ніхто й хмари не бачив. Люди гомоніли, що тому нема хмар, тому небо таке ясне, що біг, благословляючи визволення людей з кріпацтва, звелів і на небі святкувати отсе велике свято...</w:t>
      </w:r>
    </w:p>
    <w:p>
      <w:r>
        <w:br/>
        <w:t>Свято-то свято, дійсно велике, але, на лихо людям, з півночи віяло часом холодним вітром... Знати було, що от-от вітер нажене хмари й закриє нам сонце... Так воно й сталося... Наступила була страшенна негодь і темнота... Чисто глупа, темна, безпросвітня ніч та довга-предовга...</w:t>
      </w:r>
    </w:p>
    <w:p>
      <w:r>
        <w:br/>
        <w:t>Добре, йдемо ми... Не тепер ідемо, — ні! Тепер ми, коли не сидимо, так топчемося, наче воли на крузі в топчаку; а тоді ми молодими ногами йшли жваво, бадьоро, до поту, до утоми. Тоді йти трудніш було: темно, шлях не битий, колія терном заросла, прослідку не видно... инде треба було просто помацки шукати своєї стежки...</w:t>
      </w:r>
    </w:p>
    <w:p>
      <w:r>
        <w:br/>
        <w:t>До самої могили йшли берегами понад Дніпром-Славутою. Гарно було, невимовно гарно! Простягся сивий дід, лежить нерухомо, розгорнувши сизо-срібні скрижалі нашої давнини — читай, хто вмілий!.. Чудна річ: не єгипетськими гієрогліфами писані ті скрижалі, а не всяк письменний чоловік потрапить доладу їх прочитати: инший такий письменний, що аж друкований, усякі папіруси читає, а кинеться читати Дніпрові скрижалі — і не втне!.. він то й читає, та не те, що там написано, а якусь "отсебятину"... Слухаєш те читання і тямиш, що се просто "Киевская Старина"; більш нічого...</w:t>
      </w:r>
    </w:p>
    <w:p>
      <w:r>
        <w:br/>
        <w:t>Чого воно так? Мабуть того, що:</w:t>
      </w:r>
    </w:p>
    <w:p>
      <w:r>
        <w:br/>
        <w:t>"Всякому городу свій нрав і права"...</w:t>
      </w:r>
    </w:p>
    <w:p>
      <w:r>
        <w:br/>
        <w:t>Так ото, кажу, Дніпро лежав спокійно, нерухомо, й "вусом не моргне"; а я дивлюся на його упівну красу і кажу до Панька:</w:t>
      </w:r>
    </w:p>
    <w:p>
      <w:r>
        <w:br/>
        <w:t>— Що, коли-б отсього сонного велетня — старця днедавнього хто розбудив? Що, коли-б хто роздратував його, а він-би розлютився, повернувся та вдарив хвилями-крилами по обидва боки? Гай, гай!.. чи не затряслось-би море, чи не застогнала-б Шатер-Гора, чи не заплакало-б небо? чи не прокинувсь-би Великий Луг? Панько дивиться так понуро: журливо так хитає головою і промовляє:</w:t>
      </w:r>
    </w:p>
    <w:p>
      <w:r>
        <w:br/>
        <w:t>— Кожен раз, чи то в Київі, чи де инде, коли я дивилося на тихий, спокійний і невимовне величавий наш Дніпер, я питаюся сам у себе: хто у кого переняв оту спокійно-гордовиту і гордовито-спокійну вдачу, вдачу міцно-свідому своєї потужности в минулому і захланности в сучасному: чи українець у Дніпра, чи навпаки? Хто кого навчив терпіти лихо й сподіватися, що правда не вмре, воскресне; наче та зачарована королівна, розірве сповивач і покотиться по градам і весям, — сіючи між людьми добро, любов, волю і світ... А нумо вгадувати та розгадувати отсю загадку, веселіш буде йти.</w:t>
      </w:r>
    </w:p>
    <w:p>
      <w:r>
        <w:br/>
        <w:t>Давай і давай... До самого Канева дійшли, а ради собі не дали, загадки не розгадали... Трудна вона...</w:t>
      </w:r>
    </w:p>
    <w:p>
      <w:r>
        <w:br/>
        <w:t>Сонечко лягло вже в колиску, коли ми прийшли на ту Чернечу гору, де "на нашій не-своїй землі" спочивають благородні кістки найблагороднішого з всесвітніх віщунів, благовісників народнього добра, світу, правди і любови...</w:t>
      </w:r>
    </w:p>
    <w:p>
      <w:r>
        <w:br/>
        <w:t>Сумно було на могилі... Одна-однісінька!.. Ба! а де-ж їй і пари добрати! де у нас є друга така могила, щоб змогла стати попліч з Тарасовою? Нема! бо не було й нема другого велетня такого... Дніпро хіба? Один плакав за народ, за волю, а другий односив його сльози в море... Один Дніпро сподобився довіку-вічного лежати попліч з віщим Кобзарем України...</w:t>
      </w:r>
    </w:p>
    <w:p>
      <w:r>
        <w:br/>
        <w:t>Високий дубовий хрест на Тарасовій могилі дивився гордо навкруги. Він гордував по правді: йому є чим пишатися! він тямить, над ким і над чим він стоїть "на сторожі", куди і кому вказує шлях.</w:t>
      </w:r>
    </w:p>
    <w:p>
      <w:r>
        <w:br/>
        <w:t>Ми сіли під тим хрестом. Якесь високе, святе, досі недовідоме мені почуття обгорнуло й переняло мою душу, серце, всього мене! Ми мовчали; уста наші заніміли... Нам здавалося, що над нами баня величезного храму, де йде саме в ту годину торжественна служба, твориться щира, свята молитва й два велетні, а за ними і всі сущії благають, щоб усі люди стали вольними</w:t>
      </w:r>
    </w:p>
    <w:p>
      <w:r>
        <w:br/>
        <w:t>Добрими братами</w:t>
      </w:r>
    </w:p>
    <w:p>
      <w:r>
        <w:br/>
        <w:t>І синами сонця правди...</w:t>
      </w:r>
    </w:p>
    <w:p>
      <w:r>
        <w:br/>
        <w:t>Ми й не зчулися, коли ніч-мати обгорнула і могилу, і нас, і Дніпро, і всю Україну!</w:t>
      </w:r>
    </w:p>
    <w:p>
      <w:r>
        <w:br/>
        <w:t>Що то за ніч була! Доки мого віку не забуду тієї ночи! Не списати її, не змалювати! Густа, темно-синя блакить аж паше, обіймаючи землю в обійми молодої, жвавої, ніжної красуні! Пригортає її до себе, обіруч притискає до свого лоня, пестить, буцім та ніжна мати своє перше немовлятко — в ту хвилину, коли воно вперше промовило до неї "мамо"!.. Круглий, блідий, ярко-срібний місяць стоїть серед неба: нирнувши по саму шию в голубий ефір, оглядує землю-красу й не хоче очей од неї одірвати. До кого-ж саме, до чого прилип він своїм ласкавим поглядом оксамитовим? чи до широкого Дніпрового зеркала, чи до Тарасового хреста?.. Не відаю...</w:t>
      </w:r>
    </w:p>
    <w:p>
      <w:r>
        <w:br/>
        <w:t>А зіроньки дрібними зграями бігають по блакитному перекиту і всіма сторонами бризькають срібним дощиком... Бігають вони, немов діти наввипередки, немов одна одну хоче попередити, щоб першою цмокнути в сивий ус старого Діда-Славуту. А сам Славута — хоч-би тобі поворухнувся! Лежить велетень та там десь далеко-далеко, за Ненаситинцем, за Хортицею, за Великим Лугом, за славним кошем лицарського братства січового, там десь в очеретах на плавнях сховав свою сиву голівоньку — та тишком впивається старими устами в блакитне небо... А небо припадає до його уст, цілує їх і своїм голубим омофором вкриває його, щоб старі очі не бачили захланности живих мерців — та наготи їх духово-моральної...</w:t>
      </w:r>
    </w:p>
    <w:p>
      <w:r>
        <w:br/>
        <w:t>Кучеряві верби підперезали Тарасову гору: своїми блідо-зеленими вітками вони схилилися до Дніпра, немов благають його, промовляючи: "Батьку! дай нам своєї пишної води умитися, освіжитися від спеки дняної; напій нас сцілющою, живущою прохолодою! Душно нам! нас сонце попекло, посушило верхи наші, виснажило коріння наше".</w:t>
      </w:r>
    </w:p>
    <w:p>
      <w:r>
        <w:br/>
        <w:t>Ласкавий батько почув те благання і на крилах тихенького зефіра послав вербам вохкість, напоєну свіжою росою й пахощами квіток та трави... Зефір повіяв і на Тарасову оселю; освіжив і нас, доволі таки потомлених.</w:t>
      </w:r>
    </w:p>
    <w:p>
      <w:r>
        <w:br/>
        <w:t>— Людей щось і не видно й не чутно, — озвався Панько, — де вони? спати ще-б рано; а проте... праця та злидні присплять на перині з мозолів...</w:t>
      </w:r>
    </w:p>
    <w:p>
      <w:r>
        <w:br/>
        <w:t>— Не всі й сплять... он слухай, як на тім боці лунає дзвінкий дівочий голос... А он бачиш — човник... глянь! як сиплються по воді бриліянтові іскорки.. Слухай, слухай! чуєш баритон як бере: "Ой колись була роскіш-воля"...</w:t>
      </w:r>
    </w:p>
    <w:p>
      <w:r>
        <w:br/>
        <w:t>Не спавши просиділи ми до світа...</w:t>
      </w:r>
    </w:p>
    <w:p>
      <w:r>
        <w:br/>
        <w:t>Літня ніч коротка, але за оту коротку ніч багацько я пережив довгих думок... Та ніч перед Тарасовим хрестом, немов перед вівтарем, висвятила мене на свідомого чоловіка-українця і відчинила мені двері в нашу святу-святих, де першим разом упала полуда з моїх очей; узрів я "світ невечірній, тихий", узрів ковчег з скрижалями любови і правди і затвердив той символ віри, який ісповідую й ісповідуватиму до віку; короткий той символ: "праця на рідній народній ниві"...</w:t>
      </w:r>
    </w:p>
    <w:p>
      <w:r>
        <w:br/>
        <w:t>І коли тебе забуду, Ієрусалиме! Забвен нехай по вік буду...</w:t>
      </w:r>
    </w:p>
    <w:p>
      <w:r>
        <w:br/>
        <w:t>Вже зовсім розвиднялося, коли ми заснули в головах Тарасової могили і спали, аж доки не припекло сонце.</w:t>
      </w:r>
    </w:p>
    <w:p>
      <w:r>
        <w:br/>
        <w:t>— Час! — кажу Панькові.</w:t>
      </w:r>
    </w:p>
    <w:p>
      <w:r>
        <w:br/>
        <w:t>— Рушаймо!</w:t>
      </w:r>
    </w:p>
    <w:p>
      <w:r>
        <w:br/>
        <w:t>Познаменовалися до хреста; приложилися до могили; взяли з неї на спомин по грудочці землі та й рушили до Київа иншим вже шляхом.</w:t>
      </w:r>
    </w:p>
    <w:p>
      <w:r>
        <w:br/>
        <w:t>Небавом вийшли ми на биту дорогу. Я й кажу Панькові:</w:t>
      </w:r>
    </w:p>
    <w:p>
      <w:r>
        <w:br/>
        <w:t>— Кажуть, — в дорозі без пригоди не буває, а от ми звернули на другу половину нашої прощі, а досі, в добрий час поговорить, в лихий мовчать, не трапилося нам нічого.</w:t>
      </w:r>
    </w:p>
    <w:p>
      <w:r>
        <w:br/>
        <w:t>— Прикуси собі язика та тричі сплюнь, — відповів Панько, — до Київа ще далеко.</w:t>
      </w:r>
    </w:p>
    <w:p>
      <w:r>
        <w:br/>
        <w:t>Йдемо, простуємо: по одну руку зеленовато-золотою стіною стоять жита; по другу — свіжа рілля, чорнозем, такий пухкий, наче на опарі, аж парує, так хлібом і пахне...</w:t>
      </w:r>
    </w:p>
    <w:p>
      <w:r>
        <w:br/>
        <w:t>Чи йшли ми з годину, чи може й ні, — дивимося: по шляху купками чоловіка п'ять-шість стоять люди і в кожного мітла. Біля їх верховень. Що воно таке? Вгадуємо та не вгадаємо. Стали зближатися до них: до першої купки не було вже й на гони; люди, скоро побачили нас, зараз мітли вгору, махають на нас та гукають:</w:t>
      </w:r>
    </w:p>
    <w:p>
      <w:r>
        <w:br/>
        <w:t>— Який вас чортів батько сюди приніс! Тікайте собі! тікайте геть звідсіля!</w:t>
      </w:r>
    </w:p>
    <w:p>
      <w:r>
        <w:br/>
        <w:t>Ми спинилися; блимаємо очима один на одного і нічого не тямимо... Невже то проти нас?.. На нас ні за що, а навкруги, опріч нас, нікого нема... З якої-ж речи на нас? Хіба тут ходить заборонено... так же шлях битий і на йому свіжі сліди і піших людей, і возами... Непевне щось.</w:t>
      </w:r>
    </w:p>
    <w:p>
      <w:r>
        <w:br/>
        <w:t>— Ходім далі, Паньку.</w:t>
      </w:r>
    </w:p>
    <w:p>
      <w:r>
        <w:br/>
        <w:t>— Авже-ж ходім.</w:t>
      </w:r>
    </w:p>
    <w:p>
      <w:r>
        <w:br/>
        <w:t>Ледве зробили ступнів зо три, а верховень той прожогом проти нас: припав він коневі до гриви, підлетів до нас так як гримне, немов з маточини:</w:t>
      </w:r>
    </w:p>
    <w:p>
      <w:r>
        <w:br/>
        <w:t>— Якого ви біса тут поставали! тікайте! щоб вашого й духу тут не було, а то я вам мітлою так пики вимережу, що вас і рідна мати не пізнає! — Та з отсим словом як замахнеться на Панька мітлою! Панько догадався, присів... а я під жито в бік. У мене й дух похолов; думаю, занівечить він Панька... Мітла у його така здорова, широка, коли-б був тільки, крий боже, затопив по тварі, так-би очі й висадив. Бачу — непереливки!.. Тоді ми не були ще такими страхополохами, як тепер. Думаю — треба висловитись... Тільки що ступив, ще й рота не роззявив, а верховень як сікнеться до мене:</w:t>
      </w:r>
    </w:p>
    <w:p>
      <w:r>
        <w:br/>
        <w:t>— Чого ґави ловиш? сказано вам: тікайте! не чув?.. чи не до тебе річ?</w:t>
      </w:r>
    </w:p>
    <w:p>
      <w:r>
        <w:br/>
        <w:t>— Та що-ж ми вдіяли, чоловіче добрий? Ми-ж нічого...</w:t>
      </w:r>
    </w:p>
    <w:p>
      <w:r>
        <w:br/>
        <w:t>— Ще й змагатися! Зараз тікай, а то й не стямишся!.. тікай! — та до мене; я на ріллю... — Тікай швидче!.. —Я на взаводи... біжу не озираючись; духу боюсь перевести, а він гукає услід мене: "Швидче! швидче!"</w:t>
      </w:r>
    </w:p>
    <w:p>
      <w:r>
        <w:br/>
        <w:t>Чую і Панько біжить за мною: я його не бачу, бо озирнутися боюсь, а чую, що він тупотить... Біжимо вподовж ріллі від шляху, а позаду нас чуємо:</w:t>
      </w:r>
    </w:p>
    <w:p>
      <w:r>
        <w:br/>
        <w:t>— Тю! тю! тю!..</w:t>
      </w:r>
    </w:p>
    <w:p>
      <w:r>
        <w:br/>
        <w:t>Тюкають на нас, наче на сіроманців, аж луна ріллею котиться. Довго бігли; потом облилися. Прибігли в долинку, тут неораний муріг, я на його снопом і розплатався; кажу Панькові:</w:t>
      </w:r>
    </w:p>
    <w:p>
      <w:r>
        <w:br/>
        <w:t>— Спочиньмо!</w:t>
      </w:r>
    </w:p>
    <w:p>
      <w:r>
        <w:br/>
        <w:t>— Боязко, коли-б не нагнав... нумо ще бігти...</w:t>
      </w:r>
    </w:p>
    <w:p>
      <w:r>
        <w:br/>
        <w:t>— Хіба женеться?</w:t>
      </w:r>
    </w:p>
    <w:p>
      <w:r>
        <w:br/>
        <w:t>— Не видко, та безпечніш буде... ось ну ще гоней двоє...</w:t>
      </w:r>
    </w:p>
    <w:p>
      <w:r>
        <w:br/>
        <w:t>— Нема сили... спочиньмо,</w:t>
      </w:r>
    </w:p>
    <w:p>
      <w:r>
        <w:br/>
        <w:t>— Нехай!.. вже-ж що бог дасть. — Ліг і Панько на траві. Потомилися, засапатилися ми так, що й не сказати. Спочивши трохи, Панько й напосівся на мене:</w:t>
      </w:r>
    </w:p>
    <w:p>
      <w:r>
        <w:br/>
        <w:t>— Се ти, каже, накликав пригоду! — Дорікає він, сердиться, а мене регіт бере: чудна пригода, і не розберемо — з чого вона? Певна річ, що якась помилка; коли-б висловитись з людьми, — так-же не дає той верховень.</w:t>
      </w:r>
    </w:p>
    <w:p>
      <w:r>
        <w:br/>
        <w:t>— Як, Паньку, — питаюся, — на твою думку, чого вони напалися на нас?</w:t>
      </w:r>
    </w:p>
    <w:p>
      <w:r>
        <w:br/>
        <w:t>— Геть собі з думками, дай спершу відпочити. Коли-б ти знав, як я пити хочу... аж пробі...</w:t>
      </w:r>
    </w:p>
    <w:p>
      <w:r>
        <w:br/>
        <w:t>— Напився-б і я, кажу, та ще коли-б свіжої, погожої з криниці...</w:t>
      </w:r>
    </w:p>
    <w:p>
      <w:r>
        <w:br/>
        <w:t>— Хоч не нагадуй вже, не дратуй... Ось ну — ліпше буде — рушаймо до Дніпра навпростець.</w:t>
      </w:r>
    </w:p>
    <w:p>
      <w:r>
        <w:br/>
        <w:t>— Шкода, брате, Дніпро далеко... ліпше от що: розгляньмо, чи не манячить де поблизу яке село? — Зійшли ми на шпильочок, на гору, дивимось — села не видко, а ген-ген недалечко оре чоловік. Господи, як ми йому зраділи! швидче до його, благаємо:</w:t>
      </w:r>
    </w:p>
    <w:p>
      <w:r>
        <w:br/>
        <w:t>— Дайте, дядьку, водиці напитися, душу промочити; засохла так, що аж смага на губах повиступала. — Не поборонив... У нас — хто-ж сього не відає? — великий гріх не дать прохожому води! Крий боже!</w:t>
      </w:r>
    </w:p>
    <w:p>
      <w:r>
        <w:br/>
        <w:t>Дав, прибав йому віку, коли живий, а вмер — царство йому небесне!</w:t>
      </w:r>
    </w:p>
    <w:p>
      <w:r>
        <w:br/>
        <w:t>Як допалися ми до барила, трохи не всю воду витягли. Ратай дивився, дивився та й каже:</w:t>
      </w:r>
    </w:p>
    <w:p>
      <w:r>
        <w:br/>
        <w:t>— Чи лишили води хоч на кашу? десь ви, нівроку вам, не одну чехоню поснідали...</w:t>
      </w:r>
    </w:p>
    <w:p>
      <w:r>
        <w:br/>
        <w:t>— У нас, дядьку, сьогодні ще й росина в роті не була.</w:t>
      </w:r>
    </w:p>
    <w:p>
      <w:r>
        <w:br/>
        <w:t>— Звідкіль ви?</w:t>
      </w:r>
    </w:p>
    <w:p>
      <w:r>
        <w:br/>
        <w:t>— Прочани.</w:t>
      </w:r>
    </w:p>
    <w:p>
      <w:r>
        <w:br/>
        <w:t>— Гм! на прощу, та отак голіруч... чудно... у Київ, значить?</w:t>
      </w:r>
    </w:p>
    <w:p>
      <w:r>
        <w:br/>
        <w:t>— Ні, ми з Київа...</w:t>
      </w:r>
    </w:p>
    <w:p>
      <w:r>
        <w:br/>
        <w:t>— Отакої! виходить — тут десь на ріллі молилися?</w:t>
      </w:r>
    </w:p>
    <w:p>
      <w:r>
        <w:br/>
        <w:t>Ми розповіли йому, де були.</w:t>
      </w:r>
    </w:p>
    <w:p>
      <w:r>
        <w:br/>
        <w:t>— Еге, се инша річ... чув і я про ту могилу... Се того Тараса, що людям волю писав... чув, чув... Самі-ж ви що за люди?</w:t>
      </w:r>
    </w:p>
    <w:p>
      <w:r>
        <w:br/>
        <w:t>— Студенти...</w:t>
      </w:r>
    </w:p>
    <w:p>
      <w:r>
        <w:br/>
        <w:t>— Себ-то якого звання?</w:t>
      </w:r>
    </w:p>
    <w:p>
      <w:r>
        <w:br/>
        <w:t>Відповіли ми й на те, а він:</w:t>
      </w:r>
    </w:p>
    <w:p>
      <w:r>
        <w:br/>
        <w:t>— Може воно й правда, та наче брехнею трохи пахне... Глядіть лишень, може ви з яким недобрим духом, так цур вам! Тепер всякого народу вештається... он і про ляхів гомонять, буцім-би то вони бунтувати захожуються проти москаля... не моє діло, звісно, а коли ви теє... то бог з вами, йдіть собі швидче, я вам не ворог, а до гріха не підводьте...</w:t>
      </w:r>
    </w:p>
    <w:p>
      <w:r>
        <w:br/>
        <w:t>Ми — ну його запевняти, що ми люди безпечні; слухає він, а по очах його знати, що не йме віри. Питаємося у його, що то за люди по шляху? а він на те:</w:t>
      </w:r>
    </w:p>
    <w:p>
      <w:r>
        <w:br/>
        <w:t>— Гм! то не наше діло...</w:t>
      </w:r>
    </w:p>
    <w:p>
      <w:r>
        <w:br/>
        <w:t>— Чого вони з мітлами?</w:t>
      </w:r>
    </w:p>
    <w:p>
      <w:r>
        <w:br/>
        <w:t>— Од начальства так велено...</w:t>
      </w:r>
    </w:p>
    <w:p>
      <w:r>
        <w:br/>
        <w:t>— Метуть шлях, чи що?</w:t>
      </w:r>
    </w:p>
    <w:p>
      <w:r>
        <w:br/>
        <w:t>— Здається, — на сарану чекають...</w:t>
      </w:r>
    </w:p>
    <w:p>
      <w:r>
        <w:br/>
        <w:t>— А верховень же на що?</w:t>
      </w:r>
    </w:p>
    <w:p>
      <w:r>
        <w:br/>
        <w:t>— То не наше діло.</w:t>
      </w:r>
    </w:p>
    <w:p>
      <w:r>
        <w:br/>
        <w:t>Отак балакаємо, аж чуємо по ріллі гупотить. Зирк!.. той самий верховень, наче вихор мчиться та гукає:</w:t>
      </w:r>
    </w:p>
    <w:p>
      <w:r>
        <w:br/>
        <w:t>— Чом ти їх не женеш? жени! тікайте!</w:t>
      </w:r>
    </w:p>
    <w:p>
      <w:r>
        <w:br/>
        <w:t>Ратай тоді за истик та на нас:</w:t>
      </w:r>
    </w:p>
    <w:p>
      <w:r>
        <w:br/>
        <w:t>— Тікайте швидче! цур вам! через вас ще й в халепу вскочу!..</w:t>
      </w:r>
    </w:p>
    <w:p>
      <w:r>
        <w:br/>
        <w:t>— Куди-ж нам, кажу я, тікати? і що оце за напасть на нас?</w:t>
      </w:r>
    </w:p>
    <w:p>
      <w:r>
        <w:br/>
        <w:t>— Ось я тебе истиком як глезону, так знатимеш, куди тікати! В жито, вже-ж не куди більш!</w:t>
      </w:r>
    </w:p>
    <w:p>
      <w:r>
        <w:br/>
        <w:t>А тут і верховень підбіг, кричить:</w:t>
      </w:r>
    </w:p>
    <w:p>
      <w:r>
        <w:br/>
        <w:t>— Тікайте в жита! щоб вас не видко було, а то от-от затого бігтиме начальство, крий боже, спостереже вас!..</w:t>
      </w:r>
    </w:p>
    <w:p>
      <w:r>
        <w:br/>
        <w:t>— Яке, чоловіче, начальство? на що нам ховатися? ось послухай...</w:t>
      </w:r>
    </w:p>
    <w:p>
      <w:r>
        <w:br/>
        <w:t>— Змагатися! — гримнув він, — мітли хочеш покуштувати? Сказано: тікайте! ховайтесь в жито! Ну!</w:t>
      </w:r>
    </w:p>
    <w:p>
      <w:r>
        <w:br/>
        <w:t>Побігли ми знов, а він повз нас, та все пугою — хвись по вітру, хвись! та на нас:</w:t>
      </w:r>
    </w:p>
    <w:p>
      <w:r>
        <w:br/>
        <w:t>— Швидче, швидче! не приставайте! — Йому-ж добре на коні, а ми ледве дух переводимо; ще не так тяжко було, доки бігли вподовж ріллі, по розпрузі, а як звернули впоперек, крий господи!.. Панько мій тиць та тиць чолом об землю, де розпруга — він і поцілується з нею, на лобі йому наприлипало чорнозему, хоч гречку сій... Насилу вбігли в жита; боржій на землю, лежимо, немов мерці, не здужаємо слова промовити... Лежимо мовчки, я вже й дрімати почав, аж Панько як крикне:</w:t>
      </w:r>
    </w:p>
    <w:p>
      <w:r>
        <w:br/>
        <w:t>— Отсе гак, так гак!</w:t>
      </w:r>
    </w:p>
    <w:p>
      <w:r>
        <w:br/>
        <w:t>— Що? знов біжить?</w:t>
      </w:r>
    </w:p>
    <w:p>
      <w:r>
        <w:br/>
        <w:t>— Гірш! я свого бриля одбіг...</w:t>
      </w:r>
    </w:p>
    <w:p>
      <w:r>
        <w:br/>
        <w:t>— І-гі! де-ж се ти його!</w:t>
      </w:r>
    </w:p>
    <w:p>
      <w:r>
        <w:br/>
        <w:t>— Не тямлю!.. певне десь, біжучи по ріллі, як спіткнувся, він і злетів, а я не помітив...</w:t>
      </w:r>
    </w:p>
    <w:p>
      <w:r>
        <w:br/>
        <w:t>— Вернись пошукай...</w:t>
      </w:r>
    </w:p>
    <w:p>
      <w:r>
        <w:br/>
        <w:t>— Чи ти при собі! а верховень?!..</w:t>
      </w:r>
    </w:p>
    <w:p>
      <w:r>
        <w:br/>
        <w:t>— Кепська річ! як-же без бриля? сонце пектиме.</w:t>
      </w:r>
    </w:p>
    <w:p>
      <w:r>
        <w:br/>
        <w:t>— Сонце байдуже, хусткою можна зап'ясти голову; а он по селах як його? Що люди думатимуть?</w:t>
      </w:r>
    </w:p>
    <w:p>
      <w:r>
        <w:br/>
        <w:t>— Думатимуть не добре.</w:t>
      </w:r>
    </w:p>
    <w:p>
      <w:r>
        <w:br/>
        <w:t>— Прямо кажи — думатимуть, що де на злодійстві бриля одбіг. Кепсько!</w:t>
      </w:r>
    </w:p>
    <w:p>
      <w:r>
        <w:br/>
        <w:t>— Навіки кепсько!</w:t>
      </w:r>
    </w:p>
    <w:p>
      <w:r>
        <w:br/>
        <w:t>Вилежались, спочили. Бриль в голові мулить, та і в шлунку наче хто по мосту іде, їсти аж шкура болить; а ми не тямимо, чи далеко ще до села і кудою нам іти? На шлях вийти боязко; житами — людям шкоди наробимо, потолочимо; хоч не по своїй вині, а все-ж шкода... Одначе не ночувати-ж і тут, вже-ж і самих себе шкода.</w:t>
      </w:r>
    </w:p>
    <w:p>
      <w:r>
        <w:br/>
        <w:t>Попригинавшись, наблизились ми до шляху, визирнули нишком. Овва! і досі стоять з мітлами! Ми тоді знов збочили та пригнувшись побрели житами. Верстов може п'ять брели, доки дав бог село.</w:t>
      </w:r>
    </w:p>
    <w:p>
      <w:r>
        <w:br/>
        <w:t>Йдемо селом. Панько в білій хустці на голові; хто стрінеться, зараз його на глум: "Глянь! каже, голова жіноча, а ноги чоловічі".</w:t>
      </w:r>
    </w:p>
    <w:p>
      <w:r>
        <w:br/>
        <w:t>Прийшли в корчму.</w:t>
      </w:r>
    </w:p>
    <w:p>
      <w:r>
        <w:br/>
        <w:t>— Є самовар?</w:t>
      </w:r>
    </w:p>
    <w:p>
      <w:r>
        <w:br/>
        <w:t>— Є, є, усе є...</w:t>
      </w:r>
    </w:p>
    <w:p>
      <w:r>
        <w:br/>
        <w:t>— Поздоров тебе єгова! духом станови нам самовар, та глек молока, та сковороду яєчні...</w:t>
      </w:r>
    </w:p>
    <w:p>
      <w:r>
        <w:br/>
        <w:t>_ Зараз!.. усе буде!.. Гей Суро! агибіте! самовар, унд мільхес. Тен момент, панове! — Доки Сура поралася біля самовару, ми заходилися поратися коло Лейби; спершу манівцями, а далі й навпростець:</w:t>
      </w:r>
    </w:p>
    <w:p>
      <w:r>
        <w:br/>
        <w:t>— Треба, Лейбо, розжитися хоч на ледачий який бриль, або на яку завалящу шапку, бо вже-ж-далі йти простоволосому, або в хустці не зручно. — Лейба носом почув поживу.</w:t>
      </w:r>
    </w:p>
    <w:p>
      <w:r>
        <w:br/>
        <w:t>— Се, — каже, Лейба, — річ світова, і я колись, їхавши, заснув на возі та й загубив капелюх.</w:t>
      </w:r>
    </w:p>
    <w:p>
      <w:r>
        <w:br/>
        <w:t>Метнувся він на село добувати Панькові бриля. Тим часом Сура подала нам самовар. Чаюємо ми. Як ось увійшло в корчму два чоловіки не старого ще віку; обидва босоніж, молодший в одній сорочці, у старішого на плечах на опашку щось похоже на юпку, тільки не вгадати з чого вона й якої барви — чи вона з сукна, чи з рядовини, чи з полотна: латка на латці і все різнобарвні. Біля грудей на юпці теліпається якась "медаля", з чого знати, що чоловік той вислужений салдат.</w:t>
      </w:r>
    </w:p>
    <w:p>
      <w:r>
        <w:br/>
        <w:t>Обидва вони засмалені, суворі; погляд в обох такий відважний, голінний, наче в шибеників.</w:t>
      </w:r>
    </w:p>
    <w:p>
      <w:r>
        <w:br/>
        <w:t>— А ну, Сурко! сип, — мовив молодший, ставши біля ляди.</w:t>
      </w:r>
    </w:p>
    <w:p>
      <w:r>
        <w:br/>
        <w:t>Сурка мовчки почастувала обох горілкою. Випивши, грошей не давали і не подякували. Салдат, випивши, плюнув, утерся рукавом і каже:</w:t>
      </w:r>
    </w:p>
    <w:p>
      <w:r>
        <w:br/>
        <w:t>— З водою, розведена... Не гріх-би було, щоб кров тому розвело, хто розводить божу сльозу... Ге.... пополам з водою.</w:t>
      </w:r>
    </w:p>
    <w:p>
      <w:r>
        <w:br/>
        <w:t>— А ти-б хотів з панської винниці та з шинкарських рук щоб була оковита, — всміхнувшись, мовив другий.</w:t>
      </w:r>
    </w:p>
    <w:p>
      <w:r>
        <w:br/>
        <w:t>— Тепер ганите, а ось тривайте з нового року ще гірша буде: акциз великий вводять, — промовила Сурка.</w:t>
      </w:r>
    </w:p>
    <w:p>
      <w:r>
        <w:br/>
        <w:t>— Акциз, кажеш? Ще чого не було! Скоро й на хліб заведуть акциз... А ну, Савко, — мовив салдат, — ке сюди твого тютюну...</w:t>
      </w:r>
    </w:p>
    <w:p>
      <w:r>
        <w:br/>
        <w:t>— Мого?.. а твій-же де?</w:t>
      </w:r>
    </w:p>
    <w:p>
      <w:r>
        <w:br/>
        <w:t>— Мій да твій!.. і який його ворог вигадав отсе "мій да твій?"</w:t>
      </w:r>
    </w:p>
    <w:p>
      <w:r>
        <w:br/>
        <w:t>— А як-же?</w:t>
      </w:r>
    </w:p>
    <w:p>
      <w:r>
        <w:br/>
        <w:t>— Дурний ти, Климе, що не тямиш як! Не твій, не мій, а наш... От як... еге... що?</w:t>
      </w:r>
    </w:p>
    <w:p>
      <w:r>
        <w:br/>
        <w:t>— Нічого... добре-б, — значить-би тоді усе наше?— всміхається Клим.</w:t>
      </w:r>
    </w:p>
    <w:p>
      <w:r>
        <w:br/>
        <w:t>— Авже-ж! нічиє, — значить, а всіх... —</w:t>
      </w:r>
    </w:p>
    <w:p>
      <w:r>
        <w:br/>
        <w:t>— Себ-то як? і горілка всіх?</w:t>
      </w:r>
    </w:p>
    <w:p>
      <w:r>
        <w:br/>
        <w:t>— Гм! Вода чия? — усіх! а горілка з чого, як не з води?</w:t>
      </w:r>
    </w:p>
    <w:p>
      <w:r>
        <w:br/>
        <w:t>— Звісно, з води...</w:t>
      </w:r>
    </w:p>
    <w:p>
      <w:r>
        <w:br/>
        <w:t>Посідали вони на долівці біля самісінького порогу; люльки аж шкварчать; дим наче з бовдура. Сидять та очима з-під лоба так і їдять нас.</w:t>
      </w:r>
    </w:p>
    <w:p>
      <w:r>
        <w:br/>
        <w:t>А далі Клим моргнув на нас та й каже до Савки:</w:t>
      </w:r>
    </w:p>
    <w:p>
      <w:r>
        <w:br/>
        <w:t>— Бачиш?</w:t>
      </w:r>
    </w:p>
    <w:p>
      <w:r>
        <w:br/>
        <w:t>— Не повилазило. Чай?</w:t>
      </w:r>
    </w:p>
    <w:p>
      <w:r>
        <w:br/>
        <w:t>— Ніщо більш.</w:t>
      </w:r>
    </w:p>
    <w:p>
      <w:r>
        <w:br/>
        <w:t>— Який в йому смак?</w:t>
      </w:r>
    </w:p>
    <w:p>
      <w:r>
        <w:br/>
        <w:t>— Хіба зроду не куштував?</w:t>
      </w:r>
    </w:p>
    <w:p>
      <w:r>
        <w:br/>
        <w:t>— А ти куштував?</w:t>
      </w:r>
    </w:p>
    <w:p>
      <w:r>
        <w:br/>
        <w:t>— Мочав губи...</w:t>
      </w:r>
    </w:p>
    <w:p>
      <w:r>
        <w:br/>
        <w:t>— Де се так?</w:t>
      </w:r>
    </w:p>
    <w:p>
      <w:r>
        <w:br/>
        <w:t>— Мало хіба світа? мало я їх сходив? де був, туди вже ворон і кісток не занесе... Де я не бував?!</w:t>
      </w:r>
    </w:p>
    <w:p>
      <w:r>
        <w:br/>
        <w:t>— Далеко?</w:t>
      </w:r>
    </w:p>
    <w:p>
      <w:r>
        <w:br/>
        <w:t>— Аж на самому Кавказі...</w:t>
      </w:r>
    </w:p>
    <w:p>
      <w:r>
        <w:br/>
        <w:t>— Не близько! Се-ж де воно? мабуть в Туреччині де?</w:t>
      </w:r>
    </w:p>
    <w:p>
      <w:r>
        <w:br/>
        <w:t>— У черкеса...</w:t>
      </w:r>
    </w:p>
    <w:p>
      <w:r>
        <w:br/>
        <w:t>— Ого! аж у черкеса... чого-ж тебе туди носило?</w:t>
      </w:r>
    </w:p>
    <w:p>
      <w:r>
        <w:br/>
        <w:t>— Велено... війна була... воювали.</w:t>
      </w:r>
    </w:p>
    <w:p>
      <w:r>
        <w:br/>
        <w:t>— Черкеса?</w:t>
      </w:r>
    </w:p>
    <w:p>
      <w:r>
        <w:br/>
        <w:t>— Його самого...</w:t>
      </w:r>
    </w:p>
    <w:p>
      <w:r>
        <w:br/>
        <w:t>— І ти воював?</w:t>
      </w:r>
    </w:p>
    <w:p>
      <w:r>
        <w:br/>
        <w:t>— Ще як!.. а се-ж за що? — Савка вказав на медалю.</w:t>
      </w:r>
    </w:p>
    <w:p>
      <w:r>
        <w:br/>
        <w:t>— Бач! а я й досі — байдуже про се. Аж ти й на війні був... Страшно?</w:t>
      </w:r>
    </w:p>
    <w:p>
      <w:r>
        <w:br/>
        <w:t>— Спершу не без того; спершу гидко якось — чоловіка колеш! Хоч він і черкес, а душа в його людська і не тямиш, за що ти його колеш? Згодя нічого, призвичаївся і байдуже... Ріжеш!</w:t>
      </w:r>
    </w:p>
    <w:p>
      <w:r>
        <w:br/>
        <w:t>— Еге... Як-же ви того черкеса?</w:t>
      </w:r>
    </w:p>
    <w:p>
      <w:r>
        <w:br/>
        <w:t>— Такі він на нас з гори... Там на Кавказі усе гори; є такі, що трохи-трохи не до самого неба. Черкес на горі, а ми в долині; він на нас, а ми на його; палимо та палимо, а ніхто не подається. Прибіг наш єнорал і каже нам: "А нуте, голубята! ще його, ще! Намніть йому чуприну!" А в нас вже набоїв бракує. Ми тоді прожогом проти його на гору... Єнорал гукає на нас: "В штики його!" Ми лізем, а черкес рубає, ми колем, а він рубає, не подається!.. Завзятий він... та ну його к гаспиду — ти туди дивись! — Савка кивнув на нас і спитався у Клима:</w:t>
      </w:r>
    </w:p>
    <w:p>
      <w:r>
        <w:br/>
        <w:t>— Бачиш? вони?</w:t>
      </w:r>
    </w:p>
    <w:p>
      <w:r>
        <w:br/>
        <w:t>— Мабуть вони... їдять, добре, видно, що протрусилися.</w:t>
      </w:r>
    </w:p>
    <w:p>
      <w:r>
        <w:br/>
        <w:t>— Певно з роботи... кажеш, вони?</w:t>
      </w:r>
    </w:p>
    <w:p>
      <w:r>
        <w:br/>
        <w:t>— І забожусь, що вони.</w:t>
      </w:r>
    </w:p>
    <w:p>
      <w:r>
        <w:br/>
        <w:t>— Коли-б не вклепатися... розпитайся.</w:t>
      </w:r>
    </w:p>
    <w:p>
      <w:r>
        <w:br/>
        <w:t>— Ти розпитайся; я на се не вдатен, а ти й на Кавказі бував, і світ видав...</w:t>
      </w:r>
    </w:p>
    <w:p>
      <w:r>
        <w:br/>
        <w:t>— Гм! мені й не з такими траплялося кашу їсти.</w:t>
      </w:r>
    </w:p>
    <w:p>
      <w:r>
        <w:br/>
        <w:t>Він підійшов до нас, сів на ослоні, ввічливо вклонився і мовив:</w:t>
      </w:r>
    </w:p>
    <w:p>
      <w:r>
        <w:br/>
        <w:t>— Хліб-сіль.</w:t>
      </w:r>
    </w:p>
    <w:p>
      <w:r>
        <w:br/>
        <w:t>— Просимо.</w:t>
      </w:r>
    </w:p>
    <w:p>
      <w:r>
        <w:br/>
        <w:t>— Їжте на здоров'ячко... Здалека?</w:t>
      </w:r>
    </w:p>
    <w:p>
      <w:r>
        <w:br/>
        <w:t>— З Київа, — відповів я.</w:t>
      </w:r>
    </w:p>
    <w:p>
      <w:r>
        <w:br/>
        <w:t>— Роботи шукаєте! Мабуть вперше в наших краях?</w:t>
      </w:r>
    </w:p>
    <w:p>
      <w:r>
        <w:br/>
        <w:t>— Вперше.</w:t>
      </w:r>
    </w:p>
    <w:p>
      <w:r>
        <w:br/>
        <w:t>— Так я й думав; се зараз знати. Я спостеріг се ще тоді, як ви по житах сновигали; бачу — не тутешні: і сміливости у вас нема, і хисту ще бракує, як слід... Я, бачте, світа видав, зараз вгадаю, хто бував у бувальцях, а хто вперше. Хто набив руку, той житами не ходить, не пригинатиметься. Звісно, вперше... біг поможе — навчитесь.</w:t>
      </w:r>
    </w:p>
    <w:p>
      <w:r>
        <w:br/>
        <w:t>Мені здалися чудними отсі слова, особливо лукаве моргання салдата. Питаюся:</w:t>
      </w:r>
    </w:p>
    <w:p>
      <w:r>
        <w:br/>
        <w:t>— Де-ж ви нас бачили?</w:t>
      </w:r>
    </w:p>
    <w:p>
      <w:r>
        <w:br/>
        <w:t>— Я тоді саме під житом на заклі лежав, товариша чекав, як ви пленталися... Еге... так кажете — аж з Київа... Воно так, по великих містах улітку не зручно, не велика пожива! Тепер робота саме по селах: в жнива — усім жнива. Звісно, не зразу! в незнайомих місцях трудно без проводиря; треба, щоб хто тямущий та видющий провів і стежку вказав, не то можна в лабети вскочити... Он, бачте, бриля одбігли, а з проводирем-би сього не трапилося. Коли що, то ми проведемо; ми з того більш і живемо.</w:t>
      </w:r>
    </w:p>
    <w:p>
      <w:r>
        <w:br/>
        <w:t>Слухаючи отсю річ, нам жадна лиха думка не приходила в голову. Ми були певні, що салдат — трохи під чаркою, гадає собі, що ми зблудили були з дороги й хоче нас провести, та за те й розжитися від нас на могорич. Я подякував і кажу:</w:t>
      </w:r>
    </w:p>
    <w:p>
      <w:r>
        <w:br/>
        <w:t>— Ми втрапимо й самі.</w:t>
      </w:r>
    </w:p>
    <w:p>
      <w:r>
        <w:br/>
        <w:t>— А чи добре-ж ви намітили собі, кудою йти?— питається він.</w:t>
      </w:r>
    </w:p>
    <w:p>
      <w:r>
        <w:br/>
        <w:t>— Звісно — по шляху — на Київ.</w:t>
      </w:r>
    </w:p>
    <w:p>
      <w:r>
        <w:br/>
        <w:t>— Гм! знов знати, що ви неуки. До Київа не один шлях веде: візьмете на Теплівку — гаразд буде, аби тямили, з якого кутка зайти, а звернете на Калинівку, не то брилів, а й чобіт відбіжите... На все треба розуму. От що! — Клим ласкаво потріпав мене по плечі, лукаво всміхнувся й знов каже:</w:t>
      </w:r>
    </w:p>
    <w:p>
      <w:r>
        <w:br/>
        <w:t>— Неукам по наших селах трудно, у нас люди сторожкі... Ми на сьому й зуби попроїдали та й то инколи не вгадаєш на яку ступити. Ми добрим людям помагаємо і вам готові... Ліпших за нас проводирів не знайдете тут... Якщо у вас струменту якого бракує: долота, чи кліщів, ми зарадимо й самі повартуємо... За нами безпечно жати; що нажнете, звісно, — без кривди поділимося. Сю ніч — як-раз саме впору у Теплівці: пани зранку вибралися до міста, там і ночуватимуть... Я туди вхожий, усі схованки знаю. Та тільки там... Клим покрутив головою.— Там без ломку не обійдешся... Долото є з вами?</w:t>
      </w:r>
    </w:p>
    <w:p>
      <w:r>
        <w:br/>
        <w:t>Тут вже я догадався, про яку "науку" веде Клим річ, за кого він нас вважає й до чого напучує! Та й кажу Панькові по німецькому:</w:t>
      </w:r>
    </w:p>
    <w:p>
      <w:r>
        <w:br/>
        <w:t>— Чи чуєш ти, що він гадає, що ми ходимо красти по селах...</w:t>
      </w:r>
    </w:p>
    <w:p>
      <w:r>
        <w:br/>
        <w:t>— Чую, — каже Панько, — цур йому; коли-б Лейба швидче вертався з капелюхом, та нумо йти, а то ще яку пригоду спіткаємо.</w:t>
      </w:r>
    </w:p>
    <w:p>
      <w:r>
        <w:br/>
        <w:t>Клим, почувши отсю нашу розмову й каже:</w:t>
      </w:r>
    </w:p>
    <w:p>
      <w:r>
        <w:br/>
        <w:t>— Зо мною, дітки, нічого вам таїтися, я не видавець — от вам нехай мене святий хрест поб'є, коли я брешу. Говоріть по-людськи. Я хоч і давно вже проводирем, а не навчився по-злодійськи розмовляти. Трудно... не всі ви по однаковому... Скільки траплялося вашого брата, а кожен по своєму: в одного гроші — круглячки, у другого — мушки, а в третього — розрив-трава, а в иншого знов брязкачі... Еге, так от-що, дітки: підкріпивши свої сили, виходьте за село та йдіть аж до конопель; під коноплями ляжте, буцім-би то подорожні, спочиваєте, — яке кому діло до вас! Лежіть, аж доки ми прийдемо; ми вже тямимо, коли зручніше, й проведемо.</w:t>
      </w:r>
    </w:p>
    <w:p>
      <w:r>
        <w:br/>
        <w:t>Скривилися ми, мовчимо, ніби не розуміємо, про що річ. Потім почали здалека розповідати, що ми за люди; а він слухав, слухав та й каже: "Брешіть, брешіть, до вечера ще далеко... а знати, що з вас вийдуть добрі люди... Ось послухайте-ж ради дотепної людини"...</w:t>
      </w:r>
    </w:p>
    <w:p>
      <w:r>
        <w:br/>
        <w:t>Хто його зна, яку-б він дав нам "пораду", коли-б не перебив Лейба.</w:t>
      </w:r>
    </w:p>
    <w:p>
      <w:r>
        <w:br/>
        <w:t>З Лейбою прийшов високий, сухорлявий, сивоволосий чоловік. З його заплетеної коси, з його довгополого демікитонового підрясника знати було, що то духовна особа. Савка й Клим в один мент з корчми.</w:t>
      </w:r>
    </w:p>
    <w:p>
      <w:r>
        <w:br/>
        <w:t>Лейба й каже до Панька:— От у них — вони у нас дяком — є капелюх; поцінно уступлять.</w:t>
      </w:r>
    </w:p>
    <w:p>
      <w:r>
        <w:br/>
        <w:t>Дяк витяг з-за пазухи старий-престарий картуз; такий замизканий, що жаден в світі археолог не вгадав-би ні віку його, ні барви.</w:t>
      </w:r>
    </w:p>
    <w:p>
      <w:r>
        <w:br/>
        <w:t>— Що за його давати? — спитався, Панько, приміряючи картуз на голову. А голова так по самого носа й сховалася в тому картузі.</w:t>
      </w:r>
    </w:p>
    <w:p>
      <w:r>
        <w:br/>
        <w:t>— З кого иншого, — каже дяк, — не взяв-би й трьох карбованців; а ви, як бачу, люди вбогі й подорожні, то давайте карбованця, та й нехай буде ваш, — носіть на здоров'я!</w:t>
      </w:r>
    </w:p>
    <w:p>
      <w:r>
        <w:br/>
        <w:t>— Господь з вами! — скрикнув Панько, — та за таке дрантя й сороківки шкода!</w:t>
      </w:r>
    </w:p>
    <w:p>
      <w:r>
        <w:br/>
        <w:t>Дяк зневажно зміряв поглядом Панька з ніг до голови й мовив:</w:t>
      </w:r>
    </w:p>
    <w:p>
      <w:r>
        <w:br/>
        <w:t>— Бачу, що не по ваших грошах!.. Шукайте дешевшого...</w:t>
      </w:r>
    </w:p>
    <w:p>
      <w:r>
        <w:br/>
        <w:t>— Беріть четвертака! гляньте: який він старий, та ще з діркою саме посередині, — мовив Панько. Дяк і оком не моргнув і каже:</w:t>
      </w:r>
    </w:p>
    <w:p>
      <w:r>
        <w:br/>
        <w:t>— Дірочка — байдуже! то якось на похоронах з кадила впала искорка та й пропалила... те не шкодить, ще ліпше: в дірочку вітер продуватиме, голова не так потітиме... Тепер умисне у всіх модних брилях роблять дірочки...</w:t>
      </w:r>
    </w:p>
    <w:p>
      <w:r>
        <w:br/>
        <w:t>Змагатися проти таких аргументів — ніяково було. Дяк тим часом, узявши картуза, підняв його поверх голови і мовив:</w:t>
      </w:r>
    </w:p>
    <w:p>
      <w:r>
        <w:br/>
        <w:t>— Добро!</w:t>
      </w:r>
    </w:p>
    <w:p>
      <w:r>
        <w:br/>
        <w:t>— Непомірний, — каже Панько, — великий....</w:t>
      </w:r>
    </w:p>
    <w:p>
      <w:r>
        <w:br/>
        <w:t>Дяка й се не збентежило.</w:t>
      </w:r>
    </w:p>
    <w:p>
      <w:r>
        <w:br/>
        <w:t>— З великого, — мовив він, — не довго зробити менший: узяв клоччя, чи паперу, напхав за околичку й припасував саме по голові.</w:t>
      </w:r>
    </w:p>
    <w:p>
      <w:r>
        <w:br/>
        <w:t>— Беріть коповика! — каже Панько.</w:t>
      </w:r>
    </w:p>
    <w:p>
      <w:r>
        <w:br/>
        <w:t>— Менш карбованця нічого.</w:t>
      </w:r>
    </w:p>
    <w:p>
      <w:r>
        <w:br/>
        <w:t>— Нехай буде ні по чиєму, а по моєму, — вмішався Лейба, — трояк і могорич!</w:t>
      </w:r>
    </w:p>
    <w:p>
      <w:r>
        <w:br/>
        <w:t>— Не будемо сватами, — відповів дяк, запхав картуз за пазуху й суворо сів на лавці. Ми тямили, що дяк умовився з Лейбою здерти за картуза і стали на тому, щоб більш коповика ні копійки не давати. Та й грошей з нами було в обріз.</w:t>
      </w:r>
    </w:p>
    <w:p>
      <w:r>
        <w:br/>
        <w:t>Мовчимо.</w:t>
      </w:r>
    </w:p>
    <w:p>
      <w:r>
        <w:br/>
        <w:t>Дяк трохи згодя озвався:</w:t>
      </w:r>
    </w:p>
    <w:p>
      <w:r>
        <w:br/>
        <w:t>— Шкода, Лейбо, що ти мене потурбував; ліпше було-б в господі сидіти та старих ніг не набивати... картуз, кому й не треба, дасть карбованця.</w:t>
      </w:r>
    </w:p>
    <w:p>
      <w:r>
        <w:br/>
        <w:t>На се ніхто ні слова... Згодя дяк до нас:</w:t>
      </w:r>
    </w:p>
    <w:p>
      <w:r>
        <w:br/>
        <w:t>— Ви що за люди? з яких ви?</w:t>
      </w:r>
    </w:p>
    <w:p>
      <w:r>
        <w:br/>
        <w:t>— Студенти! — кажу.</w:t>
      </w:r>
    </w:p>
    <w:p>
      <w:r>
        <w:br/>
        <w:t>— Студенти! — зумився дяк... — такі студенти... гм! значить і по латині вмієте?</w:t>
      </w:r>
    </w:p>
    <w:p>
      <w:r>
        <w:br/>
        <w:t>— А ви тямите? — з серцем спитав у дяка Панько. Дяк випрямився струною, закинув голову вгору й гордовито відповів:— Я чи тямлю?! Я-б да не тямив! ах ти голово! я не з тих нових дяків, що по семинаріях лавки труть, та по-славянському навіть не втнуть гаразд. Аби де наскочив на титлу, так йому язик руба й стане... "Тпру-мну" та й збреше... Я в Луцькому кляшторі вчився; на попа готовився й був би попом, коли-б не велено було возсоєдинятися... Я був греко-уніятського обряду...</w:t>
      </w:r>
    </w:p>
    <w:p>
      <w:r>
        <w:br/>
        <w:t>Ми поважно слухали, дяк се помітив і ще більш випрямився й каже:</w:t>
      </w:r>
    </w:p>
    <w:p>
      <w:r>
        <w:br/>
        <w:t>— А ви думали як? Коли-б не возсоєдиненіє!.. Усіх возсоєдинили і мене не минули... Не можна було не возсоєдинитися... Тоді царював круль Микола: у того усі по струні ходили... А Бібіков, що був у Київі за генерал-губернатора! І!.. От вже був!.. Нехай його святий судить! нівечив людей... — Дяк глибоко зітхнув, сів на лавці й загадався... потім сумно похитав головою й мовив сам ніби до себе: "І кому воно треба було оте возсоєдиненіє!.. досі-б відколи я був попом. Наче у бога не однакові усі християни... Ох-ох!.." Знов помовчав, а потім: "Кажете: студенти... у сірячках... гм! нехай! а нуте-ж, коли ви студенти, ви втнете, що воно буде по нашому: Dominus vobiscum?</w:t>
      </w:r>
    </w:p>
    <w:p>
      <w:r>
        <w:br/>
        <w:t>Я відповів.</w:t>
      </w:r>
    </w:p>
    <w:p>
      <w:r>
        <w:br/>
        <w:t>— Добре... каже дяк, а ну ще отсе: Te Deum?</w:t>
      </w:r>
    </w:p>
    <w:p>
      <w:r>
        <w:br/>
        <w:t>І на се відповів.</w:t>
      </w:r>
    </w:p>
    <w:p>
      <w:r>
        <w:br/>
        <w:t>— Добре; та се ще мудрація не велика, може в костьолі який раз був, то й переняв. А ну-ж отсе, чи тямиш: Pater noster, quies...</w:t>
      </w:r>
    </w:p>
    <w:p>
      <w:r>
        <w:br/>
        <w:t>А я за ним "Оче наш"...</w:t>
      </w:r>
    </w:p>
    <w:p>
      <w:r>
        <w:br/>
        <w:t>— Так, так! Ну вчетверте та й годі: Diapara virgo, ave gratia...</w:t>
      </w:r>
    </w:p>
    <w:p>
      <w:r>
        <w:br/>
        <w:t>І на сьому не помилився.</w:t>
      </w:r>
    </w:p>
    <w:p>
      <w:r>
        <w:br/>
        <w:t>— Е! може й справді ви студенти...</w:t>
      </w:r>
    </w:p>
    <w:p>
      <w:r>
        <w:br/>
        <w:t>— Гаразд, — кажу я, — та вже коли на те пішло, то я ще ліпше запевню вас. То ви у нас питали, а тепер ми у вас. А скажіть, як се буде по нашому...</w:t>
      </w:r>
    </w:p>
    <w:p>
      <w:r>
        <w:br/>
        <w:t>— Годі, годі! — перебив мене дяк, — я з вами шуткома... ліпше давай по чарці.</w:t>
      </w:r>
    </w:p>
    <w:p>
      <w:r>
        <w:br/>
        <w:t>Випили. Дяк знов за своє: кляштори та кляштори. Знати було, що у його прокинулися споминки давнини. А що, гадаю собі, коли-б заграти на його струну? Чи не пом'якшає дяк з картузом? Та почав річ про старосвітське духовенство, про козаччину, ще де про що. Бесіда моя видимо наливала свіжої сили в стару дякову душу... За годину він цілувався з нами й співав:</w:t>
      </w:r>
    </w:p>
    <w:p>
      <w:r>
        <w:br/>
        <w:t>"Ой біда, біда чайці небозі,</w:t>
      </w:r>
    </w:p>
    <w:p>
      <w:r>
        <w:br/>
        <w:t>Що вивела діток при битій дорозі" ..</w:t>
      </w:r>
    </w:p>
    <w:p>
      <w:r>
        <w:br/>
        <w:t>Далі так розщедрився, що картуза подарував Панькові і може з цілу верству провів нас за царину. А Клим і Савка, хоч і чекали нас під корчмою, та, побачивши, що ми пішли з дяком, відкараскалися від нас.</w:t>
      </w:r>
    </w:p>
    <w:p>
      <w:r>
        <w:br/>
        <w:t>За селом слово по слові — довідалися ми від дяка, що в село до них прийшла від начальства бумага, "що йтиме піша сарана", і велено постановити на шляху людей з мітлами, щоб пильно вартували й не пускали сарану.</w:t>
      </w:r>
    </w:p>
    <w:p>
      <w:r>
        <w:br/>
        <w:t>— А чого то верховень бігає та проганяє прохожих з шляху? — спиталися ми та й розповіли, як він гнав нас.</w:t>
      </w:r>
    </w:p>
    <w:p>
      <w:r>
        <w:br/>
        <w:t>— Верховень!.. то инша річ... бачте — єсть гутірка, що пани-ляхи захожуються проти москаля... дурні заходи, звісно, а колотнеча йде... Ото-ж знов є чутка й друга, що пани сподіваються якихсь емісарів.. Тямите, що то таке емісарія? Так і велено сочити і за панами. Й за емісарами... Так, може, верховень чи не взяв собі на гадку, що ви ті самі емісари...</w:t>
      </w:r>
    </w:p>
    <w:p>
      <w:r>
        <w:br/>
        <w:t>— Мабуть ні, бо тоді-б арештував нас?</w:t>
      </w:r>
    </w:p>
    <w:p>
      <w:r>
        <w:br/>
        <w:t>— На що?.. ні! наші люди не такі, щоб теє... стережуться, звісно, щоб самим не вскочити в халепу, а щоб теє, так ні... коли й надибав, — прогнав і годі; хоч би й на мене, і я так-би зробив... Відчепись від злого, то й буде благо...</w:t>
      </w:r>
    </w:p>
    <w:p>
      <w:r>
        <w:br/>
        <w:t>— Одначе-ж, — кажу я, — а що, як ляхи почнуть бунтувати!</w:t>
      </w:r>
    </w:p>
    <w:p>
      <w:r>
        <w:br/>
        <w:t>— Де їм!.. Не сила у їх... А коли почнуть справді, тоді инша річ... тоді в'яжи їх та до начальства... а доки ні сіло, ні пало, на що людей займати? Остеріг, прогнав і квит...</w:t>
      </w:r>
    </w:p>
    <w:p>
      <w:r>
        <w:br/>
        <w:t>Другого дня, так як в обідню годину, допленталися ми до села К. Звідсіля до Київа нема й на день ходу. Ми собі й гадаємо: "Завтра на обід у Київ, спочинемо, та по завтрому вранці й за Десну". Отже сказано: "Тоді гоц, як вискочиш; поперед неводу не лови риби". Ми гадали собі по-людськи, а воно сталося біг зна по якому. Не обійшлося знов без пригоди! Або ми в такий лихий час вибрались з Київа, або яка мегера перейшла нам дорогу з порожніми відрами.</w:t>
      </w:r>
    </w:p>
    <w:p>
      <w:r>
        <w:br/>
        <w:t>Село К. вельми невеличке — хат з п'ятдесят. Ні корчми, ні шинку, ні церкви в йому; тепер, кажуть, і там шинок завели. Взяла нас думка: де-б нам розжитися хліба й до хліба? Треба-ж попоїсти. Ще в царині довідалися, що усі люди на косовиці, хто косить, хто гребе, хто копиці кидає, а по господах на селі саме лишень мале та старе.</w:t>
      </w:r>
    </w:p>
    <w:p>
      <w:r>
        <w:br/>
        <w:t>Пішли ми по хатах; нігде нема нам вдачі: в однім дворі сама малеча, діти: "без батька-матери — нічого не знаємо"; у другому стара баба каже: "радніша-б наділити прохожих хлібом, так-же в самих... святкуємо святої голодухи"; в третьому — те-ж свято... Зустріли якусь молодицю, по воду йшла; питаємося у неї:</w:t>
      </w:r>
    </w:p>
    <w:p>
      <w:r>
        <w:br/>
        <w:t>— Де-б нам купити хліба?</w:t>
      </w:r>
    </w:p>
    <w:p>
      <w:r>
        <w:br/>
        <w:t>— В нашому селі навряд чи є в кого на продаж, ідіть далі; до містечка недалеко, верстов сім, там у жидів усього добудете.</w:t>
      </w:r>
    </w:p>
    <w:p>
      <w:r>
        <w:br/>
        <w:t>Сім верстов! Се-ж дві години ходу, як його не ївши!</w:t>
      </w:r>
    </w:p>
    <w:p>
      <w:r>
        <w:br/>
        <w:t>Йдемо, бідкаємося. Аж ось біля одного двору під тином в холодку сидить старенька бабуся, куделю з вовни пряде. Бачимо: у неї таке добре, приязне личенько; ми до неї: прохаємо зарадити нам за гроші хліба та молока. Бабуся пильно на нас подивилась, наче що згадала собі, далі й каже:</w:t>
      </w:r>
    </w:p>
    <w:p>
      <w:r>
        <w:br/>
        <w:t>— Ох, молодята, молодята! і за вас тяжко, і на вас важко!.. не погодуєш прохожого, гріх від бога, нагодуєш, коли-б на себе пені не накликати. Не тямлю я, що з вами й діяти? Та все-ж бог вам суддя, а не я... Проходьте швидче в двір, та поза хатою на задвірок, а я зараз прийду... Там, може, собака на вас гавкне, так не вважайте, він не рве; мовите до його: "цить, Пастух!" він і замовкне.</w:t>
      </w:r>
    </w:p>
    <w:p>
      <w:r>
        <w:br/>
        <w:t>На задвірку у бабусі наче в віночку. Бабуся винесла біле, чисте, хоч і вельми грубе, рядно, прослала його під сіньми, постановила миску, гладишку кисляку, хліба дві скибки й каже:</w:t>
      </w:r>
    </w:p>
    <w:p>
      <w:r>
        <w:br/>
        <w:t>— Призволяйтеся на здоров'ячко! Може хліба на омаль буде, та вже вибачте: і в самої тільки на вечерю, а на снідання хіба позичу де. Кислячку хоч і другу гладишку, то дам, аби їли.</w:t>
      </w:r>
    </w:p>
    <w:p>
      <w:r>
        <w:br/>
        <w:t>З сим словом і пішла, і двері з сіней на задвірок зачинила. Кисляк той такий славний був: свіжий, холодний, смашний, та ще на голодні зуби! Їмо та дякуємо бабусі. Тільки що попоїли, бабуся швиденько прибрала усе й каже:</w:t>
      </w:r>
    </w:p>
    <w:p>
      <w:r>
        <w:br/>
        <w:t>— Підкрепилися?</w:t>
      </w:r>
    </w:p>
    <w:p>
      <w:r>
        <w:br/>
        <w:t>— Дякуючи вас і бога святого.</w:t>
      </w:r>
    </w:p>
    <w:p>
      <w:r>
        <w:br/>
        <w:t>— На здоров'ячко.</w:t>
      </w:r>
    </w:p>
    <w:p>
      <w:r>
        <w:br/>
        <w:t>— Що-ж положите з нас?</w:t>
      </w:r>
    </w:p>
    <w:p>
      <w:r>
        <w:br/>
        <w:t>Бабуся підперла правою долонею щоку, лівою локоть правші, хитає головою, дивиться на нас жалісно-прежалісно й каже:</w:t>
      </w:r>
    </w:p>
    <w:p>
      <w:r>
        <w:br/>
        <w:t>— Щоб я з вас що взяла?! — вона побожно перехрестилася — нехай мене біг милує від сього...</w:t>
      </w:r>
    </w:p>
    <w:p>
      <w:r>
        <w:br/>
        <w:t>— Як-же так, бабусю?</w:t>
      </w:r>
    </w:p>
    <w:p>
      <w:r>
        <w:br/>
        <w:t>— Так... попоїли на здоров'я і йдіть собі з богом, куди вам треба, і нікому не хваліться, не признавайтесь, що я вас нагодувала; а грошей ваших мені не треба... Бог святий за вас заплатить.</w:t>
      </w:r>
    </w:p>
    <w:p>
      <w:r>
        <w:br/>
        <w:t>— Спасибі вам, бабусю! та як-же таки: їли, їли... що візьміть, то візьміть.</w:t>
      </w:r>
    </w:p>
    <w:p>
      <w:r>
        <w:br/>
        <w:t>— Сказала — не треба, не візьму, не вводьте в гріх, ідіть швидче. Гляньте! де вже сонечко, а вам ще не близько, до вечера чи поспієте.</w:t>
      </w:r>
    </w:p>
    <w:p>
      <w:r>
        <w:br/>
        <w:t>— Певна річ, що не поспіємо; хіба завтра к обіду, — відповів я, думаючи, що бабуся розуміє, що ми не постигнемо до вечера у Київ. А бабуся на те:</w:t>
      </w:r>
    </w:p>
    <w:p>
      <w:r>
        <w:br/>
        <w:t>— Не добре буде... треба поспішати, ваші сьогодні увечері збираються...</w:t>
      </w:r>
    </w:p>
    <w:p>
      <w:r>
        <w:br/>
        <w:t>Ми зумилися: знати, що й бабуся вважає нас за когось иншого...</w:t>
      </w:r>
    </w:p>
    <w:p>
      <w:r>
        <w:br/>
        <w:t>— Які се, кажете, бабусю, наші? — спитався я.</w:t>
      </w:r>
    </w:p>
    <w:p>
      <w:r>
        <w:br/>
        <w:t>Бабуся подивилася непривітно та й каже:</w:t>
      </w:r>
    </w:p>
    <w:p>
      <w:r>
        <w:br/>
        <w:t>— Гріх з старої людини москаля підвозити. Наче вже я така, що нічого не тямлю. Я все знаю, хоч і мовчу... Яке мені до того діло; тільки що шкода отаких молодят, як ви; молоде, безвусе, блазня, тільки що з припічка злізло, а й воно туди-ж береться... Що ви йому вдієте? У його така сила, що господи! а ви голоруч! і вже! пугою сокири не перетнеш.</w:t>
      </w:r>
    </w:p>
    <w:p>
      <w:r>
        <w:br/>
        <w:t>— Ви, бабусю, здається, гадаєте про нас щось непевне, а щоб ви знали...</w:t>
      </w:r>
    </w:p>
    <w:p>
      <w:r>
        <w:br/>
        <w:t>Бабуся замахала рукою й перебила мою річ, мовлячи:</w:t>
      </w:r>
    </w:p>
    <w:p>
      <w:r>
        <w:br/>
        <w:t>— Знаю, серденько, знаю, усе знаю, більш вашого знаю... прожила в світі, бачила всячину; вам вже того не бачити!.. Знаю добре, що тяжко, ще як тяжко, та ба! проти вітру не сіють... Хоч-би й всі люди взялися, нічого не вдієте: у його сила, у його й рушниці, і шаблі, і гармати, тільки самих себе знівечите... а проте не моє діло... йдіть же, йдіть, не гайтеся, не рано... коли-б ви втрапили навпростець, наполовину ближче; та ні, не потрапите; йдіть-же... та коли-б ніхто не спостеріг, що до мене заходили... йдіть. Коли-б не вдень, я-б вивела вас навпростець до байрака; а там вони зараз за байраком у панській пасіці... прощавайте...</w:t>
      </w:r>
    </w:p>
    <w:p>
      <w:r>
        <w:br/>
        <w:t>Я хотів побалакати та вивідати у баби, за кого вона нас бере? чи не за тих "емісарів", що вартують верховні? Так-же бабуся не дала: взяла прямо за руку, вивела з сіней і двері за нами на засовку.</w:t>
      </w:r>
    </w:p>
    <w:p>
      <w:r>
        <w:br/>
        <w:t>Ідемо ми селом та дивуємось, що у нас пригода за пригодою! Питаємося один одного: чи нема на нас якої чудної прикмети? Нема! усе як у людей, тільки й відмінного, що у Панька дірявий картуз, так що-ж з того? Сміємося собі, шуткуємо. Тільки ото ступили за царину, а тут нам на зустріч парокінь. З воза як гукне на нас:</w:t>
      </w:r>
    </w:p>
    <w:p>
      <w:r>
        <w:br/>
        <w:t>— Стійте!</w:t>
      </w:r>
    </w:p>
    <w:p>
      <w:r>
        <w:br/>
        <w:t>Стали. З воза зліз високий, кремезний, пикатий чоловік, та до нас:</w:t>
      </w:r>
    </w:p>
    <w:p>
      <w:r>
        <w:br/>
        <w:t>— Ви що за люди?</w:t>
      </w:r>
    </w:p>
    <w:p>
      <w:r>
        <w:br/>
        <w:t>— Студенти.</w:t>
      </w:r>
    </w:p>
    <w:p>
      <w:r>
        <w:br/>
        <w:t>— Паспорти де ваші?</w:t>
      </w:r>
    </w:p>
    <w:p>
      <w:r>
        <w:br/>
        <w:t>— А вам яке діло? ви хто?</w:t>
      </w:r>
    </w:p>
    <w:p>
      <w:r>
        <w:br/>
        <w:t>— Я хто? Хіба тобі повилазило, що я старшина? Не бачиш сього?</w:t>
      </w:r>
    </w:p>
    <w:p>
      <w:r>
        <w:br/>
        <w:t>Він ткнув пучкою на знак, що теліпався у його на грудях.</w:t>
      </w:r>
    </w:p>
    <w:p>
      <w:r>
        <w:br/>
        <w:t>— Ну! кете паспорти! є?</w:t>
      </w:r>
    </w:p>
    <w:p>
      <w:r>
        <w:br/>
        <w:t>— Нема, — кажемо ми.</w:t>
      </w:r>
    </w:p>
    <w:p>
      <w:r>
        <w:br/>
        <w:t>— Я так і знав! Мене не проведеш! Кинув на вас оком, зараз вгадав, що ви за людці-молодці... Волоцюжки? Тямлю, куди ви чемчикуєте, та дзуськи! Бач, що плете: "Скубенти"... Наче ми дурніші за всіх, ніби не розберемо, де скубенти, де не скубенти. Немов ми й не бачили зроду скубентів і не відаємо, що у скубентів сині комірці й ґудзики блискучі... Га!.. батькові його гич! і вони туди-ж:— "с-к-у-б-енти"! Ось ми вас як поскубемо по-нашому, то знатимете ви, які ви скубенти! Сідайте лишень на віз!.. Як на твою думку, Грицю — обернувся старшина до погонича, — чи не ліпше-б було руки їм на налигач?</w:t>
      </w:r>
    </w:p>
    <w:p>
      <w:r>
        <w:br/>
        <w:t>— Воля ваша, — відповів Гриць, — на налигачі, звісно, безпечніше буде; а може вони й так не ґедзкатимуться, не тікатимуть!..</w:t>
      </w:r>
    </w:p>
    <w:p>
      <w:r>
        <w:br/>
        <w:t>— Ось нехай тільки заходяться! — грізно озвався старшина, підносячи вгору свій величезний кулак. — Я їх по коліна в землю вжену... Чуєте ви, волоцюги!</w:t>
      </w:r>
    </w:p>
    <w:p>
      <w:r>
        <w:br/>
        <w:t>— Погана річ, — мовив до мене Панько по-німецькому, — бачиш він п'яний?!</w:t>
      </w:r>
    </w:p>
    <w:p>
      <w:r>
        <w:br/>
        <w:t>— Co pan movi? — перекривив Панька старшина, — я трохи по вашому туплю. А ви думали ні?... Не вгадали! Не таківський Василь Прибура, його не проведеш... Еге! Ось, нуте-ж, панове! не гайте часу, proshe do povozu.</w:t>
      </w:r>
    </w:p>
    <w:p>
      <w:r>
        <w:br/>
        <w:t>Змагатися було марно. Ми бачили, що Василь Прибура справді чововік "не аби-який": до налигача й кулака у його не довго... Одначе я відважився спитати:</w:t>
      </w:r>
    </w:p>
    <w:p>
      <w:r>
        <w:br/>
        <w:t>— Куди-ж ви нас повезете?</w:t>
      </w:r>
    </w:p>
    <w:p>
      <w:r>
        <w:br/>
        <w:t>— Вже-ж нікуди більш, як не до міста. Коли ви скубенти, то й нехай вас там поскубуть... Еге... там уміють скубти і вдовж і впоперек. Покоштуєте з шиляги смальцю... Сідайте!</w:t>
      </w:r>
    </w:p>
    <w:p>
      <w:r>
        <w:br/>
        <w:t>Сіли ми на віз.</w:t>
      </w:r>
    </w:p>
    <w:p>
      <w:r>
        <w:br/>
        <w:t>— Поганяй швидче! — гримнув старшина на погонича, — хіба не тямиш, яких вельможних веземо!.. скубентів... но! но! — До самого повітового міста годин зо три старшина глумився з нас. Ми мусіли мовчати; змагатися з ним незручно було.</w:t>
      </w:r>
    </w:p>
    <w:p>
      <w:r>
        <w:br/>
        <w:t>— Скубенти! — глумився він. — Еге! гадали, мої голубята, когось поскубти, та, замісць того, самих вас поскубуть. І яка вас лиха мати нанесла на мене? Йшли-б собі де инше; світ не малий. Наче не тямите, що у Василя Прибури око далеко сягає! Он тепер шляхта щось куйовдиться... валено її сочити... Се не мала річ! Та я височу! тільки нюхну — так зараз і вгадаю, де панський слід... Ой, панки, панки! пропадуть ваші ланки! їздили ви на нас, поїдемо й ми на вас... Чи так, вельможні панове-скубенти? Правду каже Василь Прибура?</w:t>
      </w:r>
    </w:p>
    <w:p>
      <w:r>
        <w:br/>
        <w:t>Серед ночи привіз нас старшина до міста В-ва, як водиться, в поліцію. Тут вже нікого не було, опріч одного сонного писарчука; воно звеліло замкнути нас ро ранку. Певна річ, що були-б ми набралися доброї чихавиці, коли-б на ту пору не був у В-і начальником поліції чоловік, що добре мене знав у Київі. Вранці, прийшовши до поліції, він зразу пізнав мене; зараз звелів нас випустити з хурдиги, покликав до себе в господу, нагодував нас і порадив наняти до Київа коней, а не йти пішки, щоб не вскочити ще в яку халепу.</w:t>
      </w:r>
    </w:p>
    <w:p>
      <w:r>
        <w:br/>
        <w:t>— Бо, додав він, тепер у нас вельми строго; все вартуємо якихсь емісарів. З Київа тільки те й роблять, що наказують нам пильнувати й лапати емісарів!</w:t>
      </w:r>
    </w:p>
    <w:p>
      <w:r>
        <w:br/>
        <w:t>Ми послухалися його ради.</w:t>
      </w:r>
    </w:p>
    <w:p>
      <w:r>
        <w:br/>
        <w:t>1887 р.</w:t>
      </w:r>
    </w:p>
    <w:p>
      <w:r>
        <w:br/>
        <w:t>У Львові.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