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трьох втікачів</w:t>
      </w:r>
    </w:p>
    <w:p>
      <w:r>
        <w:br/>
        <w:t xml:space="preserve"> &lt;p&gt;— А це недавно,— всміхнувся Турханів Острів у піщані вуса,— прийшов до мене такий собі хлопчина і питає:</w:t>
      </w:r>
    </w:p>
    <w:p>
      <w:r>
        <w:br/>
        <w:t>— Діду, чи не бачили ви моїх нот?</w:t>
      </w:r>
    </w:p>
    <w:p>
      <w:r>
        <w:br/>
        <w:t>— А як же вони сюди могли потрапити?</w:t>
      </w:r>
    </w:p>
    <w:p>
      <w:r>
        <w:br/>
        <w:t>— Взяли і втекли. Правда, я знав їх тільки три,— каже хлопчина,— До, Ре, Мі...— І він розповів, як все сталося.</w:t>
      </w:r>
    </w:p>
    <w:p>
      <w:r>
        <w:br/>
        <w:t>Справа в тому, що хлопчина не хотів з нотами знатися. Він уроки музики сприймав, наче покарання. Мати примушувала, і як він не опирався, а таки завчив чотири ноти. Щоправда, одну відразу забув, а три запам'ятались.</w:t>
      </w:r>
    </w:p>
    <w:p>
      <w:r>
        <w:br/>
        <w:t>Ноти були горді і не бажали набиватися в знайомство тому, хто їх не шанував.</w:t>
      </w:r>
    </w:p>
    <w:p>
      <w:r>
        <w:br/>
        <w:t>Однієї дощової осінньої ночі вони втекли від упертого хлопчини. Перш ніж наважитись на це, ноти довго думали. У чистенькому зшиткові їм жилося затишно, самим вириватися у світ — боязко. Та несила стало терпіти зневагу.</w:t>
      </w:r>
    </w:p>
    <w:p>
      <w:r>
        <w:br/>
        <w:t>Першим сміливо вилізло До і опинилося в темряві, наче в ополонці. Його широченні і коротенькі штанці розвівав вітер, під ногами хлюпала вода, та воно простувало вперед, нахиливши велику голову, щоб не злетів чорний крислатий капелюшок. Треба сказати, що До було досить непривітним створінням. Впертим і часом грубуватим.</w:t>
      </w:r>
    </w:p>
    <w:p>
      <w:r>
        <w:br/>
        <w:t>Раптом —хрясь! Аж загудів стовп, а До вхопилося тоненькими рученятами за величезну ґулю, котра притьмом вискочила на голові, наче гриб після дощу.</w:t>
      </w:r>
    </w:p>
    <w:p>
      <w:r>
        <w:br/>
        <w:t>— Чому ти нас не зачекав!—нагодилися якраз Ре і Мі.</w:t>
      </w:r>
    </w:p>
    <w:p>
      <w:r>
        <w:br/>
        <w:t>— Відчепіться од мене,— грубо відказало розлючене До.— А це що за мара стала мені тут на дорозі?— визвірилося воно.</w:t>
      </w:r>
    </w:p>
    <w:p>
      <w:r>
        <w:br/>
        <w:t>— Я не мара,— відповів лагідний голос.— Я Вуличний Ліхтар.</w:t>
      </w:r>
    </w:p>
    <w:p>
      <w:r>
        <w:br/>
        <w:t>— От тобі й маєш! — одізвалось і собі Ре.— Якщо ти Ліхтар, чому не світиш, а набиваєш гулі маленьким йотам? —воно глянуло на голову До.</w:t>
      </w:r>
    </w:p>
    <w:p>
      <w:r>
        <w:br/>
        <w:t>— Ах!—заломило тендітні ручки Мі.— Пробачте нам, будь ласка, ми ие хотіли вас образити. Тим більш, що До завжди таке необережне. Ах! — знов тихенько зітхнуло Мі,— пробачте нам!</w:t>
      </w:r>
    </w:p>
    <w:p>
      <w:r>
        <w:br/>
        <w:t>До ще хотіло долаятися з Ліхтарем, а потім взятися за це нікчемне Мі. Аж раптом яскраво спалахпуло світло і...</w:t>
      </w:r>
    </w:p>
    <w:p>
      <w:r>
        <w:br/>
        <w:t>— Будь ласка, будь ласка,— заскрипів голос Ліхтаря, його великі очі освітили все навкруги.— Прошу до мене в гості,— привітно хитнув вігі головою.</w:t>
      </w:r>
    </w:p>
    <w:p>
      <w:r>
        <w:br/>
        <w:t>Ноти зраділи, бо надто вже холодно і незатишно на вулиці. З готовністю почали озиратися, куди ж їм йти на запросини. Скільки вони не роздивлялися, хатини Вуличного Ліхтаря ніде не побачили.</w:t>
      </w:r>
    </w:p>
    <w:p>
      <w:r>
        <w:br/>
        <w:t>— Де ж твій дім?— хором гукнули вони.</w:t>
      </w:r>
    </w:p>
    <w:p>
      <w:r>
        <w:br/>
        <w:t>— Вулиця і є мій дім.</w:t>
      </w:r>
    </w:p>
    <w:p>
      <w:r>
        <w:br/>
        <w:t>— Вся вулиця?—вигукнуло Ре, дивлячись просто в сяюче око господаря.</w:t>
      </w:r>
    </w:p>
    <w:p>
      <w:r>
        <w:br/>
        <w:t>— Ні, тільки до сусіднього Ліхтаря.</w:t>
      </w:r>
    </w:p>
    <w:p>
      <w:r>
        <w:br/>
        <w:t>— Вам тут незатишно...— розчаровано пискнуло Мі.</w:t>
      </w:r>
    </w:p>
    <w:p>
      <w:r>
        <w:br/>
        <w:t>Ліхтар простягнув довгу руку, підхопив ноти і всадовив їх під козирок лискучого від дощу і світла газетного кіоска. Там на кольоровій скатертині з осіннього листя стояли чашки, тарілочки, цукерки, і над усім цим царював гарячий і вельми поважний самовар.</w:t>
      </w:r>
    </w:p>
    <w:p>
      <w:r>
        <w:br/>
        <w:t>— Нарешті. Хоч зігріюсь,— буркнуло До, влізло за стіл і налило собі чаю.</w:t>
      </w:r>
    </w:p>
    <w:p>
      <w:r>
        <w:br/>
        <w:t>— Пригощайтесь, — запрошував Ліхтар. — Будь ласка, пригощайтесь!</w:t>
      </w:r>
    </w:p>
    <w:p>
      <w:r>
        <w:br/>
        <w:t>Розчулене Мі хотіло подякувати. Але зворушене гостинністю хазяїна, воно заплющило очі і вже вирішило заплакати.</w:t>
      </w:r>
    </w:p>
    <w:p>
      <w:r>
        <w:br/>
        <w:t>— Ми так вдячні вам,— виручило всіх Ре.</w:t>
      </w:r>
    </w:p>
    <w:p>
      <w:r>
        <w:br/>
        <w:t>Після цього всі дружно взялися до чаювання, а До наливало собі ще й ще, доки не випило шість чашок. І відразу ж встало з-за столу.</w:t>
      </w:r>
    </w:p>
    <w:p>
      <w:r>
        <w:br/>
        <w:t>— Нам треба йти. Та й цукерок уже немає.</w:t>
      </w:r>
    </w:p>
    <w:p>
      <w:r>
        <w:br/>
        <w:t>— Так, треба прощатись,— і очі Мі налилися сльозами і капали в синю хусточку, яку воно мало про всяк випадок.</w:t>
      </w:r>
    </w:p>
    <w:p>
      <w:r>
        <w:br/>
        <w:t>— Як я вам заздрю! Як я вам заздрю!— шепотів Вуличний Ліхтар і заплющував око, переповнений почуттями, і тоді світло блимало і темрява огортала вулицю.</w:t>
      </w:r>
    </w:p>
    <w:p>
      <w:r>
        <w:br/>
        <w:t>— Будь ласка, не хвилюйтесь,— тоненько просило Мі.— А то нам не видно, куди йти.</w:t>
      </w:r>
    </w:p>
    <w:p>
      <w:r>
        <w:br/>
        <w:t>— Так, так. У вас же така довга і нелегка дорога.</w:t>
      </w:r>
    </w:p>
    <w:p>
      <w:r>
        <w:br/>
        <w:t>— А ти звідки це знаєш?— втрутилося в розмову До.</w:t>
      </w:r>
    </w:p>
    <w:p>
      <w:r>
        <w:br/>
        <w:t>— О, я багато знаю. Адже я не завжди бачив тільки оцю вулицю. Колись я був високим дубом над веселим струмком, і тоді досконало знав усі сім нот. Вони кожного ранку проходили повз мене зі своєю вчителькою Мелодією.</w:t>
      </w:r>
    </w:p>
    <w:p>
      <w:r>
        <w:br/>
        <w:t>— Яка ще вчителька? Ми самі по собі,— підфутболило ногоюякусь порошину До.</w:t>
      </w:r>
    </w:p>
    <w:p>
      <w:r>
        <w:br/>
        <w:t>Так, так,— закивало Ре,— нас веде До. Воно дуже боялося залишитися одне.</w:t>
      </w:r>
    </w:p>
    <w:p>
      <w:r>
        <w:br/>
        <w:t>— Ні, ви помиляєтесь,— яскраво всміхнувся Вуличний Ліхтар.— Тільки всі гуртом, всі сім нот, граючись і працюючи, можуть співати.</w:t>
      </w:r>
    </w:p>
    <w:p>
      <w:r>
        <w:br/>
        <w:t>— Мені не потрібні товариші,— цвіркнуло крізь зуби До.— Мені не потрібні вчителі. Я сам собі король і вчитель..</w:t>
      </w:r>
    </w:p>
    <w:p>
      <w:r>
        <w:br/>
        <w:t>— Я теж хочу бути собі всім само,— мало не заплуталось у словах Ре і стало ближче до До.</w:t>
      </w:r>
    </w:p>
    <w:p>
      <w:r>
        <w:br/>
        <w:t>Тьху,— ще раз сплюнуло До і, схопивши Ре за руку, зникло з ним у темряві.</w:t>
      </w:r>
    </w:p>
    <w:p>
      <w:r>
        <w:br/>
        <w:t>— Скажіть, будь ласка,— прошепотіло, червоніючи за таку поведінку друзів Мі,— де живуть ноти зі своєю вчителькою Мелодією.</w:t>
      </w:r>
    </w:p>
    <w:p>
      <w:r>
        <w:br/>
        <w:t>Вуличний Ліхтар не знав, де живуть усі йоти. Та колись він чув від Дніпрового Солов'я, що па Турхановому Острові, де він мешкає,— найчарівніші і найніжші Ноти. І він порадив ввічливому і доброму Мі шукати дорогу на Турханів Острів.</w:t>
      </w:r>
    </w:p>
    <w:p>
      <w:r>
        <w:br/>
        <w:t>Вже аж на Хрещатику догнало Мі своїх невірних друзів.</w:t>
      </w:r>
    </w:p>
    <w:p>
      <w:r>
        <w:br/>
        <w:t>Довгенько крокували вони мовчки, нарешті Мі спитало:</w:t>
      </w:r>
    </w:p>
    <w:p>
      <w:r>
        <w:br/>
        <w:t>— І іуді, ласка, До, куди ми йдемо?</w:t>
      </w:r>
    </w:p>
    <w:p>
      <w:r>
        <w:br/>
        <w:t>— І і моє королівство.</w:t>
      </w:r>
    </w:p>
    <w:p>
      <w:r>
        <w:br/>
        <w:t>— Навіщо, пані дім на Острозі. Там Мелодія...</w:t>
      </w:r>
    </w:p>
    <w:p>
      <w:r>
        <w:br/>
        <w:t>— А я не хочу вашого. Мені потрібно моє!</w:t>
      </w:r>
    </w:p>
    <w:p>
      <w:r>
        <w:br/>
        <w:t>— А я Хочу в наш,— задзвенів голосок Мі.</w:t>
      </w:r>
    </w:p>
    <w:p>
      <w:r>
        <w:br/>
        <w:t>— Не мороч мені голову! Іди собі, куди знаєш! — І До, тягнучи Ре за руку, залишило Мі серед темної ночі.</w:t>
      </w:r>
    </w:p>
    <w:p>
      <w:r>
        <w:br/>
        <w:t>Бідне Мі, одиноке і безпомічне, лишилося напризволяще. Навкруги — жодного Вуличного Ліхтаря. Ах, як жаліло Мі, що немає разом з ним вірного друга. Наскільки веселіше і сміливіше йшлося тепер би вдвох!</w:t>
      </w:r>
    </w:p>
    <w:p>
      <w:r>
        <w:br/>
        <w:t>І так воно, бідне, тупцяло доріжкою серед парку, аж поки не побачило Червоного Крокодила, який перехилився від берега до берега через увесь Дніпро.</w:t>
      </w:r>
    </w:p>
    <w:p>
      <w:r>
        <w:br/>
        <w:t>— Червоний Крокодиле! Скажи, будь ласка, де тут Турханів Острів.</w:t>
      </w:r>
    </w:p>
    <w:p>
      <w:r>
        <w:br/>
        <w:t>Помовчав Крокодил, а потім, угледівши маленьке Мі, відповів:</w:t>
      </w:r>
    </w:p>
    <w:p>
      <w:r>
        <w:br/>
        <w:t>— Я не Крокодил. Я просто Пішохідний Міст. Якщо ти підеш прямо по моїй спині, то вийдеш якраз на Турханів Острів.</w:t>
      </w:r>
    </w:p>
    <w:p>
      <w:r>
        <w:br/>
        <w:t>Мі подякувало і бігцем зацокотіло своїми черевичками по дзвінкій снипі Мосту. Довго воно чимчикувало, тулячись до тротуару, нарешті спіткнулося об піщинку — почався Острів. До світанку було ще далеко, Мі патомилося і нахвилювалося, але все ж склало з кількох піщинок загорожу од вітру, знайшло якусь пушинку і вклалося на ночівлю.</w:t>
      </w:r>
    </w:p>
    <w:p>
      <w:r>
        <w:br/>
        <w:t>Вранці заграло сонечко, заспівали пташки, Мі схопилося і бадьоро подалося в глиб Острова. Потім отямилося і гукнуло:</w:t>
      </w:r>
    </w:p>
    <w:p>
      <w:r>
        <w:br/>
        <w:t>— Діду, діду Острове, де ти?</w:t>
      </w:r>
    </w:p>
    <w:p>
      <w:r>
        <w:br/>
        <w:t>— Я тут скрізь,— почуло у відповідь.</w:t>
      </w:r>
    </w:p>
    <w:p>
      <w:r>
        <w:br/>
        <w:t>І тоді Мі присіло на травиці і почало розпитувати,, де живе Мелодія.</w:t>
      </w:r>
    </w:p>
    <w:p>
      <w:r>
        <w:br/>
        <w:t>— Зараз у королівстві юшить робота. Всі гами працюють. Чуєш? — і Острів замовк, щоб Мі ще раз вслухалося в різноголосе щебетання і дзижчання.— Вони готуються зустріти Сонечко.</w:t>
      </w:r>
    </w:p>
    <w:p>
      <w:r>
        <w:br/>
        <w:t>— Коли зійде Сонце,— пролунав лагідний голос, в якому було щось і від плескоту хвиль і від шуму дере",— тоді з'явиться Королева Музика з величезною армією Нот і вчителькою Мелодією.</w:t>
      </w:r>
    </w:p>
    <w:p>
      <w:r>
        <w:br/>
        <w:t>Будь ласка, а чи зможу я йти разом з ними? Зразу пі. А тільки тоді, коли прийде твоя</w:t>
      </w:r>
    </w:p>
    <w:p>
      <w:r>
        <w:br/>
        <w:t>черга.</w:t>
      </w:r>
    </w:p>
    <w:p>
      <w:r>
        <w:br/>
        <w:t>— А коли настане моя черга? — закліпало густими віями Мі, і його блакитні очі здивовано дивилися на Острів.</w:t>
      </w:r>
    </w:p>
    <w:p>
      <w:r>
        <w:br/>
        <w:t>— Ти дуже нетерпляче. Хочеш взнати зразу го-лон не. Але щоб воно стало зрозуміле, треба знати ще багато іншого.</w:t>
      </w:r>
    </w:p>
    <w:p>
      <w:r>
        <w:br/>
        <w:t>Мі, наче чекаючи свого часу, підперло руками акуратну білу голінку.</w:t>
      </w:r>
    </w:p>
    <w:p>
      <w:r>
        <w:br/>
        <w:t>Раптом спалахнуло Сонце, і перший загін маленьких ноток приставили до вуст чорно-лискучі гобої. А над ними розпивався і танув у повітрі срібний шлейф Королеви Музики.</w:t>
      </w:r>
    </w:p>
    <w:p>
      <w:r>
        <w:br/>
        <w:t>— Онде мої товариші,— схвильовано промовило Мі.— Чи настав мій час, діду? Чи можу я стати до свого загону? Чи буду і я розпочинати кожен ранок своєю музикою?</w:t>
      </w:r>
    </w:p>
    <w:p>
      <w:r>
        <w:br/>
        <w:t>Настав твій час,— тільки і відповів Турханів Острів і замовк'. Бо навіть Дивного Літа він не розмовляє вдень, а спить, щоб наступної ночі знову навівати чари і оповідати казки.</w:t>
      </w:r>
    </w:p>
    <w:p>
      <w:r>
        <w:br/>
        <w:t>наступного ранку, коли урочистим маршем в шерензі нот Мі проходило мостом, воно побачило дві скоцюрблоні постаті, які стояли оддалік.</w:t>
      </w:r>
    </w:p>
    <w:p>
      <w:r>
        <w:br/>
        <w:t>До і Ре теж угледіли Мі.</w:t>
      </w:r>
    </w:p>
    <w:p>
      <w:r>
        <w:br/>
        <w:t>— А може, й ми пристанемо до гурту? — несміливо запропонувало Ре.</w:t>
      </w:r>
    </w:p>
    <w:p>
      <w:r>
        <w:br/>
        <w:t>— Ач, добре влаштувався, лакуза, пробурмотіло До.</w:t>
      </w:r>
    </w:p>
    <w:p>
      <w:r>
        <w:br/>
        <w:t>— Але ж воно на своєму місці,— заперечило Ре.</w:t>
      </w:r>
    </w:p>
    <w:p>
      <w:r>
        <w:br/>
        <w:t>І коли загони порівнялися, Ро вскочило до свого ряду. А До, грубо розштовхавши ноти, стало, куди йому заманулося. Загін раптом засурмив, забарабанив, а До загуло не своїм голосом.</w:t>
      </w:r>
    </w:p>
    <w:p>
      <w:r>
        <w:br/>
        <w:t>Королева Музика відразу це вчула.</w:t>
      </w:r>
    </w:p>
    <w:p>
      <w:r>
        <w:br/>
        <w:t>У нас, мабуть, новенький? — лагідно запитала.— Навчіть його.</w:t>
      </w:r>
    </w:p>
    <w:p>
      <w:r>
        <w:br/>
        <w:t>— До робить до навмисно,— заплакало Мі.</w:t>
      </w:r>
    </w:p>
    <w:p>
      <w:r>
        <w:br/>
        <w:t>Всі інші нотки повернулися до нахаби.</w:t>
      </w:r>
    </w:p>
    <w:p>
      <w:r>
        <w:br/>
        <w:t>— Співай отак, — програли вони йому свою партію.</w:t>
      </w:r>
    </w:p>
    <w:p>
      <w:r>
        <w:br/>
        <w:t>— Чому? — буркнуло До.</w:t>
      </w:r>
    </w:p>
    <w:p>
      <w:r>
        <w:br/>
        <w:t>— Тому що не буде гармонії. Давай от так. — До спробувало, зазвучала чиста вранішня мелодія. Вона так сподобалася До, що воно намагалося співати з усіх сил.</w:t>
      </w:r>
    </w:p>
    <w:p>
      <w:r>
        <w:br/>
        <w:t>— Ось твої ноти, дивись,— шепнув Острів хлопчині.</w:t>
      </w:r>
    </w:p>
    <w:p>
      <w:r>
        <w:br/>
        <w:t>Повз нього проходили стрункі ряди нот, хлопчина добре знав свої і тому зразу впізнав Мі, Ре і До.</w:t>
      </w:r>
    </w:p>
    <w:p>
      <w:r>
        <w:br/>
        <w:t>— Які вони тепер гарні і бадьорі,— звернувся він до Острова.</w:t>
      </w:r>
    </w:p>
    <w:p>
      <w:r>
        <w:br/>
        <w:t>— Бо кожен з них вже зайняв своє місце,— відповів засинаючи Турханів Острів.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трьох втікачів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