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Пригода</w:t>
      </w:r>
    </w:p>
    <w:p>
      <w:r>
        <w:br/>
        <w:t xml:space="preserve"> Як ішов я та й на верховину,&lt;br /&gt;</w:t>
        <w:br/>
        <w:t>Заблудився в ніч під хуртовину;&lt;br /&gt;</w:t>
        <w:br/>
        <w:t>Хат не видно, людей не чувати —&lt;br /&gt;</w:t>
        <w:br/>
        <w:t>Де ж я буду нічку ночувати?</w:t>
      </w:r>
    </w:p>
    <w:p>
      <w:r>
        <w:br/>
        <w:t>Де взялася молода дівч&amp;#250;на,&lt;br /&gt;</w:t>
        <w:br/>
        <w:t>Бачить — хлопцю в дорозі причина,&lt;br /&gt;</w:t>
        <w:br/>
        <w:t>Бачить — далі йти уже несила,&lt;br /&gt;</w:t>
        <w:br/>
        <w:t>Вона мене в хату запросила,</w:t>
      </w:r>
    </w:p>
    <w:p>
      <w:r>
        <w:br/>
        <w:t>Я дівчині вклонився низенько,&lt;br /&gt;</w:t>
        <w:br/>
        <w:t>Їй за ласку дякував красненько:&lt;br /&gt;</w:t>
        <w:br/>
        <w:t>"Як до хати гостя привела ти,&lt;br /&gt;</w:t>
        <w:br/>
        <w:t>Мусиш йому постелю послати".</w:t>
      </w:r>
    </w:p>
    <w:p>
      <w:r>
        <w:br/>
        <w:t>А дівчина — господиня дбала,&lt;br /&gt;</w:t>
        <w:br/>
        <w:t>М'яко й пухко постелю послала,&lt;br /&gt;</w:t>
        <w:br/>
        <w:t>Дала. гостю випити чарчину&lt;br /&gt;</w:t>
        <w:br/>
        <w:t>Й побажала доброго спочину.</w:t>
      </w:r>
    </w:p>
    <w:p>
      <w:r>
        <w:br/>
        <w:t>Сама взяла з столу яру свічку,&lt;br /&gt;</w:t>
        <w:br/>
        <w:t>Тихо вийшла у свою світличку.&lt;br /&gt;</w:t>
        <w:br/>
        <w:t>"Вернись, вернись, господине-душко,&lt;br /&gt;</w:t>
        <w:br/>
        <w:t>Внеси мені ще одну подушку".</w:t>
      </w:r>
    </w:p>
    <w:p>
      <w:r>
        <w:br/>
        <w:t>Все зробила вона, як звелів я,&lt;br /&gt;</w:t>
        <w:br/>
        <w:t>Підмостила мені в узголів'я;&lt;br /&gt;</w:t>
        <w:br/>
        <w:t>Я хорошу пригорнув до серця —&lt;br /&gt;</w:t>
        <w:br/>
        <w:t>Поцілую, сердься чи не сердься!</w:t>
      </w:r>
    </w:p>
    <w:p>
      <w:r>
        <w:br/>
        <w:t>"Не руш мене, юначе-гультяю,&lt;br /&gt;</w:t>
        <w:br/>
        <w:t>Чи не знаєш доброго звичаю?&lt;br /&gt;</w:t>
        <w:br/>
        <w:t>Коли мене ти по правді любиш,&lt;br /&gt;</w:t>
        <w:br/>
        <w:t>То віночка мого не погубиш!"</w:t>
      </w:r>
    </w:p>
    <w:p>
      <w:r>
        <w:br/>
        <w:t>В неї очі — зорі серед ночі,&lt;br /&gt;</w:t>
        <w:br/>
        <w:t>В неї коси — золоті розчоси,&lt;br /&gt;</w:t>
        <w:br/>
        <w:t>В неї личко із лілей і лала,&lt;br /&gt;</w:t>
        <w:br/>
        <w:t>У дівчини, що постелю слала.</w:t>
      </w:r>
    </w:p>
    <w:p>
      <w:r>
        <w:br/>
        <w:t>В неї груди — два сугірки сніжні,&lt;br /&gt;</w:t>
        <w:br/>
        <w:t>В неї руки ласкаві та ніжні,&lt;br /&gt;</w:t>
        <w:br/>
        <w:t>В неї тіло п'янкіше від хмелю,&lt;br /&gt;</w:t>
        <w:br/>
        <w:t>У дівчини, що слала постелю.</w:t>
      </w:r>
    </w:p>
    <w:p>
      <w:r>
        <w:br/>
        <w:t>Я дівчину цілую-милую,&lt;br /&gt;</w:t>
        <w:br/>
        <w:t>Вона вщухла за хвилю малую,&lt;br /&gt;</w:t>
        <w:br/>
        <w:t>Вона мою воленьку вволила&lt;br /&gt;</w:t>
        <w:br/>
        <w:t>I зо мною ложе поділила...</w:t>
      </w:r>
    </w:p>
    <w:p>
      <w:r>
        <w:br/>
        <w:t>Як устав я рано-пораненьку,&lt;br /&gt;</w:t>
        <w:br/>
        <w:t>Їй за ласку дякував красненько.&lt;br /&gt;</w:t>
        <w:br/>
        <w:t>Плаче мила, руки заломила:&lt;br /&gt;</w:t>
        <w:br/>
        <w:t>"Ой світе ж мій, що я наробила!"</w:t>
      </w:r>
    </w:p>
    <w:p>
      <w:r>
        <w:br/>
        <w:t>"Не плач мила, не мийся сльозою,&lt;br /&gt;</w:t>
        <w:br/>
        <w:t>Будеш мені вірною жоною,&lt;br /&gt;</w:t>
        <w:br/>
        <w:t>Будем, серце, вкупі вікувати,&lt;br /&gt;</w:t>
        <w:br/>
        <w:t>Будеш мені щодня постіль слати".</w:t>
      </w:r>
    </w:p>
    <w:p>
      <w:r>
        <w:br/>
        <w:t>Втерла мила заплакані очки,&lt;br /&gt;</w:t>
        <w:br/>
        <w:t>Сіла шити милому сорочки...&lt;br /&gt;</w:t>
        <w:br/>
        <w:t>Ший здорова, моя зоре ясна,&lt;br /&gt;</w:t>
        <w:br/>
        <w:t>Нехай буде твоя доля щасна!</w:t>
      </w:r>
    </w:p>
    <w:p>
      <w:r>
        <w:br/>
        <w:t>Не забуду, доки живий буду,&lt;br /&gt;</w:t>
        <w:br/>
        <w:t>Ту дівчину, золоту рибчину,&lt;br /&gt;</w:t>
        <w:br/>
        <w:t>Що в пригоді мене врятувала,&lt;br /&gt;</w:t>
        <w:br/>
        <w:t>Що в дорозі постелю послала.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