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Прибій і Скеля</w:t>
      </w:r>
    </w:p>
    <w:p>
      <w:r>
        <w:br/>
        <w:t xml:space="preserve"> &lt;p&gt;Коли перші сонячні промінці торкнулися води, з моря піднявся Прибій. "Гей, я іду!" — вигукнув він збуджено і, показавши з води світлу голівку, вклонився усьому світові навколо себе.</w:t>
      </w:r>
    </w:p>
    <w:p>
      <w:r>
        <w:br/>
        <w:t>— Добрий день!</w:t>
      </w:r>
    </w:p>
    <w:p>
      <w:r>
        <w:br/>
        <w:t>— Добрий день і спасибі тобі! — сказали хором щойно народжені рибки й вибралися йому на спину.— Ну що, важкі ми?</w:t>
      </w:r>
    </w:p>
    <w:p>
      <w:r>
        <w:br/>
        <w:t>— Ой, дуже! — всміхнувся їм Прибій, бо були легесенькі, наче піна.— Адже вас так багато! — Прибій глянув правобіч, лівобіч. Як добре, як гарно навкруги! Який він усе-таки був дурненький, що так довго жив у темряві, на дні моря. Адже тут і гарніше, і свіжіше, і набагато легше дихається. Коли б воля — знявся б у небо, полетів би за птахами до хмар!</w:t>
      </w:r>
    </w:p>
    <w:p>
      <w:r>
        <w:br/>
        <w:t>Прибій розпромінився од радості й усміхнувся виступові корала, бо подумав, що то квітка, потім підморгнув братам і шанобливо привітав Сонце:</w:t>
      </w:r>
    </w:p>
    <w:p>
      <w:r>
        <w:br/>
        <w:t>— Добрий день, Золота рибо!</w:t>
      </w:r>
    </w:p>
    <w:p>
      <w:r>
        <w:br/>
        <w:t>Але Сонце не відповіло на його привітання. Воно лише всміхнулося і помандрувало собі далі, а Прибій подумав: "Невже й риби всміхаються?"</w:t>
      </w:r>
    </w:p>
    <w:p>
      <w:r>
        <w:br/>
        <w:t>По якімсь часі він замилувався блиском піску й привітався з ним:</w:t>
      </w:r>
    </w:p>
    <w:p>
      <w:r>
        <w:br/>
        <w:t>— Добрий день! — зашурхотів пісок у відповідь тисячами маленьких уст, а Прибій, зчудувавшись, знявся вгору й прислухався: чи то в піску співали устриці, чи вітер приніс із собою голоси птахів?</w:t>
      </w:r>
    </w:p>
    <w:p>
      <w:r>
        <w:br/>
        <w:t>Зненацька йому здалося, що все навколо, вітаючи його, галасує, співає, пританцьовує.</w:t>
      </w:r>
    </w:p>
    <w:p>
      <w:r>
        <w:br/>
        <w:t>Тільки Скеля мовчала.</w:t>
      </w:r>
    </w:p>
    <w:p>
      <w:r>
        <w:br/>
        <w:t>"Може, не чула мого привітання?" — подумав Прибій і знову, низько поклонившись, сказав Скелі: "Добрий день",— але вона і далі мовчала. Височенна, біла, гладенька-гладенька, вона лише зневажливо ворухнула бровами і задивилася у далечінь. "Таки не чує мене!" — вирішив Прибій і вже вкотре звернувся до Скелі зі словами привітання.</w:t>
      </w:r>
    </w:p>
    <w:p>
      <w:r>
        <w:br/>
        <w:t>Та вона навіть не глянула в його бік. Самотня на березі моря, вона була схожа на зірку, що заблукала серед білих пісків і тепер, зневірившись, гордовито підвела голову й тужливим поглядом міряла безкрай моря перед собою.</w:t>
      </w:r>
    </w:p>
    <w:p>
      <w:r>
        <w:br/>
        <w:t>— Хіба ти не вмієш говорити? — округлив Прибій здивовані очі й довго, не зморгнувши, дивився на гордійку.— Але нічого, ти й безголоса гарна! На своєму віку гарнішої не бачив! — додав він примирливо і відразу перестрашено втягнув голову в плечі — а може, всі знають, що він досі не міг нікого бачити, адже народився всього кілька хвилин тому...</w:t>
      </w:r>
    </w:p>
    <w:p>
      <w:r>
        <w:br/>
        <w:t>Засоромившись, Прибій зішулився, а Скеля подумала: "Симпатичний цей малючок, проте надто вже пустотливий. Не личить мені приятелювати з такими пустомелями".</w:t>
      </w:r>
    </w:p>
    <w:p>
      <w:r>
        <w:br/>
        <w:t>Все ж Скеля усміхнулася Прибоєві, а той від ніжності аж затремтів.</w:t>
      </w:r>
    </w:p>
    <w:p>
      <w:r>
        <w:br/>
        <w:t>Відтоді образ Скелі не полишав Прибій ні вві сні, ні наяву. У відблиску сонця на мокрому піску Прибій бачив її — гарнішу від розсипу коралів і білішу від хмар. Як же її можна забути?! Як щохвилинно не думати про неї?!</w:t>
      </w:r>
    </w:p>
    <w:p>
      <w:r>
        <w:br/>
        <w:t>— Гайда з нами! — кликали його брати в морську далечінь.</w:t>
      </w:r>
    </w:p>
    <w:p>
      <w:r>
        <w:br/>
        <w:t>— Чого ти вічно при березі, кого виглядаєш? — питали його хмари й, опустившись низенько-низенько, над саму воду, простягували йому руки, потім здіймалися угору, знову опускалися, але він від Скелі — ні на крок.</w:t>
      </w:r>
    </w:p>
    <w:p>
      <w:r>
        <w:br/>
        <w:t>Подеколи йому здавалося, що він і сам уже скам'янів, чекаючи, що Скеля ще раз до нього всміхнеться або ж подасть йому руку, але все надаремно. її лице завжди було білесеньке й гладеньке, мов і не палило його щодень сонце, не шмагали вітри.</w:t>
      </w:r>
    </w:p>
    <w:p>
      <w:r>
        <w:br/>
        <w:t>Однієї ночі, після довгих вагань, коли піщинки на березі спокійно заснули, а місячне сяйво ніжно посріблило гребінь хвилі, він тремтливим голосом попросив Скелю:</w:t>
      </w:r>
    </w:p>
    <w:p>
      <w:r>
        <w:br/>
        <w:t>— Поцілуй мене!</w:t>
      </w:r>
    </w:p>
    <w:p>
      <w:r>
        <w:br/>
        <w:t>— Я — тебе?! — зневажливо всміхнулася та.— Хіба не розумієш, що ти — лише вода. Вихлюпнешся на берег — станеш калюжею... А Скеля може поцілувати тільки сильнішого! — Від гомеричного сміху вона вся затряслася, а Прибій, вжахнувшись, позадкував і пірнув на саме дно.</w:t>
      </w:r>
    </w:p>
    <w:p>
      <w:r>
        <w:br/>
        <w:t>Даремно втішали його піщинки, даремно рибки лоскотали йому спину. Прибій знерухомів і змовчазнів. "Залишуся тут у темряві, на дні моря аж до смерті! — дав він собі слово.— Бачити її більше не хочу..."</w:t>
      </w:r>
    </w:p>
    <w:p>
      <w:r>
        <w:br/>
        <w:t>Але як тільки перший промінець сонця упав на Скелю, Прибій затремтів, стрімголов випірнув і помчав до берега. Там згорнувся клубком біля ніг Скелі й прошепотів:</w:t>
      </w:r>
    </w:p>
    <w:p>
      <w:r>
        <w:br/>
        <w:t>— Будь моєю нареченою! — Він рвучко піднісся й обняв її.</w:t>
      </w:r>
    </w:p>
    <w:p>
      <w:r>
        <w:br/>
        <w:t>Ніжним був доторк його рук, уст, і Скеля уже хотіла сказати "так", проте в ній знову обізвалися гордощі:</w:t>
      </w:r>
    </w:p>
    <w:p>
      <w:r>
        <w:br/>
        <w:t>— Що ти ото кажеш, Прибою! — Вона зневажливо пирхнула.</w:t>
      </w:r>
    </w:p>
    <w:p>
      <w:r>
        <w:br/>
        <w:t>— Буду нареченою лише того, котрий зуміє впокорити мене. Запам'ятай це і йди собі з богом!</w:t>
      </w:r>
    </w:p>
    <w:p>
      <w:r>
        <w:br/>
        <w:t>Почувши такі жорстокі слова, Прибій зіщулився й потемнів от туги, а Скеля розреготалася. Той регіт боляче шпигонув Прибій у груди.</w:t>
      </w:r>
    </w:p>
    <w:p>
      <w:r>
        <w:br/>
        <w:t>— І таки рано чи пізно впокорю тебе! — вигукнув він запально і, зібравши всі сили, налетів на Скелю: раз, удруге, втретє, в сто третій раз...</w:t>
      </w:r>
    </w:p>
    <w:p>
      <w:r>
        <w:br/>
        <w:t>Сталося це в ті сиводавні часи, коли море тільки народжувалося, але Прибій і Скеля ще й досі ніяк не помиряться.</w:t>
      </w:r>
    </w:p>
    <w:p>
      <w:r>
        <w:br/>
        <w:t>Подеколи Скеля відкидає Прибій далеко в море і він, знесилений від ударів, принижено мовчить цілими днями.</w:t>
      </w:r>
    </w:p>
    <w:p>
      <w:r>
        <w:br/>
        <w:t>А інколи Прибій так люто вдаряє у Скелю, що вона, тремтячи від жаху, розхитується і не знає, чи вода хоче її втопити, чи просто пестить...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Прибій і Скеля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