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Прекрасної музики прагне душа...</w:t>
      </w:r>
    </w:p>
    <w:p>
      <w:r>
        <w:br/>
        <w:t xml:space="preserve"> Прекрасної музики прагне душа,&lt;br /&gt;</w:t>
        <w:br/>
        <w:t>Без неї лілеєю спраглою в'яне.&lt;br /&gt;</w:t>
        <w:br/>
        <w:t>Пролийсь, як вино з чарівного ковша,&lt;br /&gt;</w:t>
        <w:br/>
        <w:t>Як зливи стозвучної срібло жадане,&lt;br /&gt;</w:t>
        <w:br/>
        <w:t>Що раптом на зсохлу долину линe&lt;br /&gt;</w:t>
        <w:br/>
        <w:t>I збудить від спраги і млості мене!</w:t>
      </w:r>
    </w:p>
    <w:p>
      <w:r>
        <w:br/>
        <w:t>О ні, не спиняйся, хай швидше моя&lt;br /&gt;</w:t>
        <w:br/>
        <w:t>Минаєтся млость, бо терпіти несила;&lt;br /&gt;</w:t>
        <w:br/>
        <w:t>Нехай відпускає проклята змія,&lt;br /&gt;</w:t>
        <w:br/>
        <w:t>Що в серце турбота щоденна вселила!&lt;br /&gt;</w:t>
        <w:br/>
        <w:t>Ця злива рясна, як всевладна весна,&lt;br /&gt;</w:t>
        <w:br/>
        <w:t>І серце, і мозок проймає до дна.</w:t>
      </w:r>
    </w:p>
    <w:p>
      <w:r>
        <w:br/>
        <w:t>Як подих фіалки, що в'яне в траві&lt;br /&gt;</w:t>
        <w:br/>
        <w:t>Де-небудь край озера срібного в пущі,&lt;br /&gt;</w:t>
        <w:br/>
        <w:t>Де полудень палить пелюстки живі,&lt;br /&gt;</w:t>
        <w:br/>
        <w:t>Куди не заходять тумани живущі,&lt;br /&gt;</w:t>
        <w:br/>
        <w:t>I гине фіалка, віддавши свій пах&lt;br /&gt;</w:t>
        <w:br/>
        <w:t>Вітрам, що гуляють, легенькі, в лугах;</w:t>
      </w:r>
    </w:p>
    <w:p>
      <w:r>
        <w:br/>
        <w:t>Як той, хто з чудесного келиха п'є&lt;br /&gt;</w:t>
        <w:br/>
        <w:t>Шумний, булькотливий, розіскрений трунок,&lt;br /&gt;</w:t>
        <w:br/>
        <w:t>Кому чарівниця могутня дає,&lt;br /&gt;</w:t>
        <w:br/>
        <w:t>Як заклик до втіх, дорогий поцілунок...</w:t>
      </w:r>
    </w:p>
    <w:p>
      <w:r>
        <w:br/>
        <w:t>Переклад Василя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Прекрасної музики прагне душа...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