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Предтеча</w:t>
      </w:r>
    </w:p>
    <w:p>
      <w:r>
        <w:br/>
        <w:t xml:space="preserve"> 1.</w:t>
      </w:r>
    </w:p>
    <w:p>
      <w:r>
        <w:br/>
        <w:t>набридло дертися в пресвітери&lt;br /&gt;</w:t>
        <w:br/>
        <w:t>бо на пораненій горі&lt;br /&gt;</w:t>
        <w:br/>
        <w:t>виписують дражливі літери&lt;br /&gt;</w:t>
        <w:br/>
        <w:t>архістратиги комарі</w:t>
      </w:r>
    </w:p>
    <w:p>
      <w:r>
        <w:br/>
        <w:t>а інші версії заказані&lt;br /&gt;</w:t>
        <w:br/>
        <w:t>тому ховайся в рукавах&lt;br /&gt;</w:t>
        <w:br/>
        <w:t>бо крізь твоє гебрейське казання&lt;br /&gt;</w:t>
        <w:br/>
        <w:t>зростає прерійна трава</w:t>
      </w:r>
    </w:p>
    <w:p>
      <w:r>
        <w:br/>
        <w:t>і не зітхнути цими горами&lt;br /&gt;</w:t>
        <w:br/>
        <w:t>і не розгледіти з вікон&lt;br /&gt;</w:t>
        <w:br/>
        <w:t>як над окрушинами хворими&lt;br /&gt;</w:t>
        <w:br/>
        <w:t>витає прерійний дракон</w:t>
      </w:r>
    </w:p>
    <w:p>
      <w:r>
        <w:br/>
        <w:t>2.</w:t>
      </w:r>
    </w:p>
    <w:p>
      <w:r>
        <w:br/>
        <w:t>може здатись на котячу милість&lt;br /&gt;</w:t>
        <w:br/>
        <w:t>і заночувати у котлі&lt;br /&gt;</w:t>
        <w:br/>
        <w:t>завтра біле платтячко навиріст&lt;br /&gt;</w:t>
        <w:br/>
        <w:t>в дар запропонують лихварі</w:t>
      </w:r>
    </w:p>
    <w:p>
      <w:r>
        <w:br/>
        <w:t>завтра місяць увіпреться боком&lt;br /&gt;</w:t>
        <w:br/>
        <w:t>у твоє натруджене зело&lt;br /&gt;</w:t>
        <w:br/>
        <w:t>завтра нагадаєшся нівроку&lt;br /&gt;</w:t>
        <w:br/>
        <w:t>що тебе й в помині не було</w:t>
      </w:r>
    </w:p>
    <w:p>
      <w:r>
        <w:br/>
        <w:t>що за всім оцим палеолітом&lt;br /&gt;</w:t>
        <w:br/>
        <w:t>біла пава як зоря чужа&lt;br /&gt;</w:t>
        <w:br/>
        <w:t>холодно вгризається у бітум&lt;br /&gt;</w:t>
        <w:br/>
        <w:t>а тобі ні крапельки не жаль</w:t>
      </w:r>
    </w:p>
    <w:p>
      <w:r>
        <w:br/>
        <w:t>3.</w:t>
      </w:r>
    </w:p>
    <w:p>
      <w:r>
        <w:br/>
        <w:t>загорнув опівнічний грим&lt;br /&gt;</w:t>
        <w:br/>
        <w:t>ідилійну рокиту барв&lt;br /&gt;</w:t>
        <w:br/>
        <w:t>подаруйте мені хоч рим&lt;br /&gt;</w:t>
        <w:br/>
        <w:t>я його недоримував</w:t>
      </w:r>
    </w:p>
    <w:p>
      <w:r>
        <w:br/>
        <w:t>недоплакав на полотно&lt;br /&gt;</w:t>
        <w:br/>
        <w:t>не розмазав по полотні&lt;br /&gt;</w:t>
        <w:br/>
        <w:t>бо залишилось все одно&lt;br /&gt;</w:t>
        <w:br/>
        <w:t>недокінченому мені</w:t>
      </w:r>
    </w:p>
    <w:p>
      <w:r>
        <w:br/>
        <w:t>утікатиму в синій ґрот&lt;br /&gt;</w:t>
        <w:br/>
        <w:t>щоб не бачити ким я став&lt;br /&gt;</w:t>
        <w:br/>
        <w:t>дві дороги на ешафот&lt;br /&gt;</w:t>
        <w:br/>
        <w:t>подаруйте мені христа</w:t>
      </w:r>
    </w:p>
    <w:p>
      <w:r>
        <w:br/>
        <w:t>4.</w:t>
      </w:r>
    </w:p>
    <w:p>
      <w:r>
        <w:br/>
        <w:t>онімію мов старенька рахва&lt;br /&gt;</w:t>
        <w:br/>
        <w:t>вилиняють лютики охри&lt;br /&gt;</w:t>
        <w:br/>
        <w:t>ця дороги горбиться як брахма&lt;br /&gt;</w:t>
        <w:br/>
        <w:t>до гори козаче</w:t>
      </w:r>
    </w:p>
    <w:p>
      <w:r>
        <w:br/>
        <w:t>догори</w:t>
      </w:r>
    </w:p>
    <w:p>
      <w:r>
        <w:br/>
        <w:t>за слідами чорної лисиці&lt;br /&gt;</w:t>
        <w:br/>
        <w:t>у понуру букову мечеть&lt;br /&gt;</w:t>
        <w:br/>
        <w:t>де монгол в утробі удовиці&lt;br /&gt;</w:t>
        <w:br/>
        <w:t>третє літо знічено мовчить</w:t>
      </w:r>
    </w:p>
    <w:p>
      <w:r>
        <w:br/>
        <w:t>хай чекає може так і треба&lt;br /&gt;</w:t>
        <w:br/>
        <w:t>ще зоря не витекла з нори&lt;br /&gt;</w:t>
        <w:br/>
        <w:t>ще дірява дідова колиба&lt;br /&gt;</w:t>
        <w:br/>
        <w:t>до гори тікає</w:t>
      </w:r>
    </w:p>
    <w:p>
      <w:r>
        <w:br/>
        <w:t>догори</w:t>
      </w:r>
    </w:p>
    <w:p>
      <w:r>
        <w:br/>
        <w:t>ще не знята юдина облога&lt;br /&gt;</w:t>
        <w:br/>
        <w:t>ще у ребра вперлися гаки&lt;br /&gt;</w:t>
        <w:br/>
        <w:t>і яскиню юного даждьбога&lt;br /&gt;</w:t>
        <w:br/>
        <w:t>не знайшли ще тріє лісники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Предтеча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