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Поворот</w:t>
      </w:r>
    </w:p>
    <w:p>
      <w:r>
        <w:br/>
        <w:t xml:space="preserve"> Це буде так: в осінній день прозорий&lt;br /&gt;</w:t>
        <w:br/>
        <w:t>Перейдемо ми на свої дороги.&lt;br /&gt;</w:t>
        <w:br/>
        <w:t>Тяжке змагання наші душі зоре,&lt;br /&gt;</w:t>
        <w:br/>
        <w:t>Щоб колосились зерна перемоги.</w:t>
      </w:r>
    </w:p>
    <w:p>
      <w:r>
        <w:br/>
        <w:t>І те, що мрією було роками,&lt;br /&gt;</w:t>
        <w:br/>
        <w:t>Все обернеться в дійсність і можливість, —&lt;br /&gt;</w:t>
        <w:br/>
        <w:t>Нам буде сонцем кожний кущ і камінь&lt;br /&gt;</w:t>
        <w:br/>
        <w:t>У ці хвилини — гострі і щасливі!</w:t>
      </w:r>
    </w:p>
    <w:p>
      <w:r>
        <w:br/>
        <w:t>Подумать тільки: наші села й люди,&lt;br /&gt;</w:t>
        <w:br/>
        <w:t>А завтра прийдемо — до свого міста!&lt;br /&gt;</w:t>
        <w:br/>
        <w:t>Захоплять владно зголоднілі груди&lt;br /&gt;</w:t>
        <w:br/>
        <w:t>Своє повітря — тепле та іскристе!</w:t>
      </w:r>
    </w:p>
    <w:p>
      <w:r>
        <w:br/>
        <w:t>Та звідкись сум зловіщий вітер вишле,&lt;br /&gt;</w:t>
        <w:br/>
        <w:t>Щоб кинуть серце у крижаний протяг:&lt;br /&gt;</w:t>
        <w:br/>
        <w:t>Усе нове… І до старої вишні&lt;br /&gt;</w:t>
        <w:br/>
        <w:t>Не вийде мати радісно напроти…</w:t>
      </w:r>
    </w:p>
    <w:p>
      <w:r>
        <w:br/>
        <w:t>Душа з розбігу стане на сторожі,&lt;br /&gt;</w:t>
        <w:br/>
        <w:t>Щоб обережно, але гостро стежить&lt;br /&gt;</w:t>
        <w:br/>
        <w:t>Всі інші душі — зимні чи ворожі —&lt;br /&gt;</w:t>
        <w:br/>
        <w:t>І всі глибокі поміж ними межі.</w:t>
      </w:r>
    </w:p>
    <w:p>
      <w:r>
        <w:br/>
        <w:t>І часто серце запалає болем,&lt;br /&gt;</w:t>
        <w:br/>
        <w:t>А щось гаряче аж за горло стисне,&lt;br /&gt;</w:t>
        <w:br/>
        <w:t>Коли над рідним, тим же самим полем&lt;br /&gt;</w:t>
        <w:br/>
        <w:t>Зависне інша, незнайома пісня.</w:t>
      </w:r>
    </w:p>
    <w:p>
      <w:r>
        <w:br/>
        <w:t>Чекає все: і розпач, і образа,&lt;br /&gt;</w:t>
        <w:br/>
        <w:t>А рідний край нам буде — чужиною.&lt;br /&gt;</w:t>
        <w:br/>
        <w:t>Не треба смутку! Зберемось відразу,&lt;br /&gt;</w:t>
        <w:br/>
        <w:t>Щоб далі йти — дорогою одною.</w:t>
      </w:r>
    </w:p>
    <w:p>
      <w:r>
        <w:br/>
        <w:t>Заметемо вогнем любови межі,&lt;br /&gt;</w:t>
        <w:br/>
        <w:t>Перейдемо убрід бурхливі води,&lt;br /&gt;</w:t>
        <w:br/>
        <w:t>Щоб взяти повно все, що нам належить,&lt;br /&gt;</w:t>
        <w:br/>
        <w:t>І злитись знову зі своїм народом.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Поворот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